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6"/>
        </w:rPr>
        <w:t>CỘNG HÒA XÃ HỘI CHỦ NGHĨA VIỆT NAM</w:t>
      </w:r>
    </w:p>
    <w:p>
      <w:pPr>
        <w:spacing w:before="0" w:after="240"/>
        <w:jc w:val="center"/>
      </w:pPr>
      <w:r>
        <w:rPr>
          <w:rFonts w:ascii="Times New Roman" w:hAnsi="Times New Roman"/>
          <w:b/>
          <w:i w:val="0"/>
          <w:sz w:val="26"/>
        </w:rPr>
        <w:t>Độc lập - Tự do - Hạnh phúc</w:t>
      </w:r>
    </w:p>
    <w:p>
      <w:pPr>
        <w:pStyle w:val="Title"/>
        <w:spacing w:before="0" w:after="60"/>
        <w:jc w:val="center"/>
      </w:pPr>
      <w:r>
        <w:rPr>
          <w:rFonts w:ascii="Times New Roman" w:hAnsi="Times New Roman"/>
          <w:b/>
          <w:i w:val="0"/>
          <w:sz w:val="32"/>
        </w:rPr>
        <w:t>PHIẾU GỬI Ý KIẾN</w:t>
      </w:r>
    </w:p>
    <w:p>
      <w:pPr>
        <w:spacing w:before="0" w:after="160"/>
        <w:jc w:val="center"/>
      </w:pPr>
      <w:r>
        <w:rPr>
          <w:rFonts w:ascii="Times New Roman" w:hAnsi="Times New Roman"/>
          <w:b/>
          <w:i w:val="0"/>
          <w:sz w:val="26"/>
        </w:rPr>
        <w:t>Về khó khăn, vướng mắc, kiến nghị, đề xuất</w:t>
      </w:r>
    </w:p>
    <w:p>
      <w:pPr>
        <w:spacing w:before="0" w:after="180"/>
        <w:jc w:val="center"/>
      </w:pPr>
      <w:r>
        <w:rPr>
          <w:rFonts w:ascii="Times New Roman" w:hAnsi="Times New Roman"/>
          <w:b w:val="0"/>
          <w:i w:val="0"/>
          <w:sz w:val="26"/>
        </w:rPr>
        <w:t>Kính gửi: Ủy ban nhân dân phường Tứ Minh</w:t>
      </w:r>
    </w:p>
    <w:p>
      <w:pPr>
        <w:spacing w:before="0" w:after="100"/>
      </w:pPr>
      <w:r>
        <w:rPr>
          <w:rFonts w:ascii="Times New Roman" w:hAnsi="Times New Roman"/>
          <w:b/>
          <w:i w:val="0"/>
          <w:sz w:val="26"/>
        </w:rPr>
        <w:t>I. THÔNG TIN DOANH NGHIỆP, HỢP TÁC XÃ, HỘ KINH DOANH</w:t>
      </w:r>
    </w:p>
    <w:p>
      <w:pPr>
        <w:tabs>
          <w:tab w:pos="9354" w:val="right" w:leader="dot"/>
        </w:tabs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Tên doanh nghiệp/hợp tác xã/hộ kinh doanh: </w:t>
      </w:r>
      <w:r>
        <w:tab/>
      </w:r>
    </w:p>
    <w:p>
      <w:pPr>
        <w:tabs>
          <w:tab w:pos="9354" w:val="right" w:leader="dot"/>
        </w:tabs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Mã số doanh nghiệp/mã số thuế (nếu có): </w:t>
      </w:r>
      <w:r>
        <w:tab/>
      </w:r>
    </w:p>
    <w:p>
      <w:pPr>
        <w:tabs>
          <w:tab w:pos="9354" w:val="right" w:leader="dot"/>
        </w:tabs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Địa chỉ trụ sở/địa điểm kinh doanh: </w:t>
      </w:r>
      <w:r>
        <w:tab/>
      </w:r>
    </w:p>
    <w:p>
      <w:pPr>
        <w:tabs>
          <w:tab w:pos="9354" w:val="right" w:leader="dot"/>
        </w:tabs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Họ và tên người đại diện/người liên hệ: </w:t>
      </w:r>
      <w:r>
        <w:tab/>
      </w:r>
    </w:p>
    <w:p>
      <w:pPr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Chức vụ: </w:t>
      </w:r>
      <w:r>
        <w:t xml:space="preserve">.................................    </w:t>
      </w:r>
      <w:r>
        <w:rPr>
          <w:b/>
        </w:rPr>
        <w:t xml:space="preserve">Số điện thoại: </w:t>
      </w:r>
      <w:r>
        <w:t>..........................</w:t>
      </w:r>
    </w:p>
    <w:p>
      <w:pPr>
        <w:tabs>
          <w:tab w:pos="9354" w:val="right" w:leader="dot"/>
        </w:tabs>
        <w:spacing w:before="0" w:after="60"/>
      </w:pPr>
      <w:r>
        <w:rPr>
          <w:rFonts w:ascii="Times New Roman" w:hAnsi="Times New Roman"/>
          <w:b w:val="0"/>
          <w:i w:val="0"/>
          <w:sz w:val="26"/>
        </w:rPr>
      </w:r>
      <w:r>
        <w:rPr>
          <w:b/>
        </w:rPr>
        <w:t xml:space="preserve">Email (nếu có): </w:t>
      </w:r>
      <w:r>
        <w:tab/>
      </w:r>
    </w:p>
    <w:p>
      <w:pPr>
        <w:spacing w:before="120" w:after="100"/>
      </w:pPr>
      <w:r>
        <w:rPr>
          <w:rFonts w:ascii="Times New Roman" w:hAnsi="Times New Roman"/>
          <w:b/>
          <w:i w:val="0"/>
          <w:sz w:val="26"/>
        </w:rPr>
        <w:t>II. NỘI DUNG Ý KIẾN</w:t>
      </w:r>
    </w:p>
    <w:p>
      <w:pPr>
        <w:spacing w:before="0" w:after="60"/>
      </w:pPr>
      <w:r>
        <w:rPr>
          <w:rFonts w:ascii="Times New Roman" w:hAnsi="Times New Roman"/>
          <w:b/>
          <w:i w:val="0"/>
          <w:sz w:val="25"/>
        </w:rPr>
        <w:t>1. Lĩnh vực phản ánh, kiến nghị (có thể chọn nhiều lĩnh vực)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5"/>
        </w:rPr>
        <w:t>☐ Thủ tục hành chính           ☐ Đất đai, xây dựng, môi trường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5"/>
        </w:rPr>
        <w:t>☐ Thuế, tài chính                  ☐ Điện, nước, hạ tầng kỹ thuật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5"/>
        </w:rPr>
        <w:t>☐ An ninh, trật tự, phòng cháy, chữa cháy     ☐ Khác: ..................</w:t>
      </w:r>
    </w:p>
    <w:p>
      <w:pPr>
        <w:spacing w:before="0" w:after="20"/>
      </w:pPr>
      <w:r>
        <w:rPr>
          <w:rFonts w:ascii="Times New Roman" w:hAnsi="Times New Roman"/>
          <w:b/>
          <w:i w:val="0"/>
          <w:sz w:val="25"/>
        </w:rPr>
        <w:t>2. Nội dung khó khăn, vướng mắc</w:t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spacing w:before="60" w:after="20"/>
      </w:pPr>
      <w:r>
        <w:rPr>
          <w:rFonts w:ascii="Times New Roman" w:hAnsi="Times New Roman"/>
          <w:b/>
          <w:i w:val="0"/>
          <w:sz w:val="25"/>
        </w:rPr>
        <w:t>3. Nguyên nhân, vướng mắc chủ yếu</w:t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spacing w:before="60" w:after="20"/>
      </w:pPr>
      <w:r>
        <w:rPr>
          <w:rFonts w:ascii="Times New Roman" w:hAnsi="Times New Roman"/>
          <w:b/>
          <w:i w:val="0"/>
          <w:sz w:val="25"/>
        </w:rPr>
        <w:t>4. Đề xuất, kiến nghị cụ thể</w:t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spacing w:before="60" w:after="20"/>
      </w:pPr>
      <w:r>
        <w:rPr>
          <w:rFonts w:ascii="Times New Roman" w:hAnsi="Times New Roman"/>
          <w:b/>
          <w:i w:val="0"/>
          <w:sz w:val="25"/>
        </w:rPr>
        <w:t>5. Cơ quan, đơn vị đề nghị xem xét, trả lời (nếu xác định được)</w:t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spacing w:before="100" w:after="20"/>
      </w:pPr>
      <w:r>
        <w:rPr>
          <w:rFonts w:ascii="Times New Roman" w:hAnsi="Times New Roman"/>
          <w:b/>
          <w:i w:val="0"/>
          <w:sz w:val="26"/>
        </w:rPr>
        <w:t>III. TÀI LIỆU GỬI KÈM (NẾU CÓ)</w:t>
      </w:r>
    </w:p>
    <w:p>
      <w:pPr>
        <w:tabs>
          <w:tab w:pos="9354" w:val="right" w:leader="dot"/>
        </w:tabs>
        <w:spacing w:before="0" w:after="20"/>
      </w:pPr>
      <w:r>
        <w:rPr>
          <w:rFonts w:ascii="Times New Roman" w:hAnsi="Times New Roman"/>
          <w:b w:val="0"/>
          <w:i w:val="0"/>
          <w:sz w:val="24"/>
        </w:rPr>
      </w:r>
      <w:r>
        <w:tab/>
      </w:r>
    </w:p>
    <w:p>
      <w:pPr>
        <w:spacing w:before="60" w:after="80"/>
      </w:pPr>
      <w:r>
        <w:rPr>
          <w:rFonts w:ascii="Times New Roman" w:hAnsi="Times New Roman"/>
          <w:b w:val="0"/>
          <w:i/>
          <w:sz w:val="22"/>
        </w:rPr>
        <w:t>Có thể ghi tiếp nội dung trên trang bổ sung và gửi kèm phiếu này.</w:t>
      </w:r>
    </w:p>
    <w:p>
      <w:pPr>
        <w:spacing w:before="0" w:after="40"/>
        <w:ind w:left="4535"/>
        <w:jc w:val="center"/>
      </w:pPr>
      <w:r>
        <w:rPr>
          <w:rFonts w:ascii="Times New Roman" w:hAnsi="Times New Roman"/>
          <w:b w:val="0"/>
          <w:i w:val="0"/>
          <w:sz w:val="24"/>
        </w:rPr>
        <w:t>................., ngày ...... tháng ...... năm ........</w:t>
      </w:r>
    </w:p>
    <w:p>
      <w:pPr>
        <w:spacing w:before="0" w:after="40"/>
        <w:ind w:left="4535"/>
        <w:jc w:val="center"/>
      </w:pPr>
      <w:r>
        <w:rPr>
          <w:rFonts w:ascii="Times New Roman" w:hAnsi="Times New Roman"/>
          <w:b/>
          <w:i w:val="0"/>
          <w:sz w:val="24"/>
        </w:rPr>
        <w:t>NGƯỜI ĐẠI DIỆN/NGƯỜI GỬI Ý KIẾN</w:t>
      </w:r>
    </w:p>
    <w:p>
      <w:pPr>
        <w:spacing w:before="0" w:after="0"/>
        <w:ind w:left="4535"/>
        <w:jc w:val="center"/>
      </w:pPr>
      <w:r>
        <w:rPr>
          <w:rFonts w:ascii="Times New Roman" w:hAnsi="Times New Roman"/>
          <w:b w:val="0"/>
          <w:i/>
          <w:sz w:val="24"/>
        </w:rPr>
        <w:t>(Ký, ghi rõ họ tên)</w:t>
      </w:r>
    </w:p>
    <w:sectPr w:rsidR="00FC693F" w:rsidRPr="0006063C" w:rsidSect="00034616">
      <w:pgSz w:w="11906" w:h="16838"/>
      <w:pgMar w:top="964" w:right="1134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Times New Roman" w:hAnsi="Times New Roman" w:eastAsia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Phiếu gửi ý kiến về khó khăn, vướng mắc, kiến nghị, đề xuất</dc:title>
  <dc:subject>Mẫu phiếu dành cho doanh nghiệp, hợp tác xã, hộ kinh doanh</dc:subject>
  <dc:creator>UBND phường Tứ Minh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