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DC7B" w14:textId="77777777" w:rsidR="00E42F37" w:rsidRPr="00C11863" w:rsidRDefault="00000000" w:rsidP="00512DB9">
      <w:pPr>
        <w:spacing w:line="340" w:lineRule="exact"/>
        <w:jc w:val="center"/>
        <w:rPr>
          <w:rFonts w:cs="Times New Roman"/>
          <w:szCs w:val="28"/>
        </w:rPr>
      </w:pPr>
      <w:r w:rsidRPr="00C11863">
        <w:rPr>
          <w:rFonts w:cs="Times New Roman"/>
          <w:b/>
          <w:szCs w:val="28"/>
        </w:rPr>
        <w:t>PHỤ LỤC HƯỚNG DẪN</w:t>
      </w:r>
    </w:p>
    <w:p w14:paraId="786A15DC" w14:textId="77777777" w:rsidR="0039618E" w:rsidRDefault="00000000" w:rsidP="0039618E">
      <w:pPr>
        <w:spacing w:line="340" w:lineRule="exact"/>
        <w:jc w:val="center"/>
        <w:rPr>
          <w:rFonts w:cs="Times New Roman"/>
          <w:b/>
          <w:szCs w:val="28"/>
        </w:rPr>
      </w:pPr>
      <w:r w:rsidRPr="00C11863">
        <w:rPr>
          <w:rFonts w:cs="Times New Roman"/>
          <w:b/>
          <w:szCs w:val="28"/>
        </w:rPr>
        <w:t>Đăng ký, đăng nhập, tham gia Vòng 1 Hội thi trực tuyến</w:t>
      </w:r>
    </w:p>
    <w:p w14:paraId="07DC5B6D" w14:textId="523596D7" w:rsidR="00E42F37" w:rsidRPr="0039618E" w:rsidRDefault="00000000" w:rsidP="0039618E">
      <w:pPr>
        <w:spacing w:line="340" w:lineRule="exact"/>
        <w:jc w:val="center"/>
        <w:rPr>
          <w:rFonts w:cs="Times New Roman"/>
          <w:szCs w:val="28"/>
        </w:rPr>
      </w:pPr>
      <w:r w:rsidRPr="00C11863">
        <w:rPr>
          <w:rFonts w:cs="Times New Roman"/>
          <w:b/>
          <w:szCs w:val="28"/>
        </w:rPr>
        <w:t>tìm hiểu công tác cải cách hành chính</w:t>
      </w:r>
      <w:r w:rsidR="0039618E">
        <w:rPr>
          <w:rFonts w:cs="Times New Roman"/>
          <w:szCs w:val="28"/>
        </w:rPr>
        <w:t xml:space="preserve"> </w:t>
      </w:r>
      <w:r w:rsidRPr="00C11863">
        <w:rPr>
          <w:rFonts w:cs="Times New Roman"/>
          <w:b/>
          <w:szCs w:val="28"/>
        </w:rPr>
        <w:t>thành phố</w:t>
      </w:r>
      <w:r w:rsidR="00512DB9">
        <w:rPr>
          <w:rFonts w:cs="Times New Roman"/>
          <w:b/>
          <w:szCs w:val="28"/>
        </w:rPr>
        <w:t xml:space="preserve"> </w:t>
      </w:r>
      <w:r w:rsidRPr="00C11863">
        <w:rPr>
          <w:rFonts w:cs="Times New Roman"/>
          <w:b/>
          <w:szCs w:val="28"/>
        </w:rPr>
        <w:t>Hải Phòng năm 2026</w:t>
      </w:r>
    </w:p>
    <w:p w14:paraId="4DB9DB86" w14:textId="59BDCB1E" w:rsidR="00512DB9" w:rsidRDefault="00000000" w:rsidP="00512DB9">
      <w:pPr>
        <w:spacing w:line="340" w:lineRule="exact"/>
        <w:jc w:val="center"/>
        <w:rPr>
          <w:rFonts w:cs="Times New Roman"/>
          <w:i/>
          <w:szCs w:val="28"/>
        </w:rPr>
      </w:pPr>
      <w:r w:rsidRPr="00C11863">
        <w:rPr>
          <w:rFonts w:cs="Times New Roman"/>
          <w:i/>
          <w:szCs w:val="28"/>
        </w:rPr>
        <w:t>(Kèm theo Công văn số</w:t>
      </w:r>
      <w:r w:rsidR="00CA1121">
        <w:rPr>
          <w:rFonts w:cs="Times New Roman"/>
          <w:i/>
          <w:szCs w:val="28"/>
        </w:rPr>
        <w:t xml:space="preserve"> 02</w:t>
      </w:r>
      <w:r w:rsidRPr="00C11863">
        <w:rPr>
          <w:rFonts w:cs="Times New Roman"/>
          <w:i/>
          <w:szCs w:val="28"/>
        </w:rPr>
        <w:t>/BTC-</w:t>
      </w:r>
      <w:r w:rsidR="00C11863" w:rsidRPr="00C11863">
        <w:rPr>
          <w:rFonts w:cs="Times New Roman"/>
          <w:i/>
          <w:szCs w:val="28"/>
        </w:rPr>
        <w:t>SNV</w:t>
      </w:r>
      <w:r w:rsidRPr="00C11863">
        <w:rPr>
          <w:rFonts w:cs="Times New Roman"/>
          <w:i/>
          <w:szCs w:val="28"/>
        </w:rPr>
        <w:t xml:space="preserve"> ngày</w:t>
      </w:r>
      <w:r w:rsidR="00CA1121">
        <w:rPr>
          <w:rFonts w:cs="Times New Roman"/>
          <w:i/>
          <w:szCs w:val="28"/>
        </w:rPr>
        <w:t xml:space="preserve"> 08 </w:t>
      </w:r>
      <w:r w:rsidRPr="00C11863">
        <w:rPr>
          <w:rFonts w:cs="Times New Roman"/>
          <w:i/>
          <w:szCs w:val="28"/>
        </w:rPr>
        <w:t>tháng</w:t>
      </w:r>
      <w:r w:rsidR="00C11863">
        <w:rPr>
          <w:rFonts w:cs="Times New Roman"/>
          <w:i/>
          <w:szCs w:val="28"/>
        </w:rPr>
        <w:t xml:space="preserve"> 9</w:t>
      </w:r>
      <w:r w:rsidRPr="00C11863">
        <w:rPr>
          <w:rFonts w:cs="Times New Roman"/>
          <w:i/>
          <w:szCs w:val="28"/>
        </w:rPr>
        <w:t xml:space="preserve"> năm 2026</w:t>
      </w:r>
    </w:p>
    <w:p w14:paraId="02623D21" w14:textId="1A26633D" w:rsidR="00C11863" w:rsidRPr="00C11863" w:rsidRDefault="00000000" w:rsidP="00F2670B">
      <w:pPr>
        <w:spacing w:after="360" w:line="340" w:lineRule="exact"/>
        <w:jc w:val="center"/>
        <w:rPr>
          <w:rFonts w:cs="Times New Roman"/>
          <w:szCs w:val="28"/>
        </w:rPr>
      </w:pPr>
      <w:r w:rsidRPr="00C11863">
        <w:rPr>
          <w:rFonts w:cs="Times New Roman"/>
          <w:i/>
          <w:szCs w:val="28"/>
        </w:rPr>
        <w:t>của Ban Tổ</w:t>
      </w:r>
      <w:r w:rsidR="00C11863">
        <w:rPr>
          <w:rFonts w:cs="Times New Roman"/>
          <w:i/>
          <w:szCs w:val="28"/>
        </w:rPr>
        <w:t xml:space="preserve"> </w:t>
      </w:r>
      <w:r w:rsidRPr="00C11863">
        <w:rPr>
          <w:rFonts w:cs="Times New Roman"/>
          <w:i/>
          <w:szCs w:val="28"/>
        </w:rPr>
        <w:t>chức Hội thi)</w:t>
      </w:r>
    </w:p>
    <w:p w14:paraId="051B9775" w14:textId="0F607481" w:rsidR="00E42F37" w:rsidRPr="00233830" w:rsidRDefault="00000000" w:rsidP="00233830">
      <w:pPr>
        <w:spacing w:before="120" w:after="120" w:line="360" w:lineRule="exact"/>
        <w:ind w:firstLine="720"/>
        <w:jc w:val="both"/>
        <w:rPr>
          <w:rFonts w:cs="Times New Roman"/>
          <w:spacing w:val="4"/>
          <w:szCs w:val="28"/>
        </w:rPr>
      </w:pPr>
      <w:r w:rsidRPr="00233830">
        <w:rPr>
          <w:rFonts w:cs="Times New Roman"/>
          <w:b/>
          <w:spacing w:val="4"/>
          <w:szCs w:val="28"/>
        </w:rPr>
        <w:t>I. HƯỚNG DẪN THAM GIA VÒNG 1 - THI TRẮC NGHIỆM TRỰC TUYẾN</w:t>
      </w:r>
    </w:p>
    <w:p w14:paraId="0E8E0D64" w14:textId="48EB6C69" w:rsidR="00E42F37" w:rsidRPr="00C11863" w:rsidRDefault="00000000" w:rsidP="00233830">
      <w:pPr>
        <w:keepNext/>
        <w:spacing w:before="120" w:after="120" w:line="360" w:lineRule="exact"/>
        <w:ind w:firstLine="720"/>
        <w:jc w:val="both"/>
        <w:rPr>
          <w:rFonts w:cs="Times New Roman"/>
          <w:szCs w:val="28"/>
        </w:rPr>
      </w:pPr>
      <w:r w:rsidRPr="00C11863">
        <w:rPr>
          <w:rFonts w:cs="Times New Roman"/>
          <w:b/>
          <w:szCs w:val="28"/>
        </w:rPr>
        <w:t xml:space="preserve">1. Cách thức </w:t>
      </w:r>
      <w:r w:rsidR="007B44D5">
        <w:rPr>
          <w:rFonts w:cs="Times New Roman"/>
          <w:b/>
          <w:szCs w:val="28"/>
        </w:rPr>
        <w:t>dự thi</w:t>
      </w:r>
    </w:p>
    <w:p w14:paraId="43DD97DB" w14:textId="77777777" w:rsidR="00512DB9" w:rsidRDefault="00000000" w:rsidP="00233830">
      <w:pPr>
        <w:spacing w:before="120" w:after="120" w:line="360" w:lineRule="exact"/>
        <w:ind w:firstLine="720"/>
        <w:jc w:val="both"/>
        <w:rPr>
          <w:rFonts w:cs="Times New Roman"/>
          <w:szCs w:val="28"/>
        </w:rPr>
      </w:pPr>
      <w:r w:rsidRPr="00C11863">
        <w:rPr>
          <w:rFonts w:cs="Times New Roman"/>
          <w:szCs w:val="28"/>
        </w:rPr>
        <w:t>Người dự thi sử dụng máy tính hoặc thiết bị di động có kết nối Internet và truy cập Hội thi bằng một trong các cách sau:</w:t>
      </w:r>
    </w:p>
    <w:p w14:paraId="6E064B49" w14:textId="12FEFF80" w:rsidR="00512DB9" w:rsidRDefault="00000000" w:rsidP="00233830">
      <w:pPr>
        <w:spacing w:before="120" w:after="120" w:line="360" w:lineRule="exact"/>
        <w:ind w:firstLine="720"/>
        <w:jc w:val="both"/>
        <w:rPr>
          <w:rFonts w:cs="Times New Roman"/>
          <w:szCs w:val="28"/>
        </w:rPr>
      </w:pPr>
      <w:r w:rsidRPr="00C11863">
        <w:rPr>
          <w:rFonts w:cs="Times New Roman"/>
          <w:szCs w:val="28"/>
        </w:rPr>
        <w:t xml:space="preserve">- Truy cập trực tiếp tại địa chỉ: </w:t>
      </w:r>
      <w:hyperlink r:id="rId8" w:history="1">
        <w:r w:rsidR="007B44D5" w:rsidRPr="0051313E">
          <w:rPr>
            <w:rStyle w:val="Hyperlink"/>
            <w:rFonts w:cs="Times New Roman"/>
            <w:szCs w:val="28"/>
          </w:rPr>
          <w:t>https://thicchchaiphong.hethong.vn/</w:t>
        </w:r>
      </w:hyperlink>
      <w:r w:rsidR="007B44D5">
        <w:rPr>
          <w:rFonts w:cs="Times New Roman"/>
          <w:szCs w:val="28"/>
        </w:rPr>
        <w:t xml:space="preserve"> </w:t>
      </w:r>
      <w:r w:rsidR="00662E16">
        <w:rPr>
          <w:rFonts w:cs="Times New Roman"/>
          <w:szCs w:val="28"/>
        </w:rPr>
        <w:t>để đăng nhập và dự thi</w:t>
      </w:r>
      <w:r w:rsidR="007B44D5">
        <w:rPr>
          <w:rFonts w:cs="Times New Roman"/>
          <w:szCs w:val="28"/>
        </w:rPr>
        <w:t>.</w:t>
      </w:r>
    </w:p>
    <w:p w14:paraId="1E4023E8" w14:textId="7D41D9E2" w:rsidR="00512DB9" w:rsidRDefault="00000000" w:rsidP="00233830">
      <w:pPr>
        <w:spacing w:before="120" w:after="120" w:line="360" w:lineRule="exact"/>
        <w:ind w:firstLine="720"/>
        <w:jc w:val="both"/>
        <w:rPr>
          <w:rFonts w:cs="Times New Roman"/>
          <w:szCs w:val="28"/>
        </w:rPr>
      </w:pPr>
      <w:r w:rsidRPr="00C11863">
        <w:rPr>
          <w:rFonts w:cs="Times New Roman"/>
          <w:szCs w:val="28"/>
        </w:rPr>
        <w:t>- Truy cập Cổng Thông tin điện tử Sở Nội vụ</w:t>
      </w:r>
      <w:r w:rsidR="007B44D5">
        <w:rPr>
          <w:rFonts w:cs="Times New Roman"/>
          <w:szCs w:val="28"/>
        </w:rPr>
        <w:t xml:space="preserve"> thành phố</w:t>
      </w:r>
      <w:r w:rsidRPr="00C11863">
        <w:rPr>
          <w:rFonts w:cs="Times New Roman"/>
          <w:szCs w:val="28"/>
        </w:rPr>
        <w:t xml:space="preserve"> Hải Phòng tại địa chỉ</w:t>
      </w:r>
      <w:r w:rsidR="00662E16">
        <w:rPr>
          <w:rFonts w:cs="Times New Roman"/>
          <w:szCs w:val="28"/>
        </w:rPr>
        <w:t xml:space="preserve"> </w:t>
      </w:r>
      <w:hyperlink r:id="rId9" w:history="1">
        <w:r w:rsidR="00662E16" w:rsidRPr="00662E16">
          <w:rPr>
            <w:rStyle w:val="Hyperlink"/>
            <w:rFonts w:cs="Times New Roman"/>
            <w:szCs w:val="28"/>
          </w:rPr>
          <w:t>Sở Nộ</w:t>
        </w:r>
        <w:r w:rsidR="00662E16" w:rsidRPr="00662E16">
          <w:rPr>
            <w:rStyle w:val="Hyperlink"/>
            <w:rFonts w:cs="Times New Roman"/>
            <w:szCs w:val="28"/>
          </w:rPr>
          <w:t>i</w:t>
        </w:r>
        <w:r w:rsidR="00662E16" w:rsidRPr="00662E16">
          <w:rPr>
            <w:rStyle w:val="Hyperlink"/>
            <w:rFonts w:cs="Times New Roman"/>
            <w:szCs w:val="28"/>
          </w:rPr>
          <w:t xml:space="preserve"> vụ</w:t>
        </w:r>
      </w:hyperlink>
      <w:r w:rsidR="007B44D5">
        <w:rPr>
          <w:rFonts w:cs="Times New Roman"/>
          <w:szCs w:val="28"/>
        </w:rPr>
        <w:t xml:space="preserve"> </w:t>
      </w:r>
      <w:r w:rsidRPr="00C11863">
        <w:rPr>
          <w:rFonts w:cs="Times New Roman"/>
          <w:szCs w:val="28"/>
        </w:rPr>
        <w:t>và lựa chọn banner Hội thi.</w:t>
      </w:r>
    </w:p>
    <w:p w14:paraId="420B3F41" w14:textId="55547078" w:rsidR="00E42F37" w:rsidRDefault="00926883" w:rsidP="00233830">
      <w:pPr>
        <w:spacing w:before="120" w:after="120" w:line="360" w:lineRule="exact"/>
        <w:ind w:firstLine="720"/>
        <w:jc w:val="both"/>
        <w:rPr>
          <w:rFonts w:cs="Times New Roman"/>
          <w:szCs w:val="28"/>
        </w:rPr>
      </w:pPr>
      <w:r w:rsidRPr="00F76998">
        <w:rPr>
          <w:rFonts w:cs="Times New Roman"/>
          <w:noProof/>
          <w:szCs w:val="28"/>
        </w:rPr>
        <w:drawing>
          <wp:anchor distT="0" distB="0" distL="114300" distR="114300" simplePos="0" relativeHeight="251660800" behindDoc="1" locked="0" layoutInCell="1" allowOverlap="1" wp14:anchorId="3C899ACA" wp14:editId="216A46C9">
            <wp:simplePos x="0" y="0"/>
            <wp:positionH relativeFrom="column">
              <wp:posOffset>2431415</wp:posOffset>
            </wp:positionH>
            <wp:positionV relativeFrom="paragraph">
              <wp:posOffset>692150</wp:posOffset>
            </wp:positionV>
            <wp:extent cx="1219200" cy="1219200"/>
            <wp:effectExtent l="0" t="0" r="0" b="0"/>
            <wp:wrapTight wrapText="bothSides">
              <wp:wrapPolygon edited="0">
                <wp:start x="0" y="0"/>
                <wp:lineTo x="0" y="21263"/>
                <wp:lineTo x="21263" y="21263"/>
                <wp:lineTo x="21263" y="0"/>
                <wp:lineTo x="0" y="0"/>
              </wp:wrapPolygon>
            </wp:wrapTight>
            <wp:docPr id="1111920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r w:rsidRPr="00C11863">
        <w:rPr>
          <w:rFonts w:cs="Times New Roman"/>
          <w:szCs w:val="28"/>
        </w:rPr>
        <w:t xml:space="preserve">- </w:t>
      </w:r>
      <w:r w:rsidR="007B44D5" w:rsidRPr="007B44D5">
        <w:rPr>
          <w:rFonts w:cs="Times New Roman"/>
          <w:szCs w:val="28"/>
        </w:rPr>
        <w:t xml:space="preserve">Quét </w:t>
      </w:r>
      <w:r w:rsidR="00591FBE">
        <w:rPr>
          <w:rFonts w:cs="Times New Roman"/>
          <w:szCs w:val="28"/>
        </w:rPr>
        <w:t>m</w:t>
      </w:r>
      <w:r w:rsidR="007B44D5" w:rsidRPr="007B44D5">
        <w:rPr>
          <w:rFonts w:cs="Times New Roman"/>
          <w:szCs w:val="28"/>
        </w:rPr>
        <w:t xml:space="preserve">ã QR </w:t>
      </w:r>
      <w:r w:rsidR="00662E16">
        <w:rPr>
          <w:rFonts w:cs="Times New Roman"/>
          <w:szCs w:val="28"/>
        </w:rPr>
        <w:t>dưới đây bằng camera của thiết bị hoặc chức năng quét mã QR trên ứng dụng Zalo để truy cập Hội thi</w:t>
      </w:r>
      <w:r w:rsidR="007B44D5" w:rsidRPr="007B44D5">
        <w:rPr>
          <w:rFonts w:cs="Times New Roman"/>
          <w:szCs w:val="28"/>
        </w:rPr>
        <w:t>:</w:t>
      </w:r>
    </w:p>
    <w:p w14:paraId="5C48134C" w14:textId="30D6F17B" w:rsidR="00F76998" w:rsidRPr="00F76998" w:rsidRDefault="00F76998" w:rsidP="00233830">
      <w:pPr>
        <w:spacing w:before="120" w:after="120" w:line="360" w:lineRule="exact"/>
        <w:ind w:left="454" w:firstLine="720"/>
        <w:jc w:val="both"/>
        <w:rPr>
          <w:rFonts w:cs="Times New Roman"/>
          <w:szCs w:val="28"/>
        </w:rPr>
      </w:pPr>
    </w:p>
    <w:p w14:paraId="79631348" w14:textId="5B2B2673" w:rsidR="00F76998" w:rsidRPr="00C11863" w:rsidRDefault="00F76998" w:rsidP="00233830">
      <w:pPr>
        <w:spacing w:before="120" w:after="120" w:line="360" w:lineRule="exact"/>
        <w:ind w:left="454" w:firstLine="720"/>
        <w:jc w:val="both"/>
        <w:rPr>
          <w:rFonts w:cs="Times New Roman"/>
          <w:szCs w:val="28"/>
        </w:rPr>
      </w:pPr>
    </w:p>
    <w:p w14:paraId="260D43E3" w14:textId="77777777" w:rsidR="00926883" w:rsidRDefault="00926883" w:rsidP="00233830">
      <w:pPr>
        <w:keepNext/>
        <w:spacing w:before="120" w:after="120" w:line="360" w:lineRule="exact"/>
        <w:ind w:firstLine="720"/>
        <w:jc w:val="both"/>
        <w:rPr>
          <w:rFonts w:cs="Times New Roman"/>
          <w:b/>
          <w:szCs w:val="28"/>
        </w:rPr>
      </w:pPr>
    </w:p>
    <w:p w14:paraId="2A026E4C" w14:textId="77777777" w:rsidR="00926883" w:rsidRDefault="00926883" w:rsidP="00233830">
      <w:pPr>
        <w:keepNext/>
        <w:spacing w:before="120" w:after="120" w:line="360" w:lineRule="exact"/>
        <w:ind w:firstLine="720"/>
        <w:jc w:val="both"/>
        <w:rPr>
          <w:rFonts w:cs="Times New Roman"/>
          <w:b/>
          <w:szCs w:val="28"/>
        </w:rPr>
      </w:pPr>
    </w:p>
    <w:p w14:paraId="58203BAA" w14:textId="77777777" w:rsidR="00662E16" w:rsidRDefault="00662E16" w:rsidP="00233830">
      <w:pPr>
        <w:keepNext/>
        <w:spacing w:after="120" w:line="360" w:lineRule="exact"/>
        <w:ind w:left="2880" w:firstLine="720"/>
        <w:jc w:val="both"/>
        <w:rPr>
          <w:rFonts w:cs="Times New Roman"/>
          <w:b/>
          <w:szCs w:val="28"/>
        </w:rPr>
      </w:pPr>
    </w:p>
    <w:p w14:paraId="055B05D6" w14:textId="6B67C9EB" w:rsidR="00926883" w:rsidRDefault="00926883" w:rsidP="00233830">
      <w:pPr>
        <w:keepNext/>
        <w:spacing w:after="120" w:line="360" w:lineRule="exact"/>
        <w:ind w:left="3600" w:firstLine="720"/>
        <w:jc w:val="both"/>
        <w:rPr>
          <w:rFonts w:cs="Times New Roman"/>
          <w:b/>
          <w:szCs w:val="28"/>
        </w:rPr>
      </w:pPr>
      <w:r w:rsidRPr="00926883">
        <w:rPr>
          <w:rFonts w:cs="Times New Roman"/>
          <w:b/>
          <w:szCs w:val="28"/>
        </w:rPr>
        <w:t>M</w:t>
      </w:r>
      <w:r w:rsidR="00591FBE">
        <w:rPr>
          <w:rFonts w:cs="Times New Roman"/>
          <w:b/>
          <w:szCs w:val="28"/>
        </w:rPr>
        <w:t>ã</w:t>
      </w:r>
      <w:r w:rsidRPr="00926883">
        <w:rPr>
          <w:rFonts w:cs="Times New Roman"/>
          <w:b/>
          <w:szCs w:val="28"/>
        </w:rPr>
        <w:t xml:space="preserve"> QR</w:t>
      </w:r>
    </w:p>
    <w:p w14:paraId="13F9E636" w14:textId="442CCA55" w:rsidR="00E42F37" w:rsidRPr="00C11863" w:rsidRDefault="00000000" w:rsidP="00233830">
      <w:pPr>
        <w:keepNext/>
        <w:spacing w:before="120" w:after="120" w:line="360" w:lineRule="exact"/>
        <w:ind w:firstLine="720"/>
        <w:jc w:val="both"/>
        <w:rPr>
          <w:rFonts w:cs="Times New Roman"/>
          <w:szCs w:val="28"/>
        </w:rPr>
      </w:pPr>
      <w:r w:rsidRPr="00C11863">
        <w:rPr>
          <w:rFonts w:cs="Times New Roman"/>
          <w:b/>
          <w:szCs w:val="28"/>
        </w:rPr>
        <w:t>2. Đăng ký và khai báo thông tin</w:t>
      </w:r>
    </w:p>
    <w:p w14:paraId="1B3905A7" w14:textId="102F4077" w:rsidR="00926883" w:rsidRDefault="00AC6E56" w:rsidP="00233830">
      <w:pPr>
        <w:spacing w:before="120" w:after="120" w:line="360" w:lineRule="exact"/>
        <w:ind w:firstLine="720"/>
        <w:jc w:val="both"/>
        <w:rPr>
          <w:rFonts w:cs="Times New Roman"/>
          <w:szCs w:val="28"/>
        </w:rPr>
      </w:pPr>
      <w:r>
        <w:rPr>
          <w:rFonts w:cs="Times New Roman"/>
          <w:szCs w:val="28"/>
        </w:rPr>
        <w:t xml:space="preserve">- </w:t>
      </w:r>
      <w:r w:rsidRPr="00C11863">
        <w:rPr>
          <w:rFonts w:cs="Times New Roman"/>
          <w:szCs w:val="28"/>
        </w:rPr>
        <w:t>Tại giao diện Hội thi, người dự thi lựa chọn chức năng “Tham gia”</w:t>
      </w:r>
      <w:r w:rsidR="00926883">
        <w:rPr>
          <w:rFonts w:cs="Times New Roman"/>
          <w:szCs w:val="28"/>
        </w:rPr>
        <w:t>.</w:t>
      </w:r>
    </w:p>
    <w:p w14:paraId="02759BF1" w14:textId="77777777" w:rsidR="000D3150" w:rsidRDefault="00015921" w:rsidP="00233830">
      <w:pPr>
        <w:spacing w:before="120" w:after="120" w:line="360" w:lineRule="exact"/>
        <w:ind w:firstLine="720"/>
        <w:jc w:val="both"/>
        <w:rPr>
          <w:rFonts w:cs="Times New Roman"/>
          <w:szCs w:val="28"/>
        </w:rPr>
      </w:pPr>
      <w:r>
        <w:rPr>
          <w:rFonts w:cs="Times New Roman"/>
          <w:szCs w:val="28"/>
        </w:rPr>
        <w:t xml:space="preserve">- </w:t>
      </w:r>
      <w:r w:rsidRPr="00015921">
        <w:rPr>
          <w:rFonts w:cs="Times New Roman"/>
          <w:szCs w:val="28"/>
        </w:rPr>
        <w:t xml:space="preserve">Khai báo đầy đủ, chính xác các trường thông tin bắt buộc: họ và tên, số căn cước công dân, thư điện tử, số điện thoại. </w:t>
      </w:r>
      <w:r w:rsidR="000D3150" w:rsidRPr="000D3150">
        <w:rPr>
          <w:rFonts w:cs="Times New Roman"/>
          <w:szCs w:val="28"/>
        </w:rPr>
        <w:t>Trường hợp thông tin kê khai không đầy đủ, không chính xác hoặc không thống nhất với thông tin trên giấy tờ hợp lệ, kết quả dự thi không được công nhận.</w:t>
      </w:r>
    </w:p>
    <w:p w14:paraId="3801DD3F" w14:textId="455C56AA" w:rsidR="00926883" w:rsidRDefault="00000000" w:rsidP="00233830">
      <w:pPr>
        <w:spacing w:before="120" w:after="120" w:line="360" w:lineRule="exact"/>
        <w:ind w:firstLine="720"/>
        <w:jc w:val="both"/>
        <w:rPr>
          <w:rFonts w:cs="Times New Roman"/>
          <w:szCs w:val="28"/>
        </w:rPr>
      </w:pPr>
      <w:r w:rsidRPr="00C11863">
        <w:rPr>
          <w:rFonts w:cs="Times New Roman"/>
          <w:szCs w:val="28"/>
        </w:rPr>
        <w:t>- Lựa chọn đúng cơ quan, đơn vị công tác trong danh sách được cài đặt sẵn</w:t>
      </w:r>
      <w:r w:rsidR="00F5335D">
        <w:rPr>
          <w:rFonts w:cs="Times New Roman"/>
          <w:szCs w:val="28"/>
        </w:rPr>
        <w:t xml:space="preserve"> (bắt buộc)</w:t>
      </w:r>
      <w:r w:rsidRPr="00C11863">
        <w:rPr>
          <w:rFonts w:cs="Times New Roman"/>
          <w:szCs w:val="28"/>
        </w:rPr>
        <w:t>. Thông tin đăng ký là căn cứ xác định đối tượng dự thi, tổng hợp tỷ lệ tham gia và xét giải.</w:t>
      </w:r>
    </w:p>
    <w:p w14:paraId="2389B4B5" w14:textId="49D72DBF" w:rsidR="00F5335D" w:rsidRDefault="00000000" w:rsidP="00233830">
      <w:pPr>
        <w:spacing w:before="120" w:after="120" w:line="360" w:lineRule="exact"/>
        <w:ind w:firstLine="720"/>
        <w:jc w:val="both"/>
        <w:rPr>
          <w:bCs/>
          <w:szCs w:val="20"/>
        </w:rPr>
      </w:pPr>
      <w:r w:rsidRPr="00C11863">
        <w:rPr>
          <w:rFonts w:cs="Times New Roman"/>
          <w:szCs w:val="28"/>
        </w:rPr>
        <w:t>-</w:t>
      </w:r>
      <w:r w:rsidR="00F5335D">
        <w:rPr>
          <w:rFonts w:cs="Times New Roman"/>
          <w:szCs w:val="28"/>
        </w:rPr>
        <w:t xml:space="preserve"> </w:t>
      </w:r>
      <w:r w:rsidR="00F5335D" w:rsidRPr="00AD4D51">
        <w:rPr>
          <w:bCs/>
          <w:szCs w:val="20"/>
        </w:rPr>
        <w:t xml:space="preserve">Tại mục </w:t>
      </w:r>
      <w:r w:rsidR="00F5335D" w:rsidRPr="005B180A">
        <w:rPr>
          <w:bCs/>
          <w:szCs w:val="20"/>
        </w:rPr>
        <w:t xml:space="preserve">“Mật khẩu </w:t>
      </w:r>
      <w:r w:rsidR="00F5335D">
        <w:rPr>
          <w:bCs/>
          <w:szCs w:val="20"/>
        </w:rPr>
        <w:t>Hội</w:t>
      </w:r>
      <w:r w:rsidR="00F5335D" w:rsidRPr="005B180A">
        <w:rPr>
          <w:bCs/>
          <w:szCs w:val="20"/>
        </w:rPr>
        <w:t xml:space="preserve"> thi”</w:t>
      </w:r>
      <w:r w:rsidR="00F5335D">
        <w:rPr>
          <w:bCs/>
          <w:szCs w:val="20"/>
        </w:rPr>
        <w:t xml:space="preserve"> </w:t>
      </w:r>
      <w:r w:rsidR="00662E16" w:rsidRPr="00662E16">
        <w:rPr>
          <w:bCs/>
          <w:iCs/>
          <w:szCs w:val="20"/>
        </w:rPr>
        <w:t>nhập</w:t>
      </w:r>
      <w:r w:rsidR="00F5335D" w:rsidRPr="00662E16">
        <w:rPr>
          <w:bCs/>
          <w:iCs/>
          <w:szCs w:val="20"/>
        </w:rPr>
        <w:t>:</w:t>
      </w:r>
      <w:r w:rsidR="00F5335D" w:rsidRPr="00305131">
        <w:rPr>
          <w:b/>
          <w:i/>
          <w:szCs w:val="20"/>
        </w:rPr>
        <w:t xml:space="preserve"> thicchc202</w:t>
      </w:r>
      <w:r w:rsidR="00F5335D">
        <w:rPr>
          <w:b/>
          <w:i/>
          <w:szCs w:val="20"/>
        </w:rPr>
        <w:t>6</w:t>
      </w:r>
      <w:r w:rsidR="00F5335D" w:rsidRPr="00E439F0">
        <w:rPr>
          <w:bCs/>
          <w:szCs w:val="20"/>
        </w:rPr>
        <w:t>.</w:t>
      </w:r>
    </w:p>
    <w:p w14:paraId="02117C79" w14:textId="1995D143" w:rsidR="00F5335D" w:rsidRDefault="00F5335D" w:rsidP="00233830">
      <w:pPr>
        <w:spacing w:before="120" w:after="120" w:line="360" w:lineRule="exact"/>
        <w:ind w:firstLine="720"/>
        <w:jc w:val="both"/>
        <w:rPr>
          <w:bCs/>
          <w:szCs w:val="20"/>
        </w:rPr>
      </w:pPr>
      <w:r w:rsidRPr="00AD4D51">
        <w:rPr>
          <w:bCs/>
          <w:szCs w:val="20"/>
        </w:rPr>
        <w:t>- Sau khi điền đầy đủ</w:t>
      </w:r>
      <w:r>
        <w:rPr>
          <w:bCs/>
          <w:szCs w:val="20"/>
        </w:rPr>
        <w:t xml:space="preserve"> thông tin, chọn mục </w:t>
      </w:r>
      <w:r w:rsidRPr="00B77B1B">
        <w:rPr>
          <w:b/>
          <w:szCs w:val="20"/>
        </w:rPr>
        <w:t>“Tham gia”</w:t>
      </w:r>
      <w:r>
        <w:rPr>
          <w:bCs/>
          <w:szCs w:val="20"/>
        </w:rPr>
        <w:t xml:space="preserve"> để bắt đầu thi.</w:t>
      </w:r>
    </w:p>
    <w:p w14:paraId="20C8A873" w14:textId="77777777" w:rsidR="00015921" w:rsidRDefault="00015921" w:rsidP="00233830">
      <w:pPr>
        <w:keepNext/>
        <w:spacing w:before="120" w:after="120" w:line="360" w:lineRule="exact"/>
        <w:ind w:firstLine="720"/>
        <w:jc w:val="both"/>
        <w:rPr>
          <w:bCs/>
          <w:szCs w:val="20"/>
        </w:rPr>
      </w:pPr>
      <w:r w:rsidRPr="00015921">
        <w:rPr>
          <w:bCs/>
          <w:szCs w:val="20"/>
        </w:rPr>
        <w:lastRenderedPageBreak/>
        <w:t>Thông tin người dự thi đăng ký là căn cứ để Ban Tổ chức Hội thi kiểm tra, xác minh thông tin, tổng hợp kết quả và xét giải theo quy định của Thể lệ Hội thi. Mọi thay đổi về thông tin đăng ký trong quá trình diễn ra Hội thi cần được thông báo kịp thời cho Ban Tổ chức Hội thi (qua Sở Nội vụ).</w:t>
      </w:r>
    </w:p>
    <w:p w14:paraId="7AA45161" w14:textId="66AD48A4" w:rsidR="00F5335D" w:rsidRDefault="00000000" w:rsidP="00233830">
      <w:pPr>
        <w:keepNext/>
        <w:spacing w:before="120" w:after="120" w:line="360" w:lineRule="exact"/>
        <w:ind w:firstLine="720"/>
        <w:jc w:val="both"/>
        <w:rPr>
          <w:rFonts w:cs="Times New Roman"/>
          <w:szCs w:val="28"/>
        </w:rPr>
      </w:pPr>
      <w:r w:rsidRPr="00C11863">
        <w:rPr>
          <w:rFonts w:cs="Times New Roman"/>
          <w:b/>
          <w:szCs w:val="28"/>
        </w:rPr>
        <w:t>3. Cách thức làm bài</w:t>
      </w:r>
    </w:p>
    <w:p w14:paraId="3076EE93" w14:textId="77777777" w:rsidR="000D3150" w:rsidRDefault="00CA1121" w:rsidP="00233830">
      <w:pPr>
        <w:spacing w:before="120" w:after="120" w:line="360" w:lineRule="exact"/>
        <w:ind w:firstLine="720"/>
        <w:jc w:val="both"/>
        <w:rPr>
          <w:bCs/>
          <w:szCs w:val="20"/>
        </w:rPr>
      </w:pPr>
      <w:r>
        <w:rPr>
          <w:bCs/>
          <w:szCs w:val="20"/>
        </w:rPr>
        <w:t xml:space="preserve">- </w:t>
      </w:r>
      <w:r w:rsidR="006F6362" w:rsidRPr="006F6362">
        <w:rPr>
          <w:bCs/>
          <w:szCs w:val="20"/>
        </w:rPr>
        <w:t>Người dự thi trả lời 10 câu hỏi trắc nghiệm trong thời gian 10 phút; mỗi câu hỏi lựa chọn 01 đáp án đúng trong các phương án A, B, C, D. Trong thời gian làm bài, người dự thi có thể thay đổi đáp án đã lựa chọn.</w:t>
      </w:r>
    </w:p>
    <w:p w14:paraId="26609325" w14:textId="0FAF292D" w:rsidR="00CA1121" w:rsidRDefault="000D3150" w:rsidP="00233830">
      <w:pPr>
        <w:spacing w:before="120" w:after="120" w:line="360" w:lineRule="exact"/>
        <w:ind w:firstLine="720"/>
        <w:jc w:val="both"/>
        <w:rPr>
          <w:bCs/>
          <w:szCs w:val="20"/>
        </w:rPr>
      </w:pPr>
      <w:r>
        <w:rPr>
          <w:bCs/>
          <w:szCs w:val="20"/>
        </w:rPr>
        <w:t xml:space="preserve">- </w:t>
      </w:r>
      <w:r w:rsidR="006F6362" w:rsidRPr="006F6362">
        <w:rPr>
          <w:bCs/>
          <w:szCs w:val="20"/>
        </w:rPr>
        <w:t xml:space="preserve">Sau khi hoàn thành 10 câu hỏi trắc nghiệm, người dự thi trả lời 01 câu hỏi dự đoán số người trả lời đúng cả 10 câu hỏi trong đợt thi, trong thời gian 30 giây. </w:t>
      </w:r>
    </w:p>
    <w:p w14:paraId="46D292A4" w14:textId="4386E136" w:rsidR="006F6362" w:rsidRDefault="00CA1121" w:rsidP="00233830">
      <w:pPr>
        <w:spacing w:before="120" w:after="120" w:line="360" w:lineRule="exact"/>
        <w:ind w:firstLine="720"/>
        <w:jc w:val="both"/>
        <w:rPr>
          <w:bCs/>
          <w:szCs w:val="20"/>
        </w:rPr>
      </w:pPr>
      <w:r>
        <w:rPr>
          <w:bCs/>
          <w:szCs w:val="20"/>
        </w:rPr>
        <w:t xml:space="preserve">- </w:t>
      </w:r>
      <w:r w:rsidR="006F6362" w:rsidRPr="006F6362">
        <w:rPr>
          <w:bCs/>
          <w:szCs w:val="20"/>
        </w:rPr>
        <w:t>Người dự thi kiểm tra lại câu trả lời và chọn “Nộp bài”. Hệ thống thông báo số điểm và thời gian hoàn thành bài thi. Khi hết thời gian, hệ thống tự động kết thúc và ghi nhận bài dự thi.</w:t>
      </w:r>
    </w:p>
    <w:p w14:paraId="629FC683" w14:textId="25BEA3F5" w:rsidR="00E42F37" w:rsidRPr="008A2530" w:rsidRDefault="00FE37C1" w:rsidP="00233830">
      <w:pPr>
        <w:spacing w:before="120" w:after="120" w:line="360" w:lineRule="exact"/>
        <w:ind w:firstLine="720"/>
        <w:jc w:val="both"/>
        <w:rPr>
          <w:rFonts w:cs="Times New Roman"/>
          <w:b/>
          <w:bCs/>
          <w:iCs/>
          <w:szCs w:val="28"/>
        </w:rPr>
      </w:pPr>
      <w:r w:rsidRPr="008A2530">
        <w:rPr>
          <w:rFonts w:cs="Times New Roman"/>
          <w:b/>
          <w:bCs/>
          <w:iCs/>
          <w:szCs w:val="28"/>
        </w:rPr>
        <w:t>4. Thời gian</w:t>
      </w:r>
      <w:r w:rsidR="00512DB9" w:rsidRPr="008A2530">
        <w:rPr>
          <w:rFonts w:cs="Times New Roman"/>
          <w:b/>
          <w:bCs/>
          <w:iCs/>
          <w:szCs w:val="28"/>
        </w:rPr>
        <w:t xml:space="preserve"> dự thi</w:t>
      </w:r>
    </w:p>
    <w:p w14:paraId="0E96C01B" w14:textId="3D22EDC7" w:rsidR="00512DB9" w:rsidRDefault="00512DB9" w:rsidP="00233830">
      <w:pPr>
        <w:spacing w:before="120" w:after="120" w:line="360" w:lineRule="exact"/>
        <w:ind w:firstLine="720"/>
        <w:jc w:val="both"/>
        <w:rPr>
          <w:bCs/>
          <w:szCs w:val="20"/>
        </w:rPr>
      </w:pPr>
      <w:r w:rsidRPr="00AD4D51">
        <w:rPr>
          <w:bCs/>
          <w:szCs w:val="20"/>
        </w:rPr>
        <w:t xml:space="preserve">- Bắt đầu: </w:t>
      </w:r>
      <w:r>
        <w:rPr>
          <w:bCs/>
          <w:szCs w:val="20"/>
        </w:rPr>
        <w:t>8</w:t>
      </w:r>
      <w:r w:rsidR="00591FBE">
        <w:rPr>
          <w:bCs/>
          <w:szCs w:val="20"/>
        </w:rPr>
        <w:t xml:space="preserve"> giờ </w:t>
      </w:r>
      <w:r>
        <w:rPr>
          <w:bCs/>
          <w:szCs w:val="20"/>
        </w:rPr>
        <w:t xml:space="preserve">00 </w:t>
      </w:r>
      <w:r w:rsidR="00591FBE">
        <w:rPr>
          <w:bCs/>
          <w:szCs w:val="20"/>
        </w:rPr>
        <w:t xml:space="preserve">phút </w:t>
      </w:r>
      <w:r>
        <w:rPr>
          <w:bCs/>
          <w:szCs w:val="20"/>
        </w:rPr>
        <w:t>ngày 14 tháng 9 năm 2026;</w:t>
      </w:r>
    </w:p>
    <w:p w14:paraId="6D0F04EB" w14:textId="0A364E06" w:rsidR="00512DB9" w:rsidRDefault="00512DB9" w:rsidP="00233830">
      <w:pPr>
        <w:spacing w:before="120" w:after="120" w:line="360" w:lineRule="exact"/>
        <w:ind w:firstLine="720"/>
        <w:jc w:val="both"/>
        <w:rPr>
          <w:bCs/>
          <w:szCs w:val="20"/>
        </w:rPr>
      </w:pPr>
      <w:r w:rsidRPr="00AD4D51">
        <w:rPr>
          <w:bCs/>
          <w:szCs w:val="20"/>
        </w:rPr>
        <w:t>- Kết thúc</w:t>
      </w:r>
      <w:r>
        <w:rPr>
          <w:bCs/>
          <w:szCs w:val="20"/>
        </w:rPr>
        <w:t>: 17</w:t>
      </w:r>
      <w:r w:rsidR="00591FBE">
        <w:rPr>
          <w:bCs/>
          <w:szCs w:val="20"/>
        </w:rPr>
        <w:t xml:space="preserve"> giờ 00 phút </w:t>
      </w:r>
      <w:r>
        <w:rPr>
          <w:bCs/>
          <w:szCs w:val="20"/>
        </w:rPr>
        <w:t xml:space="preserve">ngày </w:t>
      </w:r>
      <w:r w:rsidR="00F2670B">
        <w:rPr>
          <w:bCs/>
          <w:szCs w:val="20"/>
        </w:rPr>
        <w:t>09</w:t>
      </w:r>
      <w:r>
        <w:rPr>
          <w:bCs/>
          <w:szCs w:val="20"/>
        </w:rPr>
        <w:t xml:space="preserve"> tháng 1</w:t>
      </w:r>
      <w:r w:rsidR="00F2670B">
        <w:rPr>
          <w:bCs/>
          <w:szCs w:val="20"/>
        </w:rPr>
        <w:t>0</w:t>
      </w:r>
      <w:r>
        <w:rPr>
          <w:bCs/>
          <w:szCs w:val="20"/>
        </w:rPr>
        <w:t xml:space="preserve"> năm 202</w:t>
      </w:r>
      <w:r w:rsidR="00F2670B">
        <w:rPr>
          <w:bCs/>
          <w:szCs w:val="20"/>
        </w:rPr>
        <w:t>6</w:t>
      </w:r>
      <w:r>
        <w:rPr>
          <w:bCs/>
          <w:szCs w:val="20"/>
        </w:rPr>
        <w:t>.</w:t>
      </w:r>
    </w:p>
    <w:p w14:paraId="19DCBD39" w14:textId="1DA4C380" w:rsidR="008A2530" w:rsidRPr="008A2530" w:rsidRDefault="008A2530" w:rsidP="00233830">
      <w:pPr>
        <w:spacing w:before="120" w:after="120" w:line="360" w:lineRule="exact"/>
        <w:ind w:firstLine="720"/>
        <w:jc w:val="both"/>
        <w:rPr>
          <w:b/>
          <w:szCs w:val="20"/>
        </w:rPr>
      </w:pPr>
      <w:r w:rsidRPr="008A2530">
        <w:rPr>
          <w:b/>
          <w:szCs w:val="20"/>
        </w:rPr>
        <w:t>5. Một số nội dung lưu ý</w:t>
      </w:r>
    </w:p>
    <w:p w14:paraId="6BF3950B" w14:textId="77777777" w:rsidR="008A2530" w:rsidRDefault="008A2530" w:rsidP="00233830">
      <w:pPr>
        <w:spacing w:before="120" w:after="120" w:line="360" w:lineRule="exact"/>
        <w:ind w:firstLine="720"/>
        <w:jc w:val="both"/>
        <w:rPr>
          <w:rFonts w:cs="Times New Roman"/>
          <w:szCs w:val="28"/>
        </w:rPr>
      </w:pPr>
      <w:r w:rsidRPr="00C11863">
        <w:rPr>
          <w:rFonts w:cs="Times New Roman"/>
          <w:szCs w:val="28"/>
        </w:rPr>
        <w:t>- Ban Tổ chức không công nhận kết quả đối với trường hợp sử dụng thông tin của người khác; thi hộ, nhờ thi hộ; can thiệp trái phép vào phần mềm; cung cấp thông tin không chính xác hoặc có hành vi làm ảnh hưởng đến tính nghiêm túc, công bằng, khách quan và an toàn thông tin của Hội thi.</w:t>
      </w:r>
    </w:p>
    <w:p w14:paraId="62670D83" w14:textId="77777777" w:rsidR="008A2530" w:rsidRDefault="008A2530" w:rsidP="00233830">
      <w:pPr>
        <w:spacing w:before="120" w:after="120" w:line="360" w:lineRule="exact"/>
        <w:ind w:firstLine="720"/>
        <w:jc w:val="both"/>
        <w:rPr>
          <w:rFonts w:cs="Times New Roman"/>
          <w:szCs w:val="28"/>
        </w:rPr>
      </w:pPr>
      <w:r w:rsidRPr="00C11863">
        <w:rPr>
          <w:rFonts w:cs="Times New Roman"/>
          <w:szCs w:val="28"/>
        </w:rPr>
        <w:t>- Ban Tổ chức không chịu trách nhiệm đối với sự cố khách quan về thiết bị, điện, viễn thông hoặc đường truyền Internet từ phía người dự thi; người dự thi chủ động kiểm tra thiết bị và kết nối trước khi làm bài.</w:t>
      </w:r>
    </w:p>
    <w:p w14:paraId="77A4D1F7" w14:textId="54C5F86A" w:rsidR="00E42F37" w:rsidRDefault="00000000" w:rsidP="00233830">
      <w:pPr>
        <w:keepNext/>
        <w:spacing w:before="120" w:after="120" w:line="360" w:lineRule="exact"/>
        <w:ind w:firstLine="720"/>
        <w:jc w:val="both"/>
        <w:rPr>
          <w:rFonts w:cs="Times New Roman"/>
          <w:b/>
          <w:szCs w:val="28"/>
        </w:rPr>
      </w:pPr>
      <w:r w:rsidRPr="00C11863">
        <w:rPr>
          <w:rFonts w:cs="Times New Roman"/>
          <w:b/>
          <w:szCs w:val="28"/>
        </w:rPr>
        <w:t>I</w:t>
      </w:r>
      <w:r w:rsidR="008A2530">
        <w:rPr>
          <w:rFonts w:cs="Times New Roman"/>
          <w:b/>
          <w:szCs w:val="28"/>
        </w:rPr>
        <w:t>I</w:t>
      </w:r>
      <w:r w:rsidRPr="00C11863">
        <w:rPr>
          <w:rFonts w:cs="Times New Roman"/>
          <w:b/>
          <w:szCs w:val="28"/>
        </w:rPr>
        <w:t>. ĐẦU MỐI HỖ TRỢ</w:t>
      </w:r>
    </w:p>
    <w:p w14:paraId="0CF0C766" w14:textId="47C0B5AC" w:rsidR="00937069" w:rsidRPr="00937069" w:rsidRDefault="00937069" w:rsidP="00233830">
      <w:pPr>
        <w:keepNext/>
        <w:spacing w:before="120" w:after="120" w:line="360" w:lineRule="exact"/>
        <w:ind w:firstLine="720"/>
        <w:jc w:val="both"/>
        <w:rPr>
          <w:rFonts w:cs="Times New Roman"/>
          <w:szCs w:val="28"/>
        </w:rPr>
      </w:pPr>
      <w:r w:rsidRPr="00937069">
        <w:rPr>
          <w:rFonts w:cs="Times New Roman"/>
          <w:szCs w:val="28"/>
        </w:rPr>
        <w:t xml:space="preserve">Trong quá trình đăng ký, đăng nhập và dự thi, nếu có khó khăn, vướng mắc, đề nghị </w:t>
      </w:r>
      <w:r w:rsidR="000D3150">
        <w:rPr>
          <w:rFonts w:cs="Times New Roman"/>
          <w:szCs w:val="28"/>
        </w:rPr>
        <w:t>người dự thi,</w:t>
      </w:r>
      <w:r w:rsidRPr="00937069">
        <w:rPr>
          <w:rFonts w:cs="Times New Roman"/>
          <w:szCs w:val="28"/>
        </w:rPr>
        <w:t xml:space="preserve"> cơ quan, đơn vị liên hệ Sở Nội vụ qua Phòng Cải cách hành chính và pháp chế, số điện thoại: </w:t>
      </w:r>
      <w:r w:rsidRPr="00937069">
        <w:rPr>
          <w:rFonts w:cs="Times New Roman"/>
          <w:b/>
          <w:bCs/>
          <w:szCs w:val="28"/>
        </w:rPr>
        <w:t>0866 728 688</w:t>
      </w:r>
      <w:r w:rsidRPr="00937069">
        <w:rPr>
          <w:rFonts w:cs="Times New Roman"/>
          <w:szCs w:val="28"/>
        </w:rPr>
        <w:t>.</w:t>
      </w:r>
    </w:p>
    <w:p w14:paraId="0C1E4729" w14:textId="207B2763" w:rsidR="00937069" w:rsidRPr="00937069" w:rsidRDefault="00937069" w:rsidP="00233830">
      <w:pPr>
        <w:keepNext/>
        <w:spacing w:before="120" w:after="120" w:line="360" w:lineRule="exact"/>
        <w:ind w:firstLine="720"/>
        <w:jc w:val="both"/>
        <w:rPr>
          <w:rFonts w:cs="Times New Roman"/>
          <w:szCs w:val="28"/>
        </w:rPr>
      </w:pPr>
      <w:r w:rsidRPr="00937069">
        <w:rPr>
          <w:rFonts w:cs="Times New Roman"/>
          <w:szCs w:val="28"/>
        </w:rPr>
        <w:t xml:space="preserve">Các nội dung phát sinh chưa được quy định </w:t>
      </w:r>
      <w:r w:rsidR="000D3150">
        <w:rPr>
          <w:rFonts w:cs="Times New Roman"/>
          <w:szCs w:val="28"/>
        </w:rPr>
        <w:t>trong</w:t>
      </w:r>
      <w:r w:rsidRPr="00937069">
        <w:rPr>
          <w:rFonts w:cs="Times New Roman"/>
          <w:szCs w:val="28"/>
        </w:rPr>
        <w:t xml:space="preserve"> Kế hoạch, Thể lệ Hội thi và Hướng dẫn này do Ban Tổ chức Hội thi xem xét, quyết định. Đề nghị thủ trưởng các cơ quan, đơn vị quan tâm chỉ đạo, hướng dẫn cán bộ, công chức tham gia Hội thi đúng quy định./.</w:t>
      </w:r>
      <w:r w:rsidR="000D3150">
        <w:rPr>
          <w:rFonts w:cs="Times New Roman"/>
          <w:szCs w:val="28"/>
        </w:rPr>
        <w:t xml:space="preserve"> </w:t>
      </w:r>
    </w:p>
    <w:p w14:paraId="0C0720A9" w14:textId="77777777" w:rsidR="00937069" w:rsidRPr="00C11863" w:rsidRDefault="00937069" w:rsidP="00233830">
      <w:pPr>
        <w:keepNext/>
        <w:spacing w:before="120" w:after="120" w:line="360" w:lineRule="exact"/>
        <w:ind w:firstLine="720"/>
        <w:jc w:val="both"/>
        <w:rPr>
          <w:rFonts w:cs="Times New Roman"/>
          <w:szCs w:val="28"/>
        </w:rPr>
      </w:pPr>
    </w:p>
    <w:p w14:paraId="4C83503C" w14:textId="439640C6" w:rsidR="00E42F37" w:rsidRPr="00C11863" w:rsidRDefault="00E42F37" w:rsidP="00233830">
      <w:pPr>
        <w:spacing w:before="120" w:after="120" w:line="360" w:lineRule="exact"/>
        <w:ind w:firstLine="720"/>
        <w:jc w:val="both"/>
        <w:rPr>
          <w:rFonts w:cs="Times New Roman"/>
          <w:szCs w:val="28"/>
        </w:rPr>
      </w:pPr>
    </w:p>
    <w:sectPr w:rsidR="00E42F37" w:rsidRPr="00C11863" w:rsidSect="00034616">
      <w:headerReference w:type="default" r:id="rId11"/>
      <w:pgSz w:w="11906" w:h="16838"/>
      <w:pgMar w:top="1134" w:right="1134" w:bottom="1134" w:left="1701"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529F" w14:textId="77777777" w:rsidR="00C463F6" w:rsidRDefault="00C463F6">
      <w:pPr>
        <w:spacing w:line="240" w:lineRule="auto"/>
      </w:pPr>
      <w:r>
        <w:separator/>
      </w:r>
    </w:p>
  </w:endnote>
  <w:endnote w:type="continuationSeparator" w:id="0">
    <w:p w14:paraId="35A18861" w14:textId="77777777" w:rsidR="00C463F6" w:rsidRDefault="00C463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156D3" w14:textId="77777777" w:rsidR="00C463F6" w:rsidRDefault="00C463F6">
      <w:pPr>
        <w:spacing w:line="240" w:lineRule="auto"/>
      </w:pPr>
      <w:r>
        <w:separator/>
      </w:r>
    </w:p>
  </w:footnote>
  <w:footnote w:type="continuationSeparator" w:id="0">
    <w:p w14:paraId="467B14B2" w14:textId="77777777" w:rsidR="00C463F6" w:rsidRDefault="00C463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D71E" w14:textId="77777777" w:rsidR="00E42F37" w:rsidRDefault="00000000">
    <w:pPr>
      <w:pStyle w:val="Header"/>
      <w:jc w:val="center"/>
    </w:pPr>
    <w:r>
      <w:fldChar w:fldCharType="begin"/>
    </w:r>
    <w:r>
      <w:instrText>PAGE</w:instrText>
    </w:r>
    <w:r>
      <w:fldChar w:fldCharType="separate"/>
    </w:r>
    <w:r w:rsidR="00C11863">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6D5C2A"/>
    <w:multiLevelType w:val="hybridMultilevel"/>
    <w:tmpl w:val="9190B608"/>
    <w:lvl w:ilvl="0" w:tplc="CD14EFD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1600009">
    <w:abstractNumId w:val="8"/>
  </w:num>
  <w:num w:numId="2" w16cid:durableId="1808472749">
    <w:abstractNumId w:val="6"/>
  </w:num>
  <w:num w:numId="3" w16cid:durableId="35131697">
    <w:abstractNumId w:val="5"/>
  </w:num>
  <w:num w:numId="4" w16cid:durableId="1375154198">
    <w:abstractNumId w:val="4"/>
  </w:num>
  <w:num w:numId="5" w16cid:durableId="300038411">
    <w:abstractNumId w:val="7"/>
  </w:num>
  <w:num w:numId="6" w16cid:durableId="1432966643">
    <w:abstractNumId w:val="3"/>
  </w:num>
  <w:num w:numId="7" w16cid:durableId="167066821">
    <w:abstractNumId w:val="2"/>
  </w:num>
  <w:num w:numId="8" w16cid:durableId="439184117">
    <w:abstractNumId w:val="1"/>
  </w:num>
  <w:num w:numId="9" w16cid:durableId="1731684983">
    <w:abstractNumId w:val="0"/>
  </w:num>
  <w:num w:numId="10" w16cid:durableId="2082210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6F5"/>
    <w:rsid w:val="00015921"/>
    <w:rsid w:val="00034616"/>
    <w:rsid w:val="0006063C"/>
    <w:rsid w:val="000D3150"/>
    <w:rsid w:val="0015074B"/>
    <w:rsid w:val="00233830"/>
    <w:rsid w:val="00240271"/>
    <w:rsid w:val="0029639D"/>
    <w:rsid w:val="002D07E9"/>
    <w:rsid w:val="00320E86"/>
    <w:rsid w:val="00326F90"/>
    <w:rsid w:val="0039618E"/>
    <w:rsid w:val="003C6C89"/>
    <w:rsid w:val="003D0A2E"/>
    <w:rsid w:val="00512DB9"/>
    <w:rsid w:val="005469E4"/>
    <w:rsid w:val="00591FBE"/>
    <w:rsid w:val="00604DAE"/>
    <w:rsid w:val="0063753F"/>
    <w:rsid w:val="00662E16"/>
    <w:rsid w:val="006F6362"/>
    <w:rsid w:val="007566B9"/>
    <w:rsid w:val="007B44D5"/>
    <w:rsid w:val="008A2530"/>
    <w:rsid w:val="00911457"/>
    <w:rsid w:val="00926883"/>
    <w:rsid w:val="00937069"/>
    <w:rsid w:val="00AA1D8D"/>
    <w:rsid w:val="00AC6E56"/>
    <w:rsid w:val="00B47730"/>
    <w:rsid w:val="00C11863"/>
    <w:rsid w:val="00C463F6"/>
    <w:rsid w:val="00CA1121"/>
    <w:rsid w:val="00CB0664"/>
    <w:rsid w:val="00CF0684"/>
    <w:rsid w:val="00E42F37"/>
    <w:rsid w:val="00F2670B"/>
    <w:rsid w:val="00F5335D"/>
    <w:rsid w:val="00F76998"/>
    <w:rsid w:val="00FC693F"/>
    <w:rsid w:val="00FE3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10B94"/>
  <w14:defaultImageDpi w14:val="300"/>
  <w15:docId w15:val="{E408C433-D429-4132-8A4D-8F414193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B44D5"/>
    <w:rPr>
      <w:color w:val="0000FF" w:themeColor="hyperlink"/>
      <w:u w:val="single"/>
    </w:rPr>
  </w:style>
  <w:style w:type="character" w:styleId="UnresolvedMention">
    <w:name w:val="Unresolved Mention"/>
    <w:basedOn w:val="DefaultParagraphFont"/>
    <w:uiPriority w:val="99"/>
    <w:semiHidden/>
    <w:unhideWhenUsed/>
    <w:rsid w:val="007B44D5"/>
    <w:rPr>
      <w:color w:val="605E5C"/>
      <w:shd w:val="clear" w:color="auto" w:fill="E1DFDD"/>
    </w:rPr>
  </w:style>
  <w:style w:type="character" w:styleId="FollowedHyperlink">
    <w:name w:val="FollowedHyperlink"/>
    <w:basedOn w:val="DefaultParagraphFont"/>
    <w:uiPriority w:val="99"/>
    <w:semiHidden/>
    <w:unhideWhenUsed/>
    <w:rsid w:val="009370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icchchaiphong.hethong.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onoivu.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cp:lastModifiedBy>
  <cp:revision>9</cp:revision>
  <dcterms:created xsi:type="dcterms:W3CDTF">2026-09-10T00:26:00Z</dcterms:created>
  <dcterms:modified xsi:type="dcterms:W3CDTF">2026-09-12T15:32:00Z</dcterms:modified>
  <cp:category/>
</cp:coreProperties>
</file>