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1D8" w:rsidRDefault="00D901D8">
      <w:pPr>
        <w:spacing w:after="0" w:line="168" w:lineRule="auto"/>
        <w:jc w:val="center"/>
        <w:rPr>
          <w:b/>
          <w:sz w:val="28"/>
        </w:rPr>
      </w:pPr>
    </w:p>
    <w:p w:rsidR="00D901D8" w:rsidRPr="00D901D8" w:rsidRDefault="00D901D8">
      <w:pPr>
        <w:spacing w:after="0" w:line="168" w:lineRule="auto"/>
        <w:jc w:val="center"/>
        <w:rPr>
          <w:b/>
          <w:sz w:val="24"/>
          <w:szCs w:val="24"/>
        </w:rPr>
      </w:pPr>
    </w:p>
    <w:p w:rsidR="002F7456" w:rsidRPr="00D901D8" w:rsidRDefault="00D901D8" w:rsidP="00D901D8">
      <w:pPr>
        <w:spacing w:after="0" w:line="240" w:lineRule="auto"/>
        <w:jc w:val="center"/>
        <w:rPr>
          <w:sz w:val="24"/>
          <w:szCs w:val="24"/>
        </w:rPr>
      </w:pPr>
      <w:r w:rsidRPr="00D901D8">
        <w:rPr>
          <w:b/>
          <w:sz w:val="24"/>
          <w:szCs w:val="24"/>
        </w:rPr>
        <w:t>LỊCH KHÁM SỨC KHOẺ CHO NHÂN DÂN</w:t>
      </w:r>
    </w:p>
    <w:p w:rsidR="002F7456" w:rsidRPr="00D901D8" w:rsidRDefault="00DE7948" w:rsidP="00D901D8">
      <w:pPr>
        <w:spacing w:after="0" w:line="240" w:lineRule="auto"/>
        <w:jc w:val="center"/>
        <w:rPr>
          <w:sz w:val="24"/>
          <w:szCs w:val="24"/>
        </w:rPr>
      </w:pPr>
      <w:r w:rsidRPr="00D901D8">
        <w:rPr>
          <w:b/>
          <w:sz w:val="24"/>
          <w:szCs w:val="24"/>
        </w:rPr>
        <w:t>Thời gian khám: Sáng từ 7h15 đến 11h30; Chiều từ 14h30 đến 18h00</w:t>
      </w:r>
    </w:p>
    <w:p w:rsidR="00065427" w:rsidRDefault="00065427" w:rsidP="00D901D8">
      <w:pPr>
        <w:keepNext/>
        <w:spacing w:after="0" w:line="240" w:lineRule="auto"/>
        <w:jc w:val="center"/>
        <w:rPr>
          <w:b/>
          <w:sz w:val="24"/>
          <w:szCs w:val="24"/>
        </w:rPr>
      </w:pPr>
    </w:p>
    <w:p w:rsidR="00D901D8" w:rsidRPr="00065427" w:rsidRDefault="00065427" w:rsidP="00D901D8">
      <w:pPr>
        <w:keepNext/>
        <w:spacing w:after="0" w:line="240" w:lineRule="auto"/>
        <w:jc w:val="center"/>
        <w:rPr>
          <w:sz w:val="24"/>
          <w:szCs w:val="24"/>
        </w:rPr>
      </w:pPr>
      <w:r w:rsidRPr="00065427">
        <w:rPr>
          <w:b/>
          <w:sz w:val="24"/>
          <w:szCs w:val="24"/>
        </w:rPr>
        <w:t xml:space="preserve">1. </w:t>
      </w:r>
      <w:r w:rsidR="00DE7948" w:rsidRPr="00065427">
        <w:rPr>
          <w:b/>
          <w:sz w:val="24"/>
          <w:szCs w:val="24"/>
        </w:rPr>
        <w:t xml:space="preserve">KHU </w:t>
      </w:r>
      <w:r w:rsidR="00DE7948" w:rsidRPr="00065427">
        <w:rPr>
          <w:b/>
          <w:sz w:val="24"/>
          <w:szCs w:val="24"/>
        </w:rPr>
        <w:t>VỰC ĐÔNG SƠN</w:t>
      </w:r>
      <w:r w:rsidR="00D901D8" w:rsidRPr="00065427">
        <w:rPr>
          <w:b/>
          <w:sz w:val="24"/>
          <w:szCs w:val="24"/>
        </w:rPr>
        <w:t xml:space="preserve"> - </w:t>
      </w:r>
      <w:r w:rsidR="00D901D8" w:rsidRPr="00065427">
        <w:rPr>
          <w:b/>
          <w:sz w:val="24"/>
          <w:szCs w:val="24"/>
        </w:rPr>
        <w:t>Địa điểm khám: Điểm Y tế Đông Sơn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65"/>
        <w:gridCol w:w="2840"/>
        <w:gridCol w:w="2840"/>
        <w:gridCol w:w="2840"/>
        <w:gridCol w:w="2840"/>
        <w:gridCol w:w="2468"/>
      </w:tblGrid>
      <w:tr w:rsidR="002F7456" w:rsidTr="007A733A">
        <w:trPr>
          <w:cantSplit/>
          <w:tblHeader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 dân phố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Tổng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14/9</w:t>
            </w:r>
            <w:r>
              <w:rPr>
                <w:b/>
              </w:rPr>
              <w:br/>
              <w:t>Thứ Hai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15/9</w:t>
            </w:r>
            <w:r>
              <w:rPr>
                <w:b/>
              </w:rPr>
              <w:br/>
              <w:t>Thứ Ba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16/9</w:t>
            </w:r>
            <w:r>
              <w:rPr>
                <w:b/>
              </w:rPr>
              <w:br/>
              <w:t>Thứ Tư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17/9</w:t>
            </w:r>
            <w:r>
              <w:rPr>
                <w:b/>
              </w:rPr>
              <w:br/>
              <w:t>Thứ Năm</w:t>
            </w:r>
          </w:p>
        </w:tc>
        <w:tc>
          <w:tcPr>
            <w:tcW w:w="2468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18/9</w:t>
            </w:r>
            <w:r>
              <w:rPr>
                <w:b/>
              </w:rPr>
              <w:br/>
              <w:t>Thứ Sáu</w:t>
            </w:r>
          </w:p>
        </w:tc>
      </w:tr>
      <w:tr w:rsidR="002F7456" w:rsidTr="007A733A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Thiên Đông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512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107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107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107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107</w:t>
            </w:r>
          </w:p>
        </w:tc>
        <w:tc>
          <w:tcPr>
            <w:tcW w:w="2468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</w:tr>
      <w:tr w:rsidR="002F7456" w:rsidTr="007A733A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Đông Sơn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622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130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130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130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130</w:t>
            </w:r>
          </w:p>
        </w:tc>
        <w:tc>
          <w:tcPr>
            <w:tcW w:w="2468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102</w:t>
            </w:r>
          </w:p>
        </w:tc>
      </w:tr>
      <w:tr w:rsidR="002F7456" w:rsidTr="007A733A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Trúc Sơn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778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163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163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163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163</w:t>
            </w:r>
          </w:p>
        </w:tc>
        <w:tc>
          <w:tcPr>
            <w:tcW w:w="2468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126</w:t>
            </w:r>
          </w:p>
        </w:tc>
      </w:tr>
      <w:tr w:rsidR="002F7456" w:rsidTr="007A733A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TỔNG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1912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2840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2468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312</w:t>
            </w:r>
          </w:p>
        </w:tc>
      </w:tr>
    </w:tbl>
    <w:p w:rsidR="001F544A" w:rsidRDefault="001F544A" w:rsidP="001F544A">
      <w:pPr>
        <w:keepNext/>
        <w:spacing w:after="0" w:line="240" w:lineRule="auto"/>
        <w:jc w:val="center"/>
        <w:rPr>
          <w:b/>
          <w:szCs w:val="20"/>
        </w:rPr>
      </w:pPr>
    </w:p>
    <w:p w:rsidR="00D901D8" w:rsidRPr="00D901D8" w:rsidRDefault="00065427" w:rsidP="001F544A">
      <w:pPr>
        <w:keepNext/>
        <w:spacing w:after="0" w:line="240" w:lineRule="auto"/>
        <w:jc w:val="center"/>
        <w:rPr>
          <w:szCs w:val="20"/>
        </w:rPr>
      </w:pPr>
      <w:r>
        <w:rPr>
          <w:b/>
          <w:szCs w:val="20"/>
        </w:rPr>
        <w:t xml:space="preserve">2. </w:t>
      </w:r>
      <w:r w:rsidR="00DE7948" w:rsidRPr="00D901D8">
        <w:rPr>
          <w:b/>
          <w:szCs w:val="20"/>
        </w:rPr>
        <w:t>KHU VỰC KÊNH GIANG</w:t>
      </w:r>
      <w:r w:rsidR="00D901D8">
        <w:rPr>
          <w:b/>
          <w:szCs w:val="20"/>
        </w:rPr>
        <w:t xml:space="preserve"> - </w:t>
      </w:r>
      <w:r w:rsidR="00D901D8" w:rsidRPr="00D901D8">
        <w:rPr>
          <w:b/>
          <w:szCs w:val="20"/>
        </w:rPr>
        <w:t>Địa điểm khám: Điểm Y tế Kênh Giang</w:t>
      </w:r>
    </w:p>
    <w:p w:rsidR="00D901D8" w:rsidRDefault="00D901D8" w:rsidP="001F544A">
      <w:pPr>
        <w:keepNext/>
        <w:spacing w:after="0" w:line="240" w:lineRule="auto"/>
        <w:jc w:val="center"/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65"/>
        <w:gridCol w:w="1775"/>
        <w:gridCol w:w="1775"/>
        <w:gridCol w:w="1775"/>
        <w:gridCol w:w="1775"/>
        <w:gridCol w:w="1775"/>
        <w:gridCol w:w="1775"/>
        <w:gridCol w:w="1775"/>
        <w:gridCol w:w="1775"/>
      </w:tblGrid>
      <w:tr w:rsidR="002F7456">
        <w:trPr>
          <w:cantSplit/>
          <w:tblHeader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ind w:firstLine="118"/>
              <w:jc w:val="center"/>
            </w:pPr>
            <w:r>
              <w:rPr>
                <w:b/>
              </w:rPr>
              <w:t>Tổ dân phố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Tổng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19/9</w:t>
            </w:r>
            <w:r>
              <w:rPr>
                <w:b/>
              </w:rPr>
              <w:br/>
              <w:t>Thứ Bảy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21/9</w:t>
            </w:r>
            <w:r>
              <w:rPr>
                <w:b/>
              </w:rPr>
              <w:br/>
              <w:t>Thứ Hai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22/9</w:t>
            </w:r>
            <w:r>
              <w:rPr>
                <w:b/>
              </w:rPr>
              <w:br/>
              <w:t>Thứ Ba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23/9</w:t>
            </w:r>
            <w:r>
              <w:rPr>
                <w:b/>
              </w:rPr>
              <w:br/>
              <w:t>Thứ Tư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24/9</w:t>
            </w:r>
            <w:r>
              <w:rPr>
                <w:b/>
              </w:rPr>
              <w:br/>
              <w:t>Thứ Năm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26/9</w:t>
            </w:r>
            <w:r>
              <w:rPr>
                <w:b/>
              </w:rPr>
              <w:br/>
              <w:t>Thứ Bảy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28/9</w:t>
            </w:r>
            <w:r>
              <w:rPr>
                <w:b/>
              </w:rPr>
              <w:br/>
              <w:t>Thứ Hai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29/9</w:t>
            </w:r>
            <w:r>
              <w:rPr>
                <w:b/>
              </w:rPr>
              <w:br/>
              <w:t>Thứ Ba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Trại Kênh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617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81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81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81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46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Mỹ Giang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805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107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107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61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Kênh Giang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923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122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69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Trà Sơn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91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51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TỔNG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3027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227</w:t>
            </w:r>
          </w:p>
        </w:tc>
      </w:tr>
    </w:tbl>
    <w:p w:rsidR="001F544A" w:rsidRDefault="001F544A" w:rsidP="001F544A">
      <w:pPr>
        <w:keepNext/>
        <w:spacing w:after="0" w:line="240" w:lineRule="auto"/>
        <w:jc w:val="center"/>
        <w:rPr>
          <w:b/>
          <w:sz w:val="24"/>
        </w:rPr>
      </w:pPr>
    </w:p>
    <w:p w:rsidR="007D04AD" w:rsidRDefault="00065427" w:rsidP="001F544A">
      <w:pPr>
        <w:keepNext/>
        <w:spacing w:after="0" w:line="240" w:lineRule="auto"/>
        <w:jc w:val="center"/>
      </w:pPr>
      <w:r>
        <w:rPr>
          <w:b/>
          <w:sz w:val="24"/>
        </w:rPr>
        <w:t xml:space="preserve">3. </w:t>
      </w:r>
      <w:r w:rsidR="001F544A">
        <w:rPr>
          <w:b/>
          <w:sz w:val="24"/>
        </w:rPr>
        <w:t>K</w:t>
      </w:r>
      <w:r w:rsidR="00DE7948">
        <w:rPr>
          <w:b/>
          <w:sz w:val="24"/>
        </w:rPr>
        <w:t>HU VỰC LƯU KIẾM</w:t>
      </w:r>
      <w:r w:rsidR="00E928AE">
        <w:rPr>
          <w:b/>
          <w:sz w:val="24"/>
        </w:rPr>
        <w:t xml:space="preserve">- </w:t>
      </w:r>
      <w:r w:rsidR="007D04AD">
        <w:rPr>
          <w:b/>
          <w:sz w:val="24"/>
        </w:rPr>
        <w:t xml:space="preserve"> </w:t>
      </w:r>
      <w:r w:rsidR="007D04AD">
        <w:rPr>
          <w:b/>
        </w:rPr>
        <w:t>Địa điểm khám: Trụ sở Trạm Y tế Lưu Kiếm</w:t>
      </w:r>
    </w:p>
    <w:p w:rsidR="002F7456" w:rsidRDefault="002F7456" w:rsidP="001F544A">
      <w:pPr>
        <w:keepNext/>
        <w:spacing w:after="0" w:line="240" w:lineRule="auto"/>
        <w:jc w:val="center"/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65"/>
        <w:gridCol w:w="1291"/>
        <w:gridCol w:w="1291"/>
        <w:gridCol w:w="1291"/>
        <w:gridCol w:w="1291"/>
        <w:gridCol w:w="1291"/>
        <w:gridCol w:w="1291"/>
        <w:gridCol w:w="1291"/>
        <w:gridCol w:w="1291"/>
        <w:gridCol w:w="1291"/>
        <w:gridCol w:w="1291"/>
        <w:gridCol w:w="1291"/>
      </w:tblGrid>
      <w:tr w:rsidR="002F7456">
        <w:trPr>
          <w:cantSplit/>
          <w:tblHeader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 dân phố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Tổng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30/9</w:t>
            </w:r>
            <w:r>
              <w:rPr>
                <w:b/>
              </w:rPr>
              <w:br/>
              <w:t>Thứ Tư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1/10</w:t>
            </w:r>
            <w:r>
              <w:rPr>
                <w:b/>
              </w:rPr>
              <w:br/>
              <w:t>Thứ Năm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2/10</w:t>
            </w:r>
            <w:r>
              <w:rPr>
                <w:b/>
              </w:rPr>
              <w:br/>
              <w:t>Thứ Sáu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3/10</w:t>
            </w:r>
            <w:r>
              <w:rPr>
                <w:b/>
              </w:rPr>
              <w:br/>
              <w:t>Thứ Bảy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5/10</w:t>
            </w:r>
            <w:r>
              <w:rPr>
                <w:b/>
              </w:rPr>
              <w:br/>
              <w:t>Thứ Hai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6/10</w:t>
            </w:r>
            <w:r>
              <w:rPr>
                <w:b/>
              </w:rPr>
              <w:br/>
              <w:t>Thứ Ba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7/10</w:t>
            </w:r>
            <w:r>
              <w:rPr>
                <w:b/>
              </w:rPr>
              <w:br/>
              <w:t>Thứ Tư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8/10</w:t>
            </w:r>
            <w:r>
              <w:rPr>
                <w:b/>
              </w:rPr>
              <w:br/>
              <w:t>Thứ Năm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9/10</w:t>
            </w:r>
            <w:r>
              <w:rPr>
                <w:b/>
              </w:rPr>
              <w:br/>
              <w:t>Thứ Sáu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10/10</w:t>
            </w:r>
            <w:r>
              <w:rPr>
                <w:b/>
              </w:rPr>
              <w:br/>
              <w:t>Thứ Bảy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12/10</w:t>
            </w:r>
            <w:r>
              <w:rPr>
                <w:b/>
              </w:rPr>
              <w:br/>
              <w:t>Thứ Hai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Mỹ Liệt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587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56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56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56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20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Phúc Nam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863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30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Phúc</w:t>
            </w:r>
            <w:r>
              <w:rPr>
                <w:sz w:val="22"/>
              </w:rPr>
              <w:t xml:space="preserve"> Liệt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767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75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26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Trúc Động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1063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102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102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102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102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37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Lưu Kỳ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863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84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30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TỔNG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4143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29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143</w:t>
            </w:r>
          </w:p>
        </w:tc>
      </w:tr>
    </w:tbl>
    <w:p w:rsidR="002F7456" w:rsidRDefault="002F7456" w:rsidP="001F544A">
      <w:pPr>
        <w:spacing w:after="0" w:line="240" w:lineRule="auto"/>
        <w:jc w:val="center"/>
      </w:pPr>
    </w:p>
    <w:p w:rsidR="009A39EA" w:rsidRDefault="00065427" w:rsidP="001F544A">
      <w:pPr>
        <w:keepNext/>
        <w:spacing w:after="0" w:line="240" w:lineRule="auto"/>
        <w:ind w:left="284"/>
        <w:jc w:val="center"/>
      </w:pPr>
      <w:r>
        <w:rPr>
          <w:b/>
          <w:sz w:val="24"/>
        </w:rPr>
        <w:t xml:space="preserve">4. </w:t>
      </w:r>
      <w:bookmarkStart w:id="0" w:name="_GoBack"/>
      <w:bookmarkEnd w:id="0"/>
      <w:r w:rsidR="00DE7948">
        <w:rPr>
          <w:b/>
          <w:sz w:val="24"/>
        </w:rPr>
        <w:t>KHU VỰC LIÊN KHÊ</w:t>
      </w:r>
      <w:r w:rsidR="009A39EA">
        <w:rPr>
          <w:b/>
          <w:sz w:val="24"/>
        </w:rPr>
        <w:t xml:space="preserve"> </w:t>
      </w:r>
      <w:r w:rsidR="003C65FE">
        <w:rPr>
          <w:b/>
          <w:sz w:val="24"/>
        </w:rPr>
        <w:t xml:space="preserve">- </w:t>
      </w:r>
      <w:r w:rsidR="009A39EA">
        <w:rPr>
          <w:b/>
        </w:rPr>
        <w:t>Địa điểm khám: Trạm Y tế Liên Khê</w:t>
      </w:r>
    </w:p>
    <w:p w:rsidR="002F7456" w:rsidRDefault="002F7456" w:rsidP="001F544A">
      <w:pPr>
        <w:keepNext/>
        <w:spacing w:after="0" w:line="240" w:lineRule="auto"/>
        <w:jc w:val="center"/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65"/>
        <w:gridCol w:w="1775"/>
        <w:gridCol w:w="1775"/>
        <w:gridCol w:w="1775"/>
        <w:gridCol w:w="1775"/>
        <w:gridCol w:w="1775"/>
        <w:gridCol w:w="1775"/>
        <w:gridCol w:w="1775"/>
        <w:gridCol w:w="1775"/>
      </w:tblGrid>
      <w:tr w:rsidR="002F7456">
        <w:trPr>
          <w:cantSplit/>
          <w:tblHeader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 dân phố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Tổng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13/10</w:t>
            </w:r>
            <w:r>
              <w:rPr>
                <w:b/>
              </w:rPr>
              <w:br/>
              <w:t>Thứ Ba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14/10</w:t>
            </w:r>
            <w:r>
              <w:rPr>
                <w:b/>
              </w:rPr>
              <w:br/>
              <w:t>Thứ Tư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15/10</w:t>
            </w:r>
            <w:r>
              <w:rPr>
                <w:b/>
              </w:rPr>
              <w:br/>
              <w:t>Thứ Năm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16/10</w:t>
            </w:r>
            <w:r>
              <w:rPr>
                <w:b/>
              </w:rPr>
              <w:br/>
              <w:t>Thứ Sáu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17/10</w:t>
            </w:r>
            <w:r>
              <w:rPr>
                <w:b/>
              </w:rPr>
              <w:br/>
              <w:t>Thứ Bảy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19/10</w:t>
            </w:r>
            <w:r>
              <w:rPr>
                <w:b/>
              </w:rPr>
              <w:br/>
              <w:t>Thứ Hai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20/10</w:t>
            </w:r>
            <w:r>
              <w:rPr>
                <w:b/>
              </w:rPr>
              <w:br/>
              <w:t>Thứ Ba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</w:rPr>
              <w:t>21/10</w:t>
            </w:r>
            <w:r>
              <w:rPr>
                <w:b/>
              </w:rPr>
              <w:br/>
              <w:t>Thứ Tư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Thụ Khê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654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75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Mai Động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731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92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85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Thiểm Khê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1183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149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150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149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150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149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150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149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137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Liên Khê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598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75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75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75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76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sz w:val="22"/>
              </w:rPr>
              <w:t>69</w:t>
            </w:r>
          </w:p>
        </w:tc>
      </w:tr>
      <w:tr w:rsidR="002F7456">
        <w:trPr>
          <w:cantSplit/>
          <w:jc w:val="center"/>
        </w:trPr>
        <w:tc>
          <w:tcPr>
            <w:tcW w:w="1701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TỔNG</w:t>
            </w:r>
          </w:p>
        </w:tc>
        <w:tc>
          <w:tcPr>
            <w:tcW w:w="76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3166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400</w:t>
            </w:r>
          </w:p>
        </w:tc>
        <w:tc>
          <w:tcPr>
            <w:tcW w:w="1775" w:type="dxa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2F7456" w:rsidRDefault="00DE7948" w:rsidP="001F544A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366</w:t>
            </w:r>
          </w:p>
        </w:tc>
      </w:tr>
    </w:tbl>
    <w:p w:rsidR="00DE7948" w:rsidRDefault="00DE7948" w:rsidP="00D901D8">
      <w:pPr>
        <w:spacing w:after="0" w:line="240" w:lineRule="auto"/>
      </w:pPr>
    </w:p>
    <w:sectPr w:rsidR="00DE7948" w:rsidSect="00034616">
      <w:pgSz w:w="16838" w:h="11906" w:orient="landscape"/>
      <w:pgMar w:top="85" w:right="85" w:bottom="85" w:left="85" w:header="28" w:footer="2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5427"/>
    <w:rsid w:val="0015074B"/>
    <w:rsid w:val="001F544A"/>
    <w:rsid w:val="0029639D"/>
    <w:rsid w:val="002F7456"/>
    <w:rsid w:val="00326F90"/>
    <w:rsid w:val="003C65FE"/>
    <w:rsid w:val="007A733A"/>
    <w:rsid w:val="007D04AD"/>
    <w:rsid w:val="009A39EA"/>
    <w:rsid w:val="00A137CE"/>
    <w:rsid w:val="00AA1D8D"/>
    <w:rsid w:val="00B47730"/>
    <w:rsid w:val="00CB0664"/>
    <w:rsid w:val="00D901D8"/>
    <w:rsid w:val="00DE7948"/>
    <w:rsid w:val="00E928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2B4A621"/>
  <w14:defaultImageDpi w14:val="300"/>
  <w15:docId w15:val="{B05BAC10-7A93-462D-8E11-4FB814E94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BF9059-F9D0-453A-B425-11B53C70D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7</cp:revision>
  <dcterms:created xsi:type="dcterms:W3CDTF">2026-09-10T06:02:00Z</dcterms:created>
  <dcterms:modified xsi:type="dcterms:W3CDTF">2026-09-10T06:06:00Z</dcterms:modified>
  <cp:category/>
</cp:coreProperties>
</file>