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228" w:type="dxa"/>
        <w:jc w:val="center"/>
        <w:tblLayout w:type="fixed"/>
        <w:tblLook w:val="04A0" w:firstRow="1" w:lastRow="0" w:firstColumn="1" w:lastColumn="0" w:noHBand="0" w:noVBand="1"/>
      </w:tblPr>
      <w:tblGrid>
        <w:gridCol w:w="4395"/>
        <w:gridCol w:w="6833"/>
      </w:tblGrid>
      <w:tr w:rsidR="00BA63B2" w:rsidRPr="00F023DB" w14:paraId="1537C612" w14:textId="77777777" w:rsidTr="00CE0AE4">
        <w:trPr>
          <w:trHeight w:val="1264"/>
          <w:jc w:val="center"/>
        </w:trPr>
        <w:tc>
          <w:tcPr>
            <w:tcW w:w="4395" w:type="dxa"/>
          </w:tcPr>
          <w:p w14:paraId="4F3F01FD" w14:textId="17B28AD7" w:rsidR="00CE0AE4" w:rsidRPr="00CE0AE4" w:rsidRDefault="00BA63B2" w:rsidP="00092A5F">
            <w:pPr>
              <w:spacing w:after="0"/>
              <w:jc w:val="center"/>
              <w:rPr>
                <w:rFonts w:cs="Times New Roman"/>
                <w:b/>
                <w:sz w:val="28"/>
                <w:szCs w:val="28"/>
              </w:rPr>
            </w:pPr>
            <w:r w:rsidRPr="00CE0AE4">
              <w:rPr>
                <w:rFonts w:cs="Times New Roman"/>
                <w:b/>
                <w:noProof/>
                <w:sz w:val="28"/>
                <w:szCs w:val="28"/>
              </w:rPr>
              <mc:AlternateContent>
                <mc:Choice Requires="wps">
                  <w:drawing>
                    <wp:anchor distT="0" distB="0" distL="114300" distR="114300" simplePos="0" relativeHeight="251659264" behindDoc="0" locked="0" layoutInCell="1" allowOverlap="1" wp14:anchorId="17B651FF" wp14:editId="4874529E">
                      <wp:simplePos x="0" y="0"/>
                      <wp:positionH relativeFrom="column">
                        <wp:posOffset>1114425</wp:posOffset>
                      </wp:positionH>
                      <wp:positionV relativeFrom="paragraph">
                        <wp:posOffset>440788</wp:posOffset>
                      </wp:positionV>
                      <wp:extent cx="7048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0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0D2CE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7.75pt,34.7pt" to="143.2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" strokecolor="black [3040]"/>
                  </w:pict>
                </mc:Fallback>
              </mc:AlternateContent>
            </w:r>
            <w:r w:rsidR="00CE0AE4" w:rsidRPr="00CE0AE4">
              <w:rPr>
                <w:rFonts w:cs="Times New Roman"/>
                <w:b/>
                <w:sz w:val="28"/>
                <w:szCs w:val="28"/>
              </w:rPr>
              <w:t>ỦY BAN NHÂN DÂN</w:t>
            </w:r>
            <w:r w:rsidRPr="00CE0AE4">
              <w:rPr>
                <w:rFonts w:cs="Times New Roman"/>
                <w:b/>
                <w:sz w:val="28"/>
                <w:szCs w:val="28"/>
              </w:rPr>
              <w:t xml:space="preserve"> </w:t>
            </w:r>
          </w:p>
          <w:p w14:paraId="11526CFD" w14:textId="3F3C2240" w:rsidR="00BA63B2" w:rsidRPr="00CE0AE4" w:rsidRDefault="00BA63B2" w:rsidP="00092A5F">
            <w:pPr>
              <w:spacing w:after="0"/>
              <w:jc w:val="center"/>
              <w:rPr>
                <w:rFonts w:cs="Times New Roman"/>
                <w:b/>
                <w:sz w:val="28"/>
                <w:szCs w:val="28"/>
              </w:rPr>
            </w:pPr>
            <w:r w:rsidRPr="00CE0AE4">
              <w:rPr>
                <w:rFonts w:cs="Times New Roman"/>
                <w:b/>
                <w:sz w:val="28"/>
                <w:szCs w:val="28"/>
              </w:rPr>
              <w:t>PHƯỜNG LÊ ĐẠI HÀNH</w:t>
            </w:r>
            <w:r w:rsidRPr="00CE0AE4">
              <w:rPr>
                <w:rFonts w:cs="Times New Roman"/>
                <w:b/>
                <w:sz w:val="28"/>
                <w:szCs w:val="28"/>
              </w:rPr>
              <w:br/>
            </w:r>
          </w:p>
          <w:p w14:paraId="222BE2AE" w14:textId="77777777" w:rsidR="00BA63B2" w:rsidRPr="00CE0AE4" w:rsidRDefault="00BA63B2" w:rsidP="00092A5F">
            <w:pPr>
              <w:spacing w:before="40" w:after="0"/>
              <w:jc w:val="center"/>
              <w:rPr>
                <w:rFonts w:cs="Times New Roman"/>
                <w:b/>
                <w:sz w:val="6"/>
                <w:szCs w:val="28"/>
              </w:rPr>
            </w:pPr>
          </w:p>
          <w:p w14:paraId="13B89D0D" w14:textId="77777777" w:rsidR="00BA63B2" w:rsidRPr="00CE0AE4" w:rsidRDefault="00BA63B2" w:rsidP="00BA63B2">
            <w:pPr>
              <w:spacing w:before="40" w:after="0"/>
              <w:jc w:val="center"/>
              <w:rPr>
                <w:rFonts w:cs="Times New Roman"/>
                <w:b/>
                <w:sz w:val="28"/>
                <w:szCs w:val="28"/>
              </w:rPr>
            </w:pPr>
          </w:p>
        </w:tc>
        <w:tc>
          <w:tcPr>
            <w:tcW w:w="6833" w:type="dxa"/>
          </w:tcPr>
          <w:p w14:paraId="2C6DABAE" w14:textId="77777777" w:rsidR="00BA63B2" w:rsidRDefault="00BA63B2" w:rsidP="00092A5F">
            <w:pPr>
              <w:spacing w:after="0"/>
              <w:jc w:val="center"/>
              <w:rPr>
                <w:rFonts w:cs="Times New Roman"/>
                <w:b/>
                <w:sz w:val="28"/>
                <w:szCs w:val="28"/>
              </w:rPr>
            </w:pPr>
            <w:r w:rsidRPr="00463077">
              <w:rPr>
                <w:rFonts w:cs="Times New Roman"/>
                <w:b/>
                <w:noProof/>
                <w:sz w:val="28"/>
                <w:szCs w:val="28"/>
              </w:rPr>
              <mc:AlternateContent>
                <mc:Choice Requires="wps">
                  <w:drawing>
                    <wp:anchor distT="0" distB="0" distL="114300" distR="114300" simplePos="0" relativeHeight="251660288" behindDoc="0" locked="0" layoutInCell="1" allowOverlap="1" wp14:anchorId="31924CF8" wp14:editId="549F8A34">
                      <wp:simplePos x="0" y="0"/>
                      <wp:positionH relativeFrom="column">
                        <wp:posOffset>1029970</wp:posOffset>
                      </wp:positionH>
                      <wp:positionV relativeFrom="paragraph">
                        <wp:posOffset>459105</wp:posOffset>
                      </wp:positionV>
                      <wp:extent cx="18288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DF96F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1pt,36.15pt" to="225.1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" strokecolor="black [3040]"/>
                  </w:pict>
                </mc:Fallback>
              </mc:AlternateContent>
            </w:r>
            <w:r w:rsidRPr="00463077">
              <w:rPr>
                <w:rFonts w:cs="Times New Roman"/>
                <w:b/>
                <w:sz w:val="28"/>
                <w:szCs w:val="28"/>
              </w:rPr>
              <w:t>CỘNG HÒA XÃ HỘI CHỦ NGHĨA VIỆT NAM</w:t>
            </w:r>
            <w:r w:rsidRPr="00463077">
              <w:rPr>
                <w:rFonts w:cs="Times New Roman"/>
                <w:b/>
                <w:sz w:val="28"/>
                <w:szCs w:val="28"/>
              </w:rPr>
              <w:br/>
              <w:t>Độc lập - Tự do - Hạnh phúc</w:t>
            </w:r>
          </w:p>
          <w:p w14:paraId="065FEF48" w14:textId="77777777" w:rsidR="00BA63B2" w:rsidRPr="00F023DB" w:rsidRDefault="00BA63B2" w:rsidP="00092A5F">
            <w:pPr>
              <w:spacing w:after="0"/>
              <w:jc w:val="center"/>
              <w:rPr>
                <w:rFonts w:cs="Times New Roman"/>
                <w:sz w:val="2"/>
                <w:szCs w:val="28"/>
              </w:rPr>
            </w:pPr>
          </w:p>
          <w:p w14:paraId="296B520F" w14:textId="4E30BE79" w:rsidR="00BA63B2" w:rsidRPr="00F023DB" w:rsidRDefault="00BA63B2" w:rsidP="00092A5F">
            <w:pPr>
              <w:spacing w:before="120" w:after="0"/>
              <w:jc w:val="center"/>
              <w:rPr>
                <w:rFonts w:cs="Times New Roman"/>
                <w:sz w:val="24"/>
                <w:szCs w:val="28"/>
              </w:rPr>
            </w:pPr>
            <w:r>
              <w:rPr>
                <w:rFonts w:cs="Times New Roman"/>
                <w:i/>
                <w:sz w:val="28"/>
                <w:szCs w:val="28"/>
              </w:rPr>
              <w:t xml:space="preserve">Phường </w:t>
            </w:r>
            <w:r w:rsidRPr="00463077">
              <w:rPr>
                <w:rFonts w:cs="Times New Roman"/>
                <w:i/>
                <w:sz w:val="28"/>
                <w:szCs w:val="28"/>
              </w:rPr>
              <w:t xml:space="preserve">Lê Đại Hành, ngày </w:t>
            </w:r>
            <w:r>
              <w:rPr>
                <w:rFonts w:cs="Times New Roman"/>
                <w:i/>
                <w:sz w:val="28"/>
                <w:szCs w:val="28"/>
              </w:rPr>
              <w:t>22 tháng 09</w:t>
            </w:r>
            <w:r w:rsidRPr="00463077">
              <w:rPr>
                <w:rFonts w:cs="Times New Roman"/>
                <w:i/>
                <w:sz w:val="28"/>
                <w:szCs w:val="28"/>
              </w:rPr>
              <w:t xml:space="preserve"> năm 2026</w:t>
            </w:r>
          </w:p>
        </w:tc>
      </w:tr>
    </w:tbl>
    <w:p w14:paraId="57330402" w14:textId="4EF67EB8" w:rsidR="008F3499" w:rsidRDefault="00B76D48">
      <w:pPr>
        <w:spacing w:before="120" w:after="0"/>
        <w:jc w:val="center"/>
      </w:pPr>
      <w:r>
        <w:rPr>
          <w:b/>
          <w:sz w:val="30"/>
        </w:rPr>
        <w:t>THÔNG BÁO</w:t>
      </w:r>
    </w:p>
    <w:p w14:paraId="5B2DB337" w14:textId="31ACD866" w:rsidR="008F3499" w:rsidRDefault="00B76D48">
      <w:pPr>
        <w:spacing w:after="160"/>
        <w:jc w:val="center"/>
      </w:pPr>
      <w:r>
        <w:rPr>
          <w:b/>
        </w:rPr>
        <w:t>Lịch khám sức khỏe định kỳ, khám sàng lọc miễn phí cho</w:t>
      </w:r>
      <w:r>
        <w:rPr>
          <w:b/>
        </w:rPr>
        <w:br/>
        <w:t xml:space="preserve">Nhân dân trên địa bàn </w:t>
      </w:r>
      <w:r w:rsidR="00521600">
        <w:rPr>
          <w:b/>
        </w:rPr>
        <w:t>phường Lê Đại Hành</w:t>
      </w:r>
      <w:r>
        <w:rPr>
          <w:b/>
        </w:rPr>
        <w:t xml:space="preserve"> năm 2026</w:t>
      </w:r>
    </w:p>
    <w:p w14:paraId="0340DC04" w14:textId="77777777" w:rsidR="00A121B5" w:rsidRPr="00A121B5" w:rsidRDefault="00B76D48" w:rsidP="00521600">
      <w:pPr>
        <w:widowControl w:val="0"/>
        <w:spacing w:after="0" w:line="240" w:lineRule="auto"/>
        <w:ind w:firstLine="720"/>
        <w:jc w:val="both"/>
        <w:rPr>
          <w:sz w:val="28"/>
          <w:szCs w:val="28"/>
        </w:rPr>
      </w:pPr>
      <w:r w:rsidRPr="00A121B5">
        <w:rPr>
          <w:sz w:val="28"/>
          <w:szCs w:val="28"/>
        </w:rPr>
        <w:t>Kính thưa toàn thể Nhân dân!</w:t>
      </w:r>
    </w:p>
    <w:p w14:paraId="776D0BBF" w14:textId="6CD2B3D3" w:rsidR="008F3499" w:rsidRPr="00BA63B2" w:rsidRDefault="00A121B5" w:rsidP="00BA63B2">
      <w:pPr>
        <w:widowControl w:val="0"/>
        <w:spacing w:after="0" w:line="240" w:lineRule="auto"/>
        <w:ind w:firstLine="720"/>
        <w:jc w:val="both"/>
        <w:rPr>
          <w:b/>
          <w:sz w:val="28"/>
          <w:szCs w:val="28"/>
        </w:rPr>
      </w:pPr>
      <w:r w:rsidRPr="00A121B5">
        <w:rPr>
          <w:sz w:val="28"/>
          <w:szCs w:val="28"/>
        </w:rPr>
        <w:t>T</w:t>
      </w:r>
      <w:r w:rsidR="00B76D48" w:rsidRPr="00A121B5">
        <w:rPr>
          <w:sz w:val="28"/>
          <w:szCs w:val="28"/>
        </w:rPr>
        <w:t xml:space="preserve">hực hiện Kế hoạch số </w:t>
      </w:r>
      <w:r w:rsidR="00521600">
        <w:rPr>
          <w:sz w:val="28"/>
          <w:szCs w:val="28"/>
        </w:rPr>
        <w:t>318</w:t>
      </w:r>
      <w:r w:rsidR="00B76D48" w:rsidRPr="00A121B5">
        <w:rPr>
          <w:sz w:val="28"/>
          <w:szCs w:val="28"/>
        </w:rPr>
        <w:t xml:space="preserve">/KH-UBND ngày </w:t>
      </w:r>
      <w:r w:rsidR="00521600">
        <w:rPr>
          <w:sz w:val="28"/>
          <w:szCs w:val="28"/>
        </w:rPr>
        <w:t>11</w:t>
      </w:r>
      <w:r w:rsidR="00B76D48" w:rsidRPr="00A121B5">
        <w:rPr>
          <w:sz w:val="28"/>
          <w:szCs w:val="28"/>
        </w:rPr>
        <w:t>/</w:t>
      </w:r>
      <w:r w:rsidR="00521600">
        <w:rPr>
          <w:sz w:val="28"/>
          <w:szCs w:val="28"/>
        </w:rPr>
        <w:t>9</w:t>
      </w:r>
      <w:r w:rsidR="00B76D48" w:rsidRPr="00A121B5">
        <w:rPr>
          <w:sz w:val="28"/>
          <w:szCs w:val="28"/>
        </w:rPr>
        <w:t xml:space="preserve">/2026 của Ủy ban nhân dân </w:t>
      </w:r>
      <w:r w:rsidR="00521600">
        <w:rPr>
          <w:sz w:val="28"/>
          <w:szCs w:val="28"/>
        </w:rPr>
        <w:t>phường Lê Đại Hành</w:t>
      </w:r>
      <w:r w:rsidR="00B76D48" w:rsidRPr="00A121B5">
        <w:rPr>
          <w:sz w:val="28"/>
          <w:szCs w:val="28"/>
        </w:rPr>
        <w:t xml:space="preserve"> về tổ chức khám sức khỏe định kỳ</w:t>
      </w:r>
      <w:r w:rsidR="0046562E">
        <w:rPr>
          <w:sz w:val="28"/>
          <w:szCs w:val="28"/>
        </w:rPr>
        <w:t xml:space="preserve">, </w:t>
      </w:r>
      <w:r w:rsidR="00B76D48" w:rsidRPr="00A121B5">
        <w:rPr>
          <w:sz w:val="28"/>
          <w:szCs w:val="28"/>
        </w:rPr>
        <w:t xml:space="preserve">khám sàng lọc miễn phí cho Nhân dân trên địa bàn </w:t>
      </w:r>
      <w:r w:rsidR="00521600">
        <w:rPr>
          <w:sz w:val="28"/>
          <w:szCs w:val="28"/>
        </w:rPr>
        <w:t>phường năm 2026</w:t>
      </w:r>
      <w:r w:rsidR="00B76D48" w:rsidRPr="00A121B5">
        <w:rPr>
          <w:sz w:val="28"/>
          <w:szCs w:val="28"/>
        </w:rPr>
        <w:t xml:space="preserve">. UBND </w:t>
      </w:r>
      <w:r w:rsidR="00521600">
        <w:rPr>
          <w:sz w:val="28"/>
          <w:szCs w:val="28"/>
        </w:rPr>
        <w:t>phường</w:t>
      </w:r>
      <w:r w:rsidR="00B76D48" w:rsidRPr="00A121B5">
        <w:rPr>
          <w:sz w:val="28"/>
          <w:szCs w:val="28"/>
        </w:rPr>
        <w:t xml:space="preserve"> </w:t>
      </w:r>
      <w:r w:rsidR="00BA63B2">
        <w:rPr>
          <w:sz w:val="28"/>
          <w:szCs w:val="28"/>
        </w:rPr>
        <w:t xml:space="preserve">tổ chức mời đoàn bác sĩ có trình độ chuyên môn cao từ </w:t>
      </w:r>
      <w:r w:rsidR="0046562E">
        <w:rPr>
          <w:b/>
          <w:sz w:val="28"/>
          <w:szCs w:val="28"/>
        </w:rPr>
        <w:t xml:space="preserve">BỆNH VIỆN ĐA KHOA HẢI DƯƠNG </w:t>
      </w:r>
      <w:r w:rsidR="0046562E">
        <w:rPr>
          <w:sz w:val="28"/>
          <w:szCs w:val="28"/>
        </w:rPr>
        <w:t xml:space="preserve">về khám sức khỏe </w:t>
      </w:r>
      <w:proofErr w:type="gramStart"/>
      <w:r w:rsidR="0046562E">
        <w:rPr>
          <w:sz w:val="28"/>
          <w:szCs w:val="28"/>
        </w:rPr>
        <w:t>định  và</w:t>
      </w:r>
      <w:proofErr w:type="gramEnd"/>
      <w:r w:rsidR="0046562E">
        <w:rPr>
          <w:sz w:val="28"/>
          <w:szCs w:val="28"/>
        </w:rPr>
        <w:t xml:space="preserve"> tầm soát bệnh lý miễn phí cho nhân dân tại địa phương</w:t>
      </w:r>
      <w:r w:rsidR="00B76D48" w:rsidRPr="00A121B5">
        <w:rPr>
          <w:sz w:val="28"/>
          <w:szCs w:val="28"/>
        </w:rPr>
        <w:t xml:space="preserve"> cụ thể như sau:</w:t>
      </w:r>
    </w:p>
    <w:p w14:paraId="2D689B25" w14:textId="77777777" w:rsidR="008F3499" w:rsidRPr="00A121B5" w:rsidRDefault="00B76D48" w:rsidP="00521600">
      <w:pPr>
        <w:widowControl w:val="0"/>
        <w:spacing w:after="0" w:line="240" w:lineRule="auto"/>
        <w:ind w:firstLine="720"/>
        <w:rPr>
          <w:sz w:val="28"/>
          <w:szCs w:val="28"/>
        </w:rPr>
      </w:pPr>
      <w:r w:rsidRPr="00A121B5">
        <w:rPr>
          <w:b/>
          <w:sz w:val="28"/>
          <w:szCs w:val="28"/>
        </w:rPr>
        <w:t>1. Đối tượng khám:</w:t>
      </w:r>
    </w:p>
    <w:p w14:paraId="2114B57B" w14:textId="15574BC7" w:rsidR="008F3499" w:rsidRPr="00A121B5" w:rsidRDefault="00A121B5" w:rsidP="00955B9B">
      <w:pPr>
        <w:widowControl w:val="0"/>
        <w:spacing w:after="0" w:line="240" w:lineRule="auto"/>
        <w:ind w:firstLine="720"/>
        <w:jc w:val="both"/>
        <w:rPr>
          <w:sz w:val="28"/>
          <w:szCs w:val="28"/>
        </w:rPr>
      </w:pPr>
      <w:r w:rsidRPr="00A121B5">
        <w:rPr>
          <w:sz w:val="28"/>
          <w:szCs w:val="28"/>
        </w:rPr>
        <w:t>L</w:t>
      </w:r>
      <w:r w:rsidR="00B76D48" w:rsidRPr="00A121B5">
        <w:rPr>
          <w:sz w:val="28"/>
          <w:szCs w:val="28"/>
        </w:rPr>
        <w:t xml:space="preserve">à </w:t>
      </w:r>
      <w:r w:rsidR="00955B9B">
        <w:rPr>
          <w:sz w:val="28"/>
          <w:szCs w:val="28"/>
        </w:rPr>
        <w:t>các đối tượng chưa được khám bảo hiểm y tế và nhận được giấy mời thuộc các trư</w:t>
      </w:r>
      <w:r w:rsidR="00B76D48" w:rsidRPr="00A121B5">
        <w:rPr>
          <w:sz w:val="28"/>
          <w:szCs w:val="28"/>
        </w:rPr>
        <w:t>ờng hợp sau:</w:t>
      </w:r>
    </w:p>
    <w:p w14:paraId="3282FDC3" w14:textId="77777777" w:rsidR="008F3499" w:rsidRPr="00A121B5" w:rsidRDefault="00B76D48" w:rsidP="00521600">
      <w:pPr>
        <w:widowControl w:val="0"/>
        <w:spacing w:after="0" w:line="240" w:lineRule="auto"/>
        <w:ind w:firstLine="720"/>
        <w:rPr>
          <w:sz w:val="28"/>
          <w:szCs w:val="28"/>
        </w:rPr>
      </w:pPr>
      <w:r w:rsidRPr="00A121B5">
        <w:rPr>
          <w:sz w:val="28"/>
          <w:szCs w:val="28"/>
        </w:rPr>
        <w:t>- Người có công;</w:t>
      </w:r>
    </w:p>
    <w:p w14:paraId="664DDFA7" w14:textId="77777777" w:rsidR="008F3499" w:rsidRPr="00A121B5" w:rsidRDefault="00B76D48" w:rsidP="00521600">
      <w:pPr>
        <w:widowControl w:val="0"/>
        <w:spacing w:after="0" w:line="240" w:lineRule="auto"/>
        <w:ind w:firstLine="720"/>
        <w:rPr>
          <w:sz w:val="28"/>
          <w:szCs w:val="28"/>
        </w:rPr>
      </w:pPr>
      <w:r w:rsidRPr="00A121B5">
        <w:rPr>
          <w:sz w:val="28"/>
          <w:szCs w:val="28"/>
        </w:rPr>
        <w:t>- Người cao tuổi;</w:t>
      </w:r>
    </w:p>
    <w:p w14:paraId="548A0440" w14:textId="77777777" w:rsidR="008F3499" w:rsidRPr="00A121B5" w:rsidRDefault="00B76D48" w:rsidP="00521600">
      <w:pPr>
        <w:widowControl w:val="0"/>
        <w:spacing w:after="0" w:line="240" w:lineRule="auto"/>
        <w:ind w:firstLine="720"/>
        <w:rPr>
          <w:sz w:val="28"/>
          <w:szCs w:val="28"/>
        </w:rPr>
      </w:pPr>
      <w:r w:rsidRPr="00A121B5">
        <w:rPr>
          <w:sz w:val="28"/>
          <w:szCs w:val="28"/>
        </w:rPr>
        <w:t>- Người khuyết tật; người thuộc hộ nghèo, hộ cận nghèo, đối tượng bảo trợ xã hội;</w:t>
      </w:r>
    </w:p>
    <w:p w14:paraId="4DD1EB62" w14:textId="77777777" w:rsidR="008F3499" w:rsidRPr="00A121B5" w:rsidRDefault="00B76D48" w:rsidP="00521600">
      <w:pPr>
        <w:widowControl w:val="0"/>
        <w:spacing w:after="0" w:line="240" w:lineRule="auto"/>
        <w:ind w:firstLine="720"/>
        <w:rPr>
          <w:sz w:val="28"/>
          <w:szCs w:val="28"/>
        </w:rPr>
      </w:pPr>
      <w:r w:rsidRPr="00A121B5">
        <w:rPr>
          <w:sz w:val="28"/>
          <w:szCs w:val="28"/>
        </w:rPr>
        <w:t>- Người mắc bệnh mạn tính;</w:t>
      </w:r>
    </w:p>
    <w:p w14:paraId="093FEA2B" w14:textId="77777777" w:rsidR="008F3499" w:rsidRPr="00A121B5" w:rsidRDefault="00B76D48" w:rsidP="00521600">
      <w:pPr>
        <w:widowControl w:val="0"/>
        <w:spacing w:after="0" w:line="240" w:lineRule="auto"/>
        <w:ind w:firstLine="720"/>
        <w:rPr>
          <w:sz w:val="28"/>
          <w:szCs w:val="28"/>
        </w:rPr>
      </w:pPr>
      <w:r w:rsidRPr="00A121B5">
        <w:rPr>
          <w:sz w:val="28"/>
          <w:szCs w:val="28"/>
        </w:rPr>
        <w:t>- Trẻ em dưới 18 tuổi không trong cơ sở giáo dục mầm non, học sinh trong các cơ sở giáo dục phổ thông;</w:t>
      </w:r>
    </w:p>
    <w:p w14:paraId="740725BF" w14:textId="77777777" w:rsidR="008F3499" w:rsidRPr="00A121B5" w:rsidRDefault="00B76D48" w:rsidP="00521600">
      <w:pPr>
        <w:widowControl w:val="0"/>
        <w:spacing w:after="0" w:line="240" w:lineRule="auto"/>
        <w:ind w:firstLine="720"/>
        <w:rPr>
          <w:sz w:val="28"/>
          <w:szCs w:val="28"/>
        </w:rPr>
      </w:pPr>
      <w:r w:rsidRPr="00A121B5">
        <w:rPr>
          <w:sz w:val="28"/>
          <w:szCs w:val="28"/>
        </w:rPr>
        <w:t>- Sinh viên các trường đại học, học viên các trường cao đẳng, trường trung cấp, cơ sở giáo dục nghề nghiệp;</w:t>
      </w:r>
    </w:p>
    <w:p w14:paraId="513FFE15" w14:textId="77777777" w:rsidR="008F3499" w:rsidRPr="00A121B5" w:rsidRDefault="00B76D48" w:rsidP="00521600">
      <w:pPr>
        <w:widowControl w:val="0"/>
        <w:spacing w:after="0" w:line="240" w:lineRule="auto"/>
        <w:ind w:firstLine="720"/>
        <w:rPr>
          <w:sz w:val="28"/>
          <w:szCs w:val="28"/>
        </w:rPr>
      </w:pPr>
      <w:r w:rsidRPr="00A121B5">
        <w:rPr>
          <w:sz w:val="28"/>
          <w:szCs w:val="28"/>
        </w:rPr>
        <w:t>- Người trên 18 tuổi là lao động tự do, người không có việc làm ổn định và người không thuộc diện quản lý của ngành, đơn vị nào khác.</w:t>
      </w:r>
    </w:p>
    <w:p w14:paraId="1F034279" w14:textId="77777777" w:rsidR="008F3499" w:rsidRPr="00A121B5" w:rsidRDefault="00B76D48" w:rsidP="00521600">
      <w:pPr>
        <w:widowControl w:val="0"/>
        <w:spacing w:after="0" w:line="240" w:lineRule="auto"/>
        <w:ind w:firstLine="720"/>
        <w:rPr>
          <w:sz w:val="28"/>
          <w:szCs w:val="28"/>
        </w:rPr>
      </w:pPr>
      <w:r w:rsidRPr="00A121B5">
        <w:rPr>
          <w:b/>
          <w:sz w:val="28"/>
          <w:szCs w:val="28"/>
        </w:rPr>
        <w:t>2. Thời gian, địa điểm:</w:t>
      </w:r>
    </w:p>
    <w:p w14:paraId="0B372478" w14:textId="16A077BA" w:rsidR="008F3499" w:rsidRPr="00A121B5" w:rsidRDefault="00B76D48" w:rsidP="00521600">
      <w:pPr>
        <w:widowControl w:val="0"/>
        <w:spacing w:after="0" w:line="240" w:lineRule="auto"/>
        <w:ind w:firstLine="720"/>
        <w:rPr>
          <w:sz w:val="28"/>
          <w:szCs w:val="28"/>
        </w:rPr>
      </w:pPr>
      <w:r w:rsidRPr="00A121B5">
        <w:rPr>
          <w:b/>
          <w:i/>
          <w:sz w:val="28"/>
          <w:szCs w:val="28"/>
        </w:rPr>
        <w:t xml:space="preserve">2.1. Tại </w:t>
      </w:r>
      <w:r w:rsidR="00A121B5">
        <w:rPr>
          <w:b/>
          <w:i/>
          <w:sz w:val="28"/>
          <w:szCs w:val="28"/>
        </w:rPr>
        <w:t>Trạm tế Đồng Lạc</w:t>
      </w:r>
      <w:r w:rsidRPr="00A121B5">
        <w:rPr>
          <w:b/>
          <w:i/>
          <w:sz w:val="28"/>
          <w:szCs w:val="28"/>
        </w:rPr>
        <w:t xml:space="preserve"> cũ</w:t>
      </w:r>
      <w:r w:rsidR="00A121B5">
        <w:rPr>
          <w:b/>
          <w:i/>
          <w:sz w:val="28"/>
          <w:szCs w:val="28"/>
        </w:rPr>
        <w:t>.</w:t>
      </w:r>
      <w:r w:rsidR="00796C72">
        <w:rPr>
          <w:sz w:val="28"/>
          <w:szCs w:val="28"/>
        </w:rPr>
        <w:t xml:space="preserve"> </w:t>
      </w:r>
      <w:r w:rsidRPr="002B3952">
        <w:rPr>
          <w:b/>
          <w:sz w:val="28"/>
          <w:szCs w:val="28"/>
        </w:rPr>
        <w:t>Ngày 2</w:t>
      </w:r>
      <w:r w:rsidR="00A121B5" w:rsidRPr="002B3952">
        <w:rPr>
          <w:b/>
          <w:sz w:val="28"/>
          <w:szCs w:val="28"/>
        </w:rPr>
        <w:t>8</w:t>
      </w:r>
      <w:r w:rsidRPr="002B3952">
        <w:rPr>
          <w:b/>
          <w:sz w:val="28"/>
          <w:szCs w:val="28"/>
        </w:rPr>
        <w:t>/9</w:t>
      </w:r>
      <w:r w:rsidR="00A121B5" w:rsidRPr="002B3952">
        <w:rPr>
          <w:b/>
          <w:sz w:val="28"/>
          <w:szCs w:val="28"/>
        </w:rPr>
        <w:t xml:space="preserve"> và 29/9/2026</w:t>
      </w:r>
      <w:r w:rsidR="002B3952" w:rsidRPr="002B3952">
        <w:rPr>
          <w:b/>
          <w:sz w:val="28"/>
          <w:szCs w:val="28"/>
        </w:rPr>
        <w:t xml:space="preserve"> </w:t>
      </w:r>
      <w:proofErr w:type="gramStart"/>
      <w:r w:rsidR="002B3952" w:rsidRPr="002B3952">
        <w:rPr>
          <w:b/>
          <w:sz w:val="28"/>
          <w:szCs w:val="28"/>
        </w:rPr>
        <w:t>( Thứ</w:t>
      </w:r>
      <w:proofErr w:type="gramEnd"/>
      <w:r w:rsidR="002B3952" w:rsidRPr="002B3952">
        <w:rPr>
          <w:b/>
          <w:sz w:val="28"/>
          <w:szCs w:val="28"/>
        </w:rPr>
        <w:t xml:space="preserve"> 2 và thứ 3)</w:t>
      </w:r>
    </w:p>
    <w:p w14:paraId="5D7ECED5" w14:textId="7E279AE2" w:rsidR="008F3499" w:rsidRPr="00A121B5" w:rsidRDefault="00B76D48" w:rsidP="00521600">
      <w:pPr>
        <w:widowControl w:val="0"/>
        <w:spacing w:after="0" w:line="240" w:lineRule="auto"/>
        <w:ind w:firstLine="720"/>
        <w:rPr>
          <w:sz w:val="28"/>
          <w:szCs w:val="28"/>
        </w:rPr>
      </w:pPr>
      <w:r w:rsidRPr="00A121B5">
        <w:rPr>
          <w:sz w:val="28"/>
          <w:szCs w:val="28"/>
        </w:rPr>
        <w:t xml:space="preserve">- Buổi sáng (từ 7h00 đến 11h30): </w:t>
      </w:r>
    </w:p>
    <w:p w14:paraId="64D1A6E8" w14:textId="55A930F4" w:rsidR="008F3499" w:rsidRPr="00A121B5" w:rsidRDefault="00B76D48" w:rsidP="00521600">
      <w:pPr>
        <w:widowControl w:val="0"/>
        <w:spacing w:after="0" w:line="240" w:lineRule="auto"/>
        <w:ind w:firstLine="720"/>
        <w:rPr>
          <w:sz w:val="28"/>
          <w:szCs w:val="28"/>
        </w:rPr>
      </w:pPr>
      <w:r w:rsidRPr="00A121B5">
        <w:rPr>
          <w:sz w:val="28"/>
          <w:szCs w:val="28"/>
        </w:rPr>
        <w:t>- Buổi chiều (từ 13h30 đến 17h</w:t>
      </w:r>
      <w:r w:rsidR="002B3952">
        <w:rPr>
          <w:sz w:val="28"/>
          <w:szCs w:val="28"/>
        </w:rPr>
        <w:t>0</w:t>
      </w:r>
      <w:r w:rsidRPr="00A121B5">
        <w:rPr>
          <w:sz w:val="28"/>
          <w:szCs w:val="28"/>
        </w:rPr>
        <w:t xml:space="preserve">0): </w:t>
      </w:r>
    </w:p>
    <w:p w14:paraId="59FCF0D7" w14:textId="0CCE88AE" w:rsidR="008F3499" w:rsidRPr="00A121B5" w:rsidRDefault="00B76D48" w:rsidP="00521600">
      <w:pPr>
        <w:widowControl w:val="0"/>
        <w:spacing w:after="0" w:line="240" w:lineRule="auto"/>
        <w:ind w:firstLine="720"/>
        <w:rPr>
          <w:sz w:val="28"/>
          <w:szCs w:val="28"/>
        </w:rPr>
      </w:pPr>
      <w:r w:rsidRPr="00A121B5">
        <w:rPr>
          <w:b/>
          <w:i/>
          <w:sz w:val="28"/>
          <w:szCs w:val="28"/>
        </w:rPr>
        <w:t xml:space="preserve">2.2. Tại </w:t>
      </w:r>
      <w:r w:rsidR="00A121B5">
        <w:rPr>
          <w:b/>
          <w:i/>
          <w:sz w:val="28"/>
          <w:szCs w:val="28"/>
        </w:rPr>
        <w:t>Trạm y tế An Lạc cũ</w:t>
      </w:r>
    </w:p>
    <w:p w14:paraId="57B04AC9" w14:textId="38C3564F" w:rsidR="008F3499" w:rsidRDefault="00A121B5" w:rsidP="00521600">
      <w:pPr>
        <w:widowControl w:val="0"/>
        <w:spacing w:after="0" w:line="240" w:lineRule="auto"/>
        <w:ind w:firstLine="720"/>
        <w:rPr>
          <w:sz w:val="28"/>
          <w:szCs w:val="28"/>
        </w:rPr>
      </w:pPr>
      <w:r>
        <w:rPr>
          <w:sz w:val="28"/>
          <w:szCs w:val="28"/>
        </w:rPr>
        <w:t>Trong 3 n</w:t>
      </w:r>
      <w:r w:rsidR="00B76D48" w:rsidRPr="00A121B5">
        <w:rPr>
          <w:sz w:val="28"/>
          <w:szCs w:val="28"/>
        </w:rPr>
        <w:t>gày</w:t>
      </w:r>
      <w:r>
        <w:rPr>
          <w:sz w:val="28"/>
          <w:szCs w:val="28"/>
        </w:rPr>
        <w:t xml:space="preserve">:   </w:t>
      </w:r>
      <w:r w:rsidR="00B76D48" w:rsidRPr="00A121B5">
        <w:rPr>
          <w:sz w:val="28"/>
          <w:szCs w:val="28"/>
        </w:rPr>
        <w:t xml:space="preserve"> </w:t>
      </w:r>
      <w:r>
        <w:rPr>
          <w:sz w:val="28"/>
          <w:szCs w:val="28"/>
        </w:rPr>
        <w:t>30</w:t>
      </w:r>
      <w:r w:rsidR="00B76D48" w:rsidRPr="00A121B5">
        <w:rPr>
          <w:sz w:val="28"/>
          <w:szCs w:val="28"/>
        </w:rPr>
        <w:t>/9</w:t>
      </w:r>
      <w:r>
        <w:rPr>
          <w:sz w:val="28"/>
          <w:szCs w:val="28"/>
        </w:rPr>
        <w:t>, 01/10 và 02/10/2026</w:t>
      </w:r>
    </w:p>
    <w:p w14:paraId="38D2DAAF" w14:textId="4DF2B03B" w:rsidR="00796C72" w:rsidRPr="00796C72" w:rsidRDefault="00796C72" w:rsidP="00521600">
      <w:pPr>
        <w:widowControl w:val="0"/>
        <w:spacing w:after="0" w:line="240" w:lineRule="auto"/>
        <w:ind w:firstLine="720"/>
        <w:rPr>
          <w:b/>
          <w:sz w:val="28"/>
          <w:szCs w:val="28"/>
        </w:rPr>
      </w:pPr>
      <w:r w:rsidRPr="00796C72">
        <w:rPr>
          <w:b/>
          <w:sz w:val="28"/>
          <w:szCs w:val="28"/>
        </w:rPr>
        <w:t>+ Ngày 30/9/2026</w:t>
      </w:r>
      <w:r w:rsidR="002B3952">
        <w:rPr>
          <w:b/>
          <w:sz w:val="28"/>
          <w:szCs w:val="28"/>
        </w:rPr>
        <w:t xml:space="preserve"> (Thứ 4)</w:t>
      </w:r>
    </w:p>
    <w:p w14:paraId="2131E354" w14:textId="1D59EEDF" w:rsidR="008F3499" w:rsidRPr="00A121B5" w:rsidRDefault="00B76D48" w:rsidP="00521600">
      <w:pPr>
        <w:widowControl w:val="0"/>
        <w:spacing w:after="0" w:line="240" w:lineRule="auto"/>
        <w:ind w:firstLine="720"/>
        <w:rPr>
          <w:sz w:val="28"/>
          <w:szCs w:val="28"/>
        </w:rPr>
      </w:pPr>
      <w:r w:rsidRPr="00A121B5">
        <w:rPr>
          <w:sz w:val="28"/>
          <w:szCs w:val="28"/>
        </w:rPr>
        <w:t>- Buổi sáng (từ 7h00 đến 11h30)</w:t>
      </w:r>
      <w:r w:rsidR="00796C72">
        <w:rPr>
          <w:sz w:val="28"/>
          <w:szCs w:val="28"/>
        </w:rPr>
        <w:t xml:space="preserve">, </w:t>
      </w:r>
      <w:r w:rsidR="00796C72" w:rsidRPr="00A121B5">
        <w:rPr>
          <w:sz w:val="28"/>
          <w:szCs w:val="28"/>
        </w:rPr>
        <w:t>Buổi chiều (từ 13h30 đến 17h</w:t>
      </w:r>
      <w:r w:rsidR="002B3952">
        <w:rPr>
          <w:sz w:val="28"/>
          <w:szCs w:val="28"/>
        </w:rPr>
        <w:t>0</w:t>
      </w:r>
      <w:r w:rsidR="00796C72" w:rsidRPr="00A121B5">
        <w:rPr>
          <w:sz w:val="28"/>
          <w:szCs w:val="28"/>
        </w:rPr>
        <w:t>0</w:t>
      </w:r>
      <w:proofErr w:type="gramStart"/>
      <w:r w:rsidR="00796C72" w:rsidRPr="00A121B5">
        <w:rPr>
          <w:sz w:val="28"/>
          <w:szCs w:val="28"/>
        </w:rPr>
        <w:t>)</w:t>
      </w:r>
      <w:r w:rsidR="00796C72">
        <w:rPr>
          <w:sz w:val="28"/>
          <w:szCs w:val="28"/>
        </w:rPr>
        <w:t xml:space="preserve"> </w:t>
      </w:r>
      <w:r w:rsidRPr="00A121B5">
        <w:rPr>
          <w:sz w:val="28"/>
          <w:szCs w:val="28"/>
        </w:rPr>
        <w:t>:</w:t>
      </w:r>
      <w:proofErr w:type="gramEnd"/>
      <w:r w:rsidRPr="00A121B5">
        <w:rPr>
          <w:sz w:val="28"/>
          <w:szCs w:val="28"/>
        </w:rPr>
        <w:t xml:space="preserve"> Khám cho Nhân dân </w:t>
      </w:r>
      <w:r w:rsidR="00796C72">
        <w:rPr>
          <w:sz w:val="28"/>
          <w:szCs w:val="28"/>
        </w:rPr>
        <w:t>TDP Đại</w:t>
      </w:r>
      <w:r w:rsidRPr="00A121B5">
        <w:rPr>
          <w:sz w:val="28"/>
          <w:szCs w:val="28"/>
        </w:rPr>
        <w:t>.</w:t>
      </w:r>
    </w:p>
    <w:p w14:paraId="36ADE89D" w14:textId="77ABA145" w:rsidR="00796C72" w:rsidRPr="00521600" w:rsidRDefault="00796C72" w:rsidP="00521600">
      <w:pPr>
        <w:widowControl w:val="0"/>
        <w:spacing w:after="0" w:line="240" w:lineRule="auto"/>
        <w:ind w:firstLine="720"/>
        <w:rPr>
          <w:b/>
          <w:sz w:val="28"/>
          <w:szCs w:val="28"/>
        </w:rPr>
      </w:pPr>
      <w:r w:rsidRPr="00521600">
        <w:rPr>
          <w:b/>
          <w:sz w:val="28"/>
          <w:szCs w:val="28"/>
        </w:rPr>
        <w:t>Ngày 01/10/2026</w:t>
      </w:r>
      <w:r w:rsidR="002B3952">
        <w:rPr>
          <w:b/>
          <w:sz w:val="28"/>
          <w:szCs w:val="28"/>
        </w:rPr>
        <w:t xml:space="preserve"> (Thứ 5)</w:t>
      </w:r>
    </w:p>
    <w:p w14:paraId="48C1A08F" w14:textId="26B64D92" w:rsidR="00796C72" w:rsidRDefault="00796C72" w:rsidP="00521600">
      <w:pPr>
        <w:widowControl w:val="0"/>
        <w:spacing w:after="0" w:line="240" w:lineRule="auto"/>
        <w:ind w:firstLine="720"/>
        <w:rPr>
          <w:sz w:val="28"/>
          <w:szCs w:val="28"/>
        </w:rPr>
      </w:pPr>
      <w:r w:rsidRPr="00A121B5">
        <w:rPr>
          <w:sz w:val="28"/>
          <w:szCs w:val="28"/>
        </w:rPr>
        <w:t>- Buổi sáng (từ 7h00 đến 11h30)</w:t>
      </w:r>
      <w:r>
        <w:rPr>
          <w:sz w:val="28"/>
          <w:szCs w:val="28"/>
        </w:rPr>
        <w:t xml:space="preserve">, </w:t>
      </w:r>
      <w:r w:rsidRPr="00A121B5">
        <w:rPr>
          <w:sz w:val="28"/>
          <w:szCs w:val="28"/>
        </w:rPr>
        <w:t>Buổi chiều (từ 13h30 đến 17h</w:t>
      </w:r>
      <w:r w:rsidR="000B7932">
        <w:rPr>
          <w:sz w:val="28"/>
          <w:szCs w:val="28"/>
        </w:rPr>
        <w:t>0</w:t>
      </w:r>
      <w:r w:rsidRPr="00A121B5">
        <w:rPr>
          <w:sz w:val="28"/>
          <w:szCs w:val="28"/>
        </w:rPr>
        <w:t xml:space="preserve">0): Khám cho Nhân dân </w:t>
      </w:r>
      <w:r>
        <w:rPr>
          <w:sz w:val="28"/>
          <w:szCs w:val="28"/>
        </w:rPr>
        <w:t>TDP Lạc Đạo</w:t>
      </w:r>
      <w:r w:rsidRPr="00A121B5">
        <w:rPr>
          <w:sz w:val="28"/>
          <w:szCs w:val="28"/>
        </w:rPr>
        <w:t>.</w:t>
      </w:r>
    </w:p>
    <w:p w14:paraId="60691710" w14:textId="4C1E21C7" w:rsidR="00521600" w:rsidRPr="00521600" w:rsidRDefault="00521600" w:rsidP="00521600">
      <w:pPr>
        <w:widowControl w:val="0"/>
        <w:spacing w:after="0" w:line="240" w:lineRule="auto"/>
        <w:ind w:firstLine="720"/>
        <w:rPr>
          <w:b/>
          <w:sz w:val="28"/>
          <w:szCs w:val="28"/>
        </w:rPr>
      </w:pPr>
      <w:r w:rsidRPr="00521600">
        <w:rPr>
          <w:b/>
          <w:sz w:val="28"/>
          <w:szCs w:val="28"/>
        </w:rPr>
        <w:t>Ngày 02/10/2026</w:t>
      </w:r>
      <w:r w:rsidR="002B3952">
        <w:rPr>
          <w:b/>
          <w:sz w:val="28"/>
          <w:szCs w:val="28"/>
        </w:rPr>
        <w:t xml:space="preserve"> (Thứ 6)</w:t>
      </w:r>
    </w:p>
    <w:p w14:paraId="3DF58911" w14:textId="06D7AD1C" w:rsidR="00521600" w:rsidRPr="00A121B5" w:rsidRDefault="00521600" w:rsidP="00521600">
      <w:pPr>
        <w:widowControl w:val="0"/>
        <w:spacing w:after="0" w:line="240" w:lineRule="auto"/>
        <w:ind w:firstLine="720"/>
        <w:rPr>
          <w:sz w:val="28"/>
          <w:szCs w:val="28"/>
        </w:rPr>
      </w:pPr>
      <w:r w:rsidRPr="00A121B5">
        <w:rPr>
          <w:sz w:val="28"/>
          <w:szCs w:val="28"/>
        </w:rPr>
        <w:t>- Buổi sáng (từ 7h00 đến 11h30)</w:t>
      </w:r>
      <w:r>
        <w:rPr>
          <w:sz w:val="28"/>
          <w:szCs w:val="28"/>
        </w:rPr>
        <w:t xml:space="preserve">, </w:t>
      </w:r>
      <w:r w:rsidRPr="00A121B5">
        <w:rPr>
          <w:sz w:val="28"/>
          <w:szCs w:val="28"/>
        </w:rPr>
        <w:t>Buổi chiều (từ 13h30 đến 17h</w:t>
      </w:r>
      <w:r w:rsidR="002B3952">
        <w:rPr>
          <w:sz w:val="28"/>
          <w:szCs w:val="28"/>
        </w:rPr>
        <w:t>0</w:t>
      </w:r>
      <w:r w:rsidRPr="00A121B5">
        <w:rPr>
          <w:sz w:val="28"/>
          <w:szCs w:val="28"/>
        </w:rPr>
        <w:t xml:space="preserve">0): Khám cho </w:t>
      </w:r>
      <w:r w:rsidRPr="00A121B5">
        <w:rPr>
          <w:sz w:val="28"/>
          <w:szCs w:val="28"/>
        </w:rPr>
        <w:lastRenderedPageBreak/>
        <w:t xml:space="preserve">Nhân dân </w:t>
      </w:r>
      <w:r>
        <w:rPr>
          <w:sz w:val="28"/>
          <w:szCs w:val="28"/>
        </w:rPr>
        <w:t xml:space="preserve">TDP An Lạc </w:t>
      </w:r>
      <w:r w:rsidRPr="00A121B5">
        <w:rPr>
          <w:sz w:val="28"/>
          <w:szCs w:val="28"/>
        </w:rPr>
        <w:t>và các trường hợp chưa khám.</w:t>
      </w:r>
    </w:p>
    <w:p w14:paraId="1725C8D0" w14:textId="1DA9F369" w:rsidR="008F3499" w:rsidRPr="00A121B5" w:rsidRDefault="00B76D48" w:rsidP="00521600">
      <w:pPr>
        <w:widowControl w:val="0"/>
        <w:spacing w:after="0" w:line="240" w:lineRule="auto"/>
        <w:ind w:firstLine="720"/>
        <w:rPr>
          <w:sz w:val="28"/>
          <w:szCs w:val="28"/>
        </w:rPr>
      </w:pPr>
      <w:r w:rsidRPr="00A121B5">
        <w:rPr>
          <w:b/>
          <w:i/>
          <w:sz w:val="28"/>
          <w:szCs w:val="28"/>
        </w:rPr>
        <w:t xml:space="preserve">2.3. Tại </w:t>
      </w:r>
      <w:r w:rsidR="00A121B5">
        <w:rPr>
          <w:b/>
          <w:i/>
          <w:sz w:val="28"/>
          <w:szCs w:val="28"/>
        </w:rPr>
        <w:t>Hội trường UBND phường Lê Đại Hành</w:t>
      </w:r>
    </w:p>
    <w:p w14:paraId="1F959115" w14:textId="1291BFF7" w:rsidR="008F3499" w:rsidRDefault="00B76D48" w:rsidP="00521600">
      <w:pPr>
        <w:widowControl w:val="0"/>
        <w:spacing w:after="0" w:line="240" w:lineRule="auto"/>
        <w:ind w:firstLine="720"/>
        <w:rPr>
          <w:sz w:val="28"/>
          <w:szCs w:val="28"/>
        </w:rPr>
      </w:pPr>
      <w:r w:rsidRPr="00A121B5">
        <w:rPr>
          <w:sz w:val="28"/>
          <w:szCs w:val="28"/>
        </w:rPr>
        <w:t xml:space="preserve">- </w:t>
      </w:r>
      <w:r w:rsidR="00A121B5">
        <w:rPr>
          <w:sz w:val="28"/>
          <w:szCs w:val="28"/>
        </w:rPr>
        <w:t>Trong 2 n</w:t>
      </w:r>
      <w:r w:rsidRPr="00A121B5">
        <w:rPr>
          <w:sz w:val="28"/>
          <w:szCs w:val="28"/>
        </w:rPr>
        <w:t xml:space="preserve">gày </w:t>
      </w:r>
      <w:r w:rsidR="00A121B5">
        <w:rPr>
          <w:sz w:val="28"/>
          <w:szCs w:val="28"/>
        </w:rPr>
        <w:t>03/10 và 04/10/2026</w:t>
      </w:r>
      <w:r w:rsidRPr="00A121B5">
        <w:rPr>
          <w:sz w:val="28"/>
          <w:szCs w:val="28"/>
        </w:rPr>
        <w:t>:</w:t>
      </w:r>
    </w:p>
    <w:p w14:paraId="7C7E1602" w14:textId="0C850A7A" w:rsidR="00796C72" w:rsidRPr="00521600" w:rsidRDefault="00796C72" w:rsidP="00521600">
      <w:pPr>
        <w:widowControl w:val="0"/>
        <w:spacing w:after="0" w:line="240" w:lineRule="auto"/>
        <w:ind w:firstLine="720"/>
        <w:rPr>
          <w:b/>
          <w:sz w:val="28"/>
          <w:szCs w:val="28"/>
        </w:rPr>
      </w:pPr>
      <w:r w:rsidRPr="00521600">
        <w:rPr>
          <w:b/>
          <w:sz w:val="28"/>
          <w:szCs w:val="28"/>
        </w:rPr>
        <w:t>- Ngày 03/10/2026 (Thứ bẩy)</w:t>
      </w:r>
    </w:p>
    <w:p w14:paraId="47EB8AFA" w14:textId="7C9E3978" w:rsidR="008F3499" w:rsidRPr="00A121B5" w:rsidRDefault="00B76D48" w:rsidP="00521600">
      <w:pPr>
        <w:widowControl w:val="0"/>
        <w:spacing w:after="0" w:line="240" w:lineRule="auto"/>
        <w:ind w:firstLine="720"/>
        <w:rPr>
          <w:sz w:val="28"/>
          <w:szCs w:val="28"/>
        </w:rPr>
      </w:pPr>
      <w:r w:rsidRPr="00A121B5">
        <w:rPr>
          <w:sz w:val="28"/>
          <w:szCs w:val="28"/>
        </w:rPr>
        <w:t xml:space="preserve">+ Buổi sáng (từ 7h00 đến 11h30): Khám cho Nhân dân </w:t>
      </w:r>
      <w:r w:rsidR="00796C72">
        <w:rPr>
          <w:sz w:val="28"/>
          <w:szCs w:val="28"/>
        </w:rPr>
        <w:t>TDP Triều Nội</w:t>
      </w:r>
      <w:r w:rsidRPr="00A121B5">
        <w:rPr>
          <w:sz w:val="28"/>
          <w:szCs w:val="28"/>
        </w:rPr>
        <w:t>.</w:t>
      </w:r>
    </w:p>
    <w:p w14:paraId="323F6313" w14:textId="380FBFE0" w:rsidR="008F3499" w:rsidRPr="00A121B5" w:rsidRDefault="00B76D48" w:rsidP="00521600">
      <w:pPr>
        <w:widowControl w:val="0"/>
        <w:spacing w:after="0" w:line="240" w:lineRule="auto"/>
        <w:ind w:firstLine="720"/>
        <w:rPr>
          <w:sz w:val="28"/>
          <w:szCs w:val="28"/>
        </w:rPr>
      </w:pPr>
      <w:r w:rsidRPr="00A121B5">
        <w:rPr>
          <w:sz w:val="28"/>
          <w:szCs w:val="28"/>
        </w:rPr>
        <w:t>+ Buổi chiều (từ 13h30 đến 17h</w:t>
      </w:r>
      <w:r w:rsidR="00796C72">
        <w:rPr>
          <w:sz w:val="28"/>
          <w:szCs w:val="28"/>
        </w:rPr>
        <w:t>00</w:t>
      </w:r>
      <w:r w:rsidRPr="00A121B5">
        <w:rPr>
          <w:sz w:val="28"/>
          <w:szCs w:val="28"/>
        </w:rPr>
        <w:t xml:space="preserve">): Khám cho Nhân dân </w:t>
      </w:r>
      <w:r w:rsidR="00796C72">
        <w:rPr>
          <w:sz w:val="28"/>
          <w:szCs w:val="28"/>
        </w:rPr>
        <w:t>TDP Tân Dân</w:t>
      </w:r>
      <w:r w:rsidRPr="00A121B5">
        <w:rPr>
          <w:sz w:val="28"/>
          <w:szCs w:val="28"/>
        </w:rPr>
        <w:t>.</w:t>
      </w:r>
    </w:p>
    <w:p w14:paraId="44C8A9F7" w14:textId="5C97EF21" w:rsidR="008F3499" w:rsidRPr="00521600" w:rsidRDefault="00B76D48" w:rsidP="00521600">
      <w:pPr>
        <w:widowControl w:val="0"/>
        <w:spacing w:after="0" w:line="240" w:lineRule="auto"/>
        <w:ind w:firstLine="720"/>
        <w:rPr>
          <w:b/>
          <w:sz w:val="28"/>
          <w:szCs w:val="28"/>
        </w:rPr>
      </w:pPr>
      <w:r w:rsidRPr="00521600">
        <w:rPr>
          <w:b/>
          <w:sz w:val="28"/>
          <w:szCs w:val="28"/>
        </w:rPr>
        <w:t xml:space="preserve">- Ngày </w:t>
      </w:r>
      <w:r w:rsidR="00796C72" w:rsidRPr="00521600">
        <w:rPr>
          <w:b/>
          <w:sz w:val="28"/>
          <w:szCs w:val="28"/>
        </w:rPr>
        <w:t>04</w:t>
      </w:r>
      <w:r w:rsidRPr="00521600">
        <w:rPr>
          <w:b/>
          <w:sz w:val="28"/>
          <w:szCs w:val="28"/>
        </w:rPr>
        <w:t>/10/2026 (</w:t>
      </w:r>
      <w:r w:rsidR="00796C72" w:rsidRPr="00521600">
        <w:rPr>
          <w:b/>
          <w:sz w:val="28"/>
          <w:szCs w:val="28"/>
        </w:rPr>
        <w:t>Chủ nhật</w:t>
      </w:r>
      <w:r w:rsidRPr="00521600">
        <w:rPr>
          <w:b/>
          <w:sz w:val="28"/>
          <w:szCs w:val="28"/>
        </w:rPr>
        <w:t>):</w:t>
      </w:r>
    </w:p>
    <w:p w14:paraId="612D4F4E" w14:textId="3C00B499" w:rsidR="008F3499" w:rsidRPr="00A121B5" w:rsidRDefault="00B76D48" w:rsidP="00521600">
      <w:pPr>
        <w:widowControl w:val="0"/>
        <w:spacing w:after="0" w:line="240" w:lineRule="auto"/>
        <w:ind w:firstLine="720"/>
        <w:rPr>
          <w:sz w:val="28"/>
          <w:szCs w:val="28"/>
        </w:rPr>
      </w:pPr>
      <w:r w:rsidRPr="00A121B5">
        <w:rPr>
          <w:sz w:val="28"/>
          <w:szCs w:val="28"/>
        </w:rPr>
        <w:t xml:space="preserve">+ Buổi sáng (từ 7h00 đến 11h30): Khám cho Nhân dân </w:t>
      </w:r>
      <w:r w:rsidR="00796C72">
        <w:rPr>
          <w:sz w:val="28"/>
          <w:szCs w:val="28"/>
        </w:rPr>
        <w:t>TDP Tân Phong</w:t>
      </w:r>
      <w:r w:rsidRPr="00A121B5">
        <w:rPr>
          <w:sz w:val="28"/>
          <w:szCs w:val="28"/>
        </w:rPr>
        <w:t>.</w:t>
      </w:r>
    </w:p>
    <w:p w14:paraId="224856BA" w14:textId="283AE32F" w:rsidR="008F3499" w:rsidRPr="00A121B5" w:rsidRDefault="00B76D48" w:rsidP="00521600">
      <w:pPr>
        <w:widowControl w:val="0"/>
        <w:spacing w:after="0" w:line="240" w:lineRule="auto"/>
        <w:ind w:firstLine="720"/>
        <w:rPr>
          <w:sz w:val="28"/>
          <w:szCs w:val="28"/>
        </w:rPr>
      </w:pPr>
      <w:r w:rsidRPr="00A121B5">
        <w:rPr>
          <w:sz w:val="28"/>
          <w:szCs w:val="28"/>
        </w:rPr>
        <w:t>+ Buổi chiều (từ 13h30 đến 17h</w:t>
      </w:r>
      <w:r w:rsidR="00796C72">
        <w:rPr>
          <w:sz w:val="28"/>
          <w:szCs w:val="28"/>
        </w:rPr>
        <w:t>00</w:t>
      </w:r>
      <w:r w:rsidRPr="00A121B5">
        <w:rPr>
          <w:sz w:val="28"/>
          <w:szCs w:val="28"/>
        </w:rPr>
        <w:t xml:space="preserve">): Khám cho Nhân dân </w:t>
      </w:r>
      <w:r w:rsidR="00796C72">
        <w:rPr>
          <w:sz w:val="28"/>
          <w:szCs w:val="28"/>
        </w:rPr>
        <w:t>TDP Tân Phong</w:t>
      </w:r>
      <w:r w:rsidRPr="00A121B5">
        <w:rPr>
          <w:sz w:val="28"/>
          <w:szCs w:val="28"/>
        </w:rPr>
        <w:t xml:space="preserve"> và các trường hợp chưa khám </w:t>
      </w:r>
      <w:r w:rsidR="00796C72">
        <w:rPr>
          <w:sz w:val="28"/>
          <w:szCs w:val="28"/>
        </w:rPr>
        <w:t>của các TDP và của 2 điểm y tế Đồng Lạc, An Lạc cũ</w:t>
      </w:r>
      <w:r w:rsidRPr="00A121B5">
        <w:rPr>
          <w:sz w:val="28"/>
          <w:szCs w:val="28"/>
        </w:rPr>
        <w:t>.</w:t>
      </w:r>
    </w:p>
    <w:p w14:paraId="3BE0F034" w14:textId="77777777" w:rsidR="008F3499" w:rsidRPr="00A121B5" w:rsidRDefault="00B76D48" w:rsidP="00521600">
      <w:pPr>
        <w:widowControl w:val="0"/>
        <w:spacing w:after="0" w:line="240" w:lineRule="auto"/>
        <w:ind w:firstLine="720"/>
        <w:rPr>
          <w:sz w:val="28"/>
          <w:szCs w:val="28"/>
        </w:rPr>
      </w:pPr>
      <w:r w:rsidRPr="00A121B5">
        <w:rPr>
          <w:b/>
          <w:sz w:val="28"/>
          <w:szCs w:val="28"/>
        </w:rPr>
        <w:t>4. Nội dung khám:</w:t>
      </w:r>
    </w:p>
    <w:p w14:paraId="3F6BBC14" w14:textId="77777777" w:rsidR="008F3499" w:rsidRPr="00A121B5" w:rsidRDefault="00B76D48" w:rsidP="00521600">
      <w:pPr>
        <w:widowControl w:val="0"/>
        <w:spacing w:after="0" w:line="240" w:lineRule="auto"/>
        <w:ind w:firstLine="720"/>
        <w:rPr>
          <w:sz w:val="28"/>
          <w:szCs w:val="28"/>
        </w:rPr>
      </w:pPr>
      <w:r w:rsidRPr="00A121B5">
        <w:rPr>
          <w:sz w:val="28"/>
          <w:szCs w:val="28"/>
        </w:rPr>
        <w:t>Người dân được khám sức khỏe tổng quát, đo huyết áp, kiểm tra thể lực và thực hiện các nội dung khám, xét nghiệm, sàng lọc bệnh theo kế hoạch của cơ quan chuyên môn.</w:t>
      </w:r>
    </w:p>
    <w:p w14:paraId="231B2628" w14:textId="0073C1D3" w:rsidR="008F3499" w:rsidRPr="00A121B5" w:rsidRDefault="00B76D48" w:rsidP="00521600">
      <w:pPr>
        <w:widowControl w:val="0"/>
        <w:spacing w:after="0" w:line="240" w:lineRule="auto"/>
        <w:ind w:firstLine="720"/>
        <w:rPr>
          <w:sz w:val="28"/>
          <w:szCs w:val="28"/>
        </w:rPr>
      </w:pPr>
      <w:r w:rsidRPr="00A121B5">
        <w:rPr>
          <w:sz w:val="28"/>
          <w:szCs w:val="28"/>
        </w:rPr>
        <w:t xml:space="preserve">UBND </w:t>
      </w:r>
      <w:r w:rsidR="00521600">
        <w:rPr>
          <w:sz w:val="28"/>
          <w:szCs w:val="28"/>
        </w:rPr>
        <w:t>phường Lê Đại Hành</w:t>
      </w:r>
      <w:r w:rsidRPr="00A121B5">
        <w:rPr>
          <w:sz w:val="28"/>
          <w:szCs w:val="28"/>
        </w:rPr>
        <w:t xml:space="preserve"> thông báo đến toàn thể Nhân dân được biết và tích cực tham gia đầy đủ. Trường hợp người dân người gặp khó khăn trong việc đi lại cần thông báo với đồng chí Trưởng </w:t>
      </w:r>
      <w:r w:rsidR="00521600">
        <w:rPr>
          <w:sz w:val="28"/>
          <w:szCs w:val="28"/>
        </w:rPr>
        <w:t>TDP</w:t>
      </w:r>
      <w:r w:rsidRPr="00A121B5">
        <w:rPr>
          <w:sz w:val="28"/>
          <w:szCs w:val="28"/>
        </w:rPr>
        <w:t xml:space="preserve"> để được hướng dẫn, hỗ trợ./.</w:t>
      </w:r>
    </w:p>
    <w:p w14:paraId="63938CAB" w14:textId="77777777" w:rsidR="008F3499" w:rsidRPr="00A121B5" w:rsidRDefault="00B76D48" w:rsidP="00521600">
      <w:pPr>
        <w:widowControl w:val="0"/>
        <w:spacing w:after="0" w:line="240" w:lineRule="auto"/>
        <w:ind w:firstLine="720"/>
        <w:rPr>
          <w:sz w:val="28"/>
          <w:szCs w:val="28"/>
        </w:rPr>
      </w:pPr>
      <w:r w:rsidRPr="00A121B5">
        <w:rPr>
          <w:i/>
          <w:sz w:val="28"/>
          <w:szCs w:val="28"/>
        </w:rPr>
        <w:t>* Lưu ý: Khi đi khám đề nghị người dân mang theo Giấy mời và Căn cước công dân để đối chiếu.</w:t>
      </w:r>
    </w:p>
    <w:tbl>
      <w:tblPr>
        <w:tblW w:w="0" w:type="auto"/>
        <w:jc w:val="center"/>
        <w:tblLayout w:type="fixed"/>
        <w:tblLook w:val="04A0" w:firstRow="1" w:lastRow="0" w:firstColumn="1" w:lastColumn="0" w:noHBand="0" w:noVBand="1"/>
      </w:tblPr>
      <w:tblGrid>
        <w:gridCol w:w="4986"/>
        <w:gridCol w:w="4986"/>
      </w:tblGrid>
      <w:tr w:rsidR="008F3499" w14:paraId="55D5A984" w14:textId="77777777">
        <w:trPr>
          <w:jc w:val="center"/>
        </w:trPr>
        <w:tc>
          <w:tcPr>
            <w:tcW w:w="4986" w:type="dxa"/>
            <w:tcBorders>
              <w:top w:val="nil"/>
              <w:left w:val="nil"/>
              <w:bottom w:val="nil"/>
              <w:right w:val="nil"/>
            </w:tcBorders>
          </w:tcPr>
          <w:p w14:paraId="5C888FF8" w14:textId="77777777" w:rsidR="00933AEF" w:rsidRDefault="00933AEF">
            <w:pPr>
              <w:spacing w:after="0" w:line="240" w:lineRule="auto"/>
              <w:rPr>
                <w:b/>
              </w:rPr>
            </w:pPr>
          </w:p>
          <w:p w14:paraId="124B6F74" w14:textId="77777777" w:rsidR="00933AEF" w:rsidRDefault="00933AEF">
            <w:pPr>
              <w:spacing w:after="0" w:line="240" w:lineRule="auto"/>
              <w:rPr>
                <w:b/>
              </w:rPr>
            </w:pPr>
          </w:p>
          <w:p w14:paraId="4F459A10" w14:textId="77777777" w:rsidR="00933AEF" w:rsidRDefault="00933AEF">
            <w:pPr>
              <w:spacing w:after="0" w:line="240" w:lineRule="auto"/>
              <w:rPr>
                <w:b/>
              </w:rPr>
            </w:pPr>
          </w:p>
          <w:p w14:paraId="2DC91A0C" w14:textId="72FF82B0" w:rsidR="00933AEF" w:rsidRPr="00933AEF" w:rsidRDefault="00933AEF">
            <w:pPr>
              <w:spacing w:after="0" w:line="240" w:lineRule="auto"/>
              <w:rPr>
                <w:b/>
              </w:rPr>
            </w:pPr>
            <w:r w:rsidRPr="00933AEF">
              <w:rPr>
                <w:b/>
                <w:sz w:val="24"/>
              </w:rPr>
              <w:t>PHÁT NGÀY 2 LẦN TỪ NGÀY 24/9/2026 ĐẾN HẾT NGÀY 04/10/2026</w:t>
            </w:r>
            <w:bookmarkStart w:id="0" w:name="_GoBack"/>
            <w:bookmarkEnd w:id="0"/>
          </w:p>
        </w:tc>
        <w:tc>
          <w:tcPr>
            <w:tcW w:w="4986" w:type="dxa"/>
            <w:tcBorders>
              <w:top w:val="nil"/>
              <w:left w:val="nil"/>
              <w:bottom w:val="nil"/>
              <w:right w:val="nil"/>
            </w:tcBorders>
          </w:tcPr>
          <w:p w14:paraId="16F9028C" w14:textId="77777777" w:rsidR="008F3499" w:rsidRPr="00640F28" w:rsidRDefault="00B76D48">
            <w:pPr>
              <w:jc w:val="center"/>
              <w:rPr>
                <w:sz w:val="28"/>
              </w:rPr>
            </w:pPr>
            <w:r w:rsidRPr="00640F28">
              <w:rPr>
                <w:b/>
                <w:sz w:val="28"/>
              </w:rPr>
              <w:t>TM. ỦY BAN NHÂN DÂN</w:t>
            </w:r>
            <w:r w:rsidRPr="00640F28">
              <w:rPr>
                <w:b/>
                <w:sz w:val="28"/>
              </w:rPr>
              <w:br/>
              <w:t>KT. CHỦ TỊCH</w:t>
            </w:r>
            <w:r w:rsidRPr="00640F28">
              <w:rPr>
                <w:b/>
                <w:sz w:val="28"/>
              </w:rPr>
              <w:br/>
              <w:t>PHÓ CHỦ TỊCH</w:t>
            </w:r>
          </w:p>
          <w:p w14:paraId="7C6DBA62" w14:textId="77777777" w:rsidR="00C07440" w:rsidRDefault="00C07440">
            <w:pPr>
              <w:jc w:val="center"/>
              <w:rPr>
                <w:b/>
                <w:sz w:val="32"/>
              </w:rPr>
            </w:pPr>
          </w:p>
          <w:p w14:paraId="69E37392" w14:textId="189449F9" w:rsidR="008F3499" w:rsidRDefault="00B76D48">
            <w:pPr>
              <w:jc w:val="center"/>
            </w:pPr>
            <w:r>
              <w:rPr>
                <w:b/>
              </w:rPr>
              <w:br/>
            </w:r>
            <w:r>
              <w:rPr>
                <w:b/>
              </w:rPr>
              <w:br/>
            </w:r>
            <w:r w:rsidR="00A121B5" w:rsidRPr="00640F28">
              <w:rPr>
                <w:b/>
                <w:sz w:val="28"/>
              </w:rPr>
              <w:t>Phương Quốc Luyện</w:t>
            </w:r>
          </w:p>
        </w:tc>
      </w:tr>
    </w:tbl>
    <w:p w14:paraId="00D50200" w14:textId="77777777" w:rsidR="00B76D48" w:rsidRDefault="00B76D48"/>
    <w:sectPr w:rsidR="00B76D48" w:rsidSect="00521600">
      <w:footerReference w:type="default" r:id="rId8"/>
      <w:pgSz w:w="12240" w:h="15840"/>
      <w:pgMar w:top="794" w:right="907" w:bottom="79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C871F" w14:textId="77777777" w:rsidR="00515147" w:rsidRDefault="00515147">
      <w:pPr>
        <w:spacing w:after="0" w:line="240" w:lineRule="auto"/>
      </w:pPr>
      <w:r>
        <w:separator/>
      </w:r>
    </w:p>
  </w:endnote>
  <w:endnote w:type="continuationSeparator" w:id="0">
    <w:p w14:paraId="6FBDAC92" w14:textId="77777777" w:rsidR="00515147" w:rsidRDefault="00515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53338" w14:textId="77777777" w:rsidR="008F3499" w:rsidRDefault="00B76D48">
    <w:pPr>
      <w:pStyle w:val="Footer"/>
      <w:jc w:val="center"/>
    </w:pPr>
    <w:r>
      <w:t xml:space="preserve"> </w:t>
    </w:r>
    <w:r>
      <w:fldChar w:fldCharType="begin"/>
    </w:r>
    <w:r>
      <w:instrText>PAGE</w:instrText>
    </w:r>
    <w:r>
      <w:fldChar w:fldCharType="separate"/>
    </w:r>
    <w:r w:rsidR="00A121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0C1BE" w14:textId="77777777" w:rsidR="00515147" w:rsidRDefault="00515147">
      <w:pPr>
        <w:spacing w:after="0" w:line="240" w:lineRule="auto"/>
      </w:pPr>
      <w:r>
        <w:separator/>
      </w:r>
    </w:p>
  </w:footnote>
  <w:footnote w:type="continuationSeparator" w:id="0">
    <w:p w14:paraId="0209F761" w14:textId="77777777" w:rsidR="00515147" w:rsidRDefault="00515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B18"/>
    <w:rsid w:val="00034616"/>
    <w:rsid w:val="0006063C"/>
    <w:rsid w:val="000B7932"/>
    <w:rsid w:val="0015074B"/>
    <w:rsid w:val="0029639D"/>
    <w:rsid w:val="002B3952"/>
    <w:rsid w:val="00326F90"/>
    <w:rsid w:val="0046562E"/>
    <w:rsid w:val="00515147"/>
    <w:rsid w:val="00521600"/>
    <w:rsid w:val="00640F28"/>
    <w:rsid w:val="00796C72"/>
    <w:rsid w:val="008F3499"/>
    <w:rsid w:val="00933AEF"/>
    <w:rsid w:val="00955B9B"/>
    <w:rsid w:val="00980D4B"/>
    <w:rsid w:val="00A121B5"/>
    <w:rsid w:val="00AA1D8D"/>
    <w:rsid w:val="00AB35E8"/>
    <w:rsid w:val="00B47730"/>
    <w:rsid w:val="00B76D48"/>
    <w:rsid w:val="00BA63B2"/>
    <w:rsid w:val="00C07440"/>
    <w:rsid w:val="00CB0664"/>
    <w:rsid w:val="00CE0AE4"/>
    <w:rsid w:val="00F94E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1A3F66"/>
  <w14:defaultImageDpi w14:val="300"/>
  <w15:docId w15:val="{5CEBEB50-AD02-4F7D-9396-378C85ADD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8806B-3DF0-4DC2-AA6A-2B23DBE6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Minh Hiệu</cp:lastModifiedBy>
  <cp:revision>13</cp:revision>
  <cp:lastPrinted>2026-09-23T07:42:00Z</cp:lastPrinted>
  <dcterms:created xsi:type="dcterms:W3CDTF">2026-09-23T00:23:00Z</dcterms:created>
  <dcterms:modified xsi:type="dcterms:W3CDTF">2026-09-24T01:08:00Z</dcterms:modified>
  <cp:category/>
</cp:coreProperties>
</file>