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24"/>
        <w:gridCol w:w="8245"/>
      </w:tblGrid>
      <w:tr w:rsidR="001C0339" w14:paraId="0347BEF7" w14:textId="77777777" w:rsidTr="006673E5">
        <w:trPr>
          <w:jc w:val="center"/>
        </w:trPr>
        <w:tc>
          <w:tcPr>
            <w:tcW w:w="4624" w:type="dxa"/>
            <w:vAlign w:val="center"/>
          </w:tcPr>
          <w:p w14:paraId="4B27841F" w14:textId="77777777" w:rsidR="001C0339" w:rsidRDefault="006673E5">
            <w:pPr>
              <w:spacing w:before="600" w:after="600"/>
              <w:jc w:val="center"/>
            </w:pPr>
            <w:r w:rsidRPr="00771956">
              <w:rPr>
                <w:b/>
                <w:noProof/>
                <w:color w:val="000000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7C0ADE94" wp14:editId="4809E055">
                  <wp:simplePos x="0" y="0"/>
                  <wp:positionH relativeFrom="column">
                    <wp:posOffset>423545</wp:posOffset>
                  </wp:positionH>
                  <wp:positionV relativeFrom="paragraph">
                    <wp:posOffset>-390525</wp:posOffset>
                  </wp:positionV>
                  <wp:extent cx="1331595" cy="1777365"/>
                  <wp:effectExtent l="0" t="0" r="1905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1777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245" w:type="dxa"/>
            <w:vAlign w:val="center"/>
          </w:tcPr>
          <w:p w14:paraId="46047486" w14:textId="77777777" w:rsidR="001C0339" w:rsidRPr="006673E5" w:rsidRDefault="005425C1">
            <w:pPr>
              <w:spacing w:after="80"/>
              <w:jc w:val="center"/>
              <w:rPr>
                <w:sz w:val="32"/>
                <w:szCs w:val="32"/>
              </w:rPr>
            </w:pPr>
            <w:r w:rsidRPr="006673E5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TIỂU SỬ TÓM TẮT</w:t>
            </w:r>
          </w:p>
          <w:p w14:paraId="33F71BA9" w14:textId="77777777" w:rsidR="001C0339" w:rsidRPr="006673E5" w:rsidRDefault="005425C1">
            <w:pPr>
              <w:spacing w:after="80"/>
              <w:jc w:val="center"/>
              <w:rPr>
                <w:sz w:val="32"/>
                <w:szCs w:val="32"/>
              </w:rPr>
            </w:pPr>
            <w:r w:rsidRPr="006673E5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CỦA NGƯỜI ỨNG CỬ TRƯỞNG THÔN 2</w:t>
            </w:r>
          </w:p>
          <w:p w14:paraId="29ECFA36" w14:textId="77777777" w:rsidR="001C0339" w:rsidRDefault="005425C1">
            <w:pPr>
              <w:spacing w:after="0"/>
              <w:jc w:val="center"/>
            </w:pPr>
            <w:r w:rsidRPr="006673E5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XÃ HỒNG CHÂU, NHIỆM KỲ 2025-2030</w:t>
            </w:r>
          </w:p>
        </w:tc>
      </w:tr>
    </w:tbl>
    <w:p w14:paraId="7275B8EF" w14:textId="77777777" w:rsidR="001C0339" w:rsidRDefault="001C0339">
      <w:pPr>
        <w:spacing w:before="240" w:after="0"/>
      </w:pPr>
    </w:p>
    <w:p w14:paraId="2944934D" w14:textId="77777777" w:rsidR="006673E5" w:rsidRDefault="006673E5">
      <w:pPr>
        <w:spacing w:before="40" w:after="40"/>
        <w:rPr>
          <w:rFonts w:ascii="Times New Roman" w:hAnsi="Times New Roman" w:cs="Times New Roman"/>
          <w:b/>
          <w:color w:val="000000"/>
          <w:sz w:val="25"/>
        </w:rPr>
      </w:pPr>
    </w:p>
    <w:p w14:paraId="46D3BFB9" w14:textId="77777777" w:rsidR="001C0339" w:rsidRPr="00E3533B" w:rsidRDefault="005425C1" w:rsidP="00E3533B">
      <w:pPr>
        <w:spacing w:before="120" w:after="120"/>
        <w:rPr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z w:val="28"/>
          <w:szCs w:val="28"/>
        </w:rPr>
        <w:t>1. Họ và tên thường dùng: NGUYỄN THỊ HÀ</w:t>
      </w:r>
    </w:p>
    <w:p w14:paraId="446EF260" w14:textId="77777777" w:rsidR="001C0339" w:rsidRPr="00E3533B" w:rsidRDefault="005425C1" w:rsidP="00E3533B">
      <w:pPr>
        <w:spacing w:before="120" w:after="120"/>
        <w:rPr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z w:val="28"/>
          <w:szCs w:val="28"/>
        </w:rPr>
        <w:t>2. Họ và tên khai sinh: NGUYỄN THỊ HÀ</w:t>
      </w:r>
    </w:p>
    <w:p w14:paraId="6F55225E" w14:textId="77777777" w:rsidR="001C0339" w:rsidRPr="00E3533B" w:rsidRDefault="005425C1" w:rsidP="00E3533B">
      <w:pPr>
        <w:spacing w:before="120" w:after="120"/>
        <w:rPr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 Ngày, tháng, năm sinh: </w:t>
      </w:r>
      <w:r w:rsidRPr="00E3533B">
        <w:rPr>
          <w:rFonts w:ascii="Times New Roman" w:hAnsi="Times New Roman" w:cs="Times New Roman"/>
          <w:color w:val="000000"/>
          <w:sz w:val="28"/>
          <w:szCs w:val="28"/>
        </w:rPr>
        <w:t>Ngày 20 tháng 10 năm 1975</w:t>
      </w:r>
    </w:p>
    <w:p w14:paraId="301453A8" w14:textId="77777777" w:rsidR="001C0339" w:rsidRPr="00E3533B" w:rsidRDefault="005425C1" w:rsidP="00E3533B">
      <w:pPr>
        <w:spacing w:before="120" w:after="120"/>
        <w:rPr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4. Giới tính: </w:t>
      </w:r>
      <w:r w:rsidRPr="00E3533B">
        <w:rPr>
          <w:rFonts w:ascii="Times New Roman" w:hAnsi="Times New Roman" w:cs="Times New Roman"/>
          <w:color w:val="000000"/>
          <w:sz w:val="28"/>
          <w:szCs w:val="28"/>
        </w:rPr>
        <w:t>Nữ</w:t>
      </w:r>
    </w:p>
    <w:p w14:paraId="16DA0FE7" w14:textId="77777777" w:rsidR="001C0339" w:rsidRPr="00E3533B" w:rsidRDefault="005425C1" w:rsidP="00E3533B">
      <w:pPr>
        <w:spacing w:before="120" w:after="120"/>
        <w:rPr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5. Quốc tịch: </w:t>
      </w:r>
      <w:r w:rsidRPr="00E3533B">
        <w:rPr>
          <w:rFonts w:ascii="Times New Roman" w:hAnsi="Times New Roman" w:cs="Times New Roman"/>
          <w:color w:val="000000"/>
          <w:sz w:val="28"/>
          <w:szCs w:val="28"/>
        </w:rPr>
        <w:t>Việt Nam</w:t>
      </w:r>
    </w:p>
    <w:p w14:paraId="46A0C96A" w14:textId="77777777" w:rsidR="001C0339" w:rsidRPr="00E3533B" w:rsidRDefault="005425C1" w:rsidP="00E3533B">
      <w:pPr>
        <w:spacing w:before="120" w:after="120"/>
        <w:rPr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6. Quê quán: </w:t>
      </w:r>
      <w:r w:rsidRPr="00E3533B">
        <w:rPr>
          <w:rFonts w:ascii="Times New Roman" w:hAnsi="Times New Roman" w:cs="Times New Roman"/>
          <w:color w:val="000000"/>
          <w:sz w:val="28"/>
          <w:szCs w:val="28"/>
        </w:rPr>
        <w:t>Thôn 2, xã Hồng Châu, thành phố Hải Phòng.</w:t>
      </w:r>
    </w:p>
    <w:p w14:paraId="215BBFB3" w14:textId="77777777" w:rsidR="001C0339" w:rsidRPr="00E3533B" w:rsidRDefault="005425C1" w:rsidP="00E3533B">
      <w:pPr>
        <w:spacing w:before="120" w:after="120"/>
        <w:rPr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8. Nơi ở hiện nay: </w:t>
      </w:r>
      <w:r w:rsidRPr="00E3533B">
        <w:rPr>
          <w:rFonts w:ascii="Times New Roman" w:hAnsi="Times New Roman" w:cs="Times New Roman"/>
          <w:color w:val="000000"/>
          <w:sz w:val="28"/>
          <w:szCs w:val="28"/>
        </w:rPr>
        <w:t>Thôn 2, xã Hồng Châu, thành phố Hải Phòng.</w:t>
      </w:r>
    </w:p>
    <w:p w14:paraId="57D607D9" w14:textId="77777777" w:rsidR="001C0339" w:rsidRPr="00E3533B" w:rsidRDefault="005425C1" w:rsidP="00E3533B">
      <w:pPr>
        <w:spacing w:before="120" w:after="120"/>
        <w:rPr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9. Dân tộc: </w:t>
      </w:r>
      <w:r w:rsidRPr="00E3533B">
        <w:rPr>
          <w:rFonts w:ascii="Times New Roman" w:hAnsi="Times New Roman" w:cs="Times New Roman"/>
          <w:color w:val="000000"/>
          <w:sz w:val="28"/>
          <w:szCs w:val="28"/>
        </w:rPr>
        <w:t>Kinh</w:t>
      </w:r>
    </w:p>
    <w:p w14:paraId="48F7F728" w14:textId="77777777" w:rsidR="001C0339" w:rsidRPr="00E3533B" w:rsidRDefault="005425C1" w:rsidP="00E3533B">
      <w:pPr>
        <w:spacing w:before="120" w:after="120"/>
        <w:rPr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10. Tôn giáo: </w:t>
      </w:r>
      <w:r w:rsidRPr="00E3533B">
        <w:rPr>
          <w:rFonts w:ascii="Times New Roman" w:hAnsi="Times New Roman" w:cs="Times New Roman"/>
          <w:color w:val="000000"/>
          <w:sz w:val="28"/>
          <w:szCs w:val="28"/>
        </w:rPr>
        <w:t>Không</w:t>
      </w:r>
    </w:p>
    <w:p w14:paraId="6BD1A5E0" w14:textId="77777777" w:rsidR="001C0339" w:rsidRPr="00E3533B" w:rsidRDefault="005425C1" w:rsidP="00E3533B">
      <w:pPr>
        <w:spacing w:before="120" w:after="120"/>
        <w:rPr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z w:val="28"/>
          <w:szCs w:val="28"/>
        </w:rPr>
        <w:t>11. Trình độ:</w:t>
      </w:r>
    </w:p>
    <w:p w14:paraId="64D5753D" w14:textId="77777777" w:rsidR="001C0339" w:rsidRPr="00E3533B" w:rsidRDefault="005425C1" w:rsidP="00E3533B">
      <w:pPr>
        <w:spacing w:before="120" w:after="120"/>
        <w:ind w:left="432"/>
        <w:rPr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Trình độ văn hoá: </w:t>
      </w:r>
      <w:r w:rsidRPr="00E3533B">
        <w:rPr>
          <w:rFonts w:ascii="Times New Roman" w:hAnsi="Times New Roman" w:cs="Times New Roman"/>
          <w:color w:val="000000"/>
          <w:sz w:val="28"/>
          <w:szCs w:val="28"/>
        </w:rPr>
        <w:t>12/12</w:t>
      </w:r>
    </w:p>
    <w:p w14:paraId="6BFF9088" w14:textId="77777777" w:rsidR="001C0339" w:rsidRPr="00E3533B" w:rsidRDefault="005425C1" w:rsidP="00E3533B">
      <w:pPr>
        <w:spacing w:before="120" w:after="120"/>
        <w:ind w:left="432"/>
        <w:rPr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Chuyên môn, nghiệp vụ: </w:t>
      </w:r>
      <w:r w:rsidRPr="00E3533B">
        <w:rPr>
          <w:rFonts w:ascii="Times New Roman" w:hAnsi="Times New Roman" w:cs="Times New Roman"/>
          <w:color w:val="000000"/>
          <w:sz w:val="28"/>
          <w:szCs w:val="28"/>
        </w:rPr>
        <w:t>Không</w:t>
      </w:r>
    </w:p>
    <w:p w14:paraId="46589669" w14:textId="77777777" w:rsidR="001C0339" w:rsidRPr="00E3533B" w:rsidRDefault="005425C1" w:rsidP="00E3533B">
      <w:pPr>
        <w:spacing w:before="120" w:after="120"/>
        <w:ind w:left="432"/>
        <w:rPr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Lý luận chính trị: </w:t>
      </w:r>
      <w:r w:rsidRPr="00E3533B">
        <w:rPr>
          <w:rFonts w:ascii="Times New Roman" w:hAnsi="Times New Roman" w:cs="Times New Roman"/>
          <w:color w:val="000000"/>
          <w:sz w:val="28"/>
          <w:szCs w:val="28"/>
        </w:rPr>
        <w:t>Sơ cấp</w:t>
      </w:r>
    </w:p>
    <w:p w14:paraId="4F8F0E4A" w14:textId="77777777" w:rsidR="001C0339" w:rsidRPr="00E3533B" w:rsidRDefault="005425C1" w:rsidP="00E3533B">
      <w:pPr>
        <w:spacing w:before="120" w:after="120"/>
        <w:ind w:left="432"/>
        <w:rPr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Ngoại ngữ: </w:t>
      </w:r>
      <w:r w:rsidRPr="00E3533B">
        <w:rPr>
          <w:rFonts w:ascii="Times New Roman" w:hAnsi="Times New Roman" w:cs="Times New Roman"/>
          <w:color w:val="000000"/>
          <w:sz w:val="28"/>
          <w:szCs w:val="28"/>
        </w:rPr>
        <w:t>Không</w:t>
      </w:r>
    </w:p>
    <w:p w14:paraId="3E24060C" w14:textId="77777777" w:rsidR="001C0339" w:rsidRPr="00E3533B" w:rsidRDefault="005425C1" w:rsidP="00E3533B">
      <w:pPr>
        <w:spacing w:before="120" w:after="120"/>
        <w:rPr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12. Chức vụ công tác hiện nay: </w:t>
      </w:r>
      <w:r w:rsidRPr="00E3533B">
        <w:rPr>
          <w:rFonts w:ascii="Times New Roman" w:hAnsi="Times New Roman" w:cs="Times New Roman"/>
          <w:color w:val="000000"/>
          <w:sz w:val="28"/>
          <w:szCs w:val="28"/>
        </w:rPr>
        <w:t>Phó Bí thư chi bộ, Trưởng thôn 2.</w:t>
      </w:r>
    </w:p>
    <w:p w14:paraId="0708DA0C" w14:textId="77777777" w:rsidR="001C0339" w:rsidRPr="00E3533B" w:rsidRDefault="005425C1" w:rsidP="00E3533B">
      <w:pPr>
        <w:spacing w:before="120" w:after="120"/>
        <w:rPr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13. Nơi công tác: </w:t>
      </w:r>
      <w:r w:rsidRPr="00E3533B">
        <w:rPr>
          <w:rFonts w:ascii="Times New Roman" w:hAnsi="Times New Roman" w:cs="Times New Roman"/>
          <w:color w:val="000000"/>
          <w:sz w:val="28"/>
          <w:szCs w:val="28"/>
        </w:rPr>
        <w:t>Thôn 2, xã Hồng Châu, thành phố Hải Phòng.</w:t>
      </w:r>
    </w:p>
    <w:p w14:paraId="79A1B01C" w14:textId="77777777" w:rsidR="001C0339" w:rsidRPr="00E3533B" w:rsidRDefault="005425C1" w:rsidP="00E3533B">
      <w:pPr>
        <w:spacing w:before="120" w:after="120"/>
        <w:rPr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14. Đảng viên: </w:t>
      </w:r>
      <w:r w:rsidRPr="00E3533B">
        <w:rPr>
          <w:rFonts w:ascii="Times New Roman" w:hAnsi="Times New Roman" w:cs="Times New Roman"/>
          <w:color w:val="000000"/>
          <w:sz w:val="28"/>
          <w:szCs w:val="28"/>
        </w:rPr>
        <w:t>Có</w:t>
      </w:r>
    </w:p>
    <w:p w14:paraId="4AEE1363" w14:textId="77777777" w:rsidR="001C0339" w:rsidRPr="00E3533B" w:rsidRDefault="005425C1" w:rsidP="00E3533B">
      <w:pPr>
        <w:spacing w:before="120" w:after="120"/>
        <w:ind w:left="432"/>
        <w:rPr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Ngày vào Đảng: </w:t>
      </w:r>
      <w:r w:rsidRPr="00E3533B">
        <w:rPr>
          <w:rFonts w:ascii="Times New Roman" w:hAnsi="Times New Roman" w:cs="Times New Roman"/>
          <w:color w:val="000000"/>
          <w:sz w:val="28"/>
          <w:szCs w:val="28"/>
        </w:rPr>
        <w:t>09/06/2023</w:t>
      </w:r>
    </w:p>
    <w:p w14:paraId="2A6AA87D" w14:textId="60428D36" w:rsidR="001C0339" w:rsidRPr="00E3533B" w:rsidRDefault="005425C1" w:rsidP="00E3533B">
      <w:pPr>
        <w:spacing w:before="120" w:after="120"/>
        <w:ind w:left="432"/>
        <w:rPr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Ngày chính thức: </w:t>
      </w:r>
      <w:r w:rsidRPr="00E3533B">
        <w:rPr>
          <w:rFonts w:ascii="Times New Roman" w:hAnsi="Times New Roman" w:cs="Times New Roman"/>
          <w:color w:val="000000"/>
          <w:sz w:val="28"/>
          <w:szCs w:val="28"/>
        </w:rPr>
        <w:t xml:space="preserve">09/06/2024                </w:t>
      </w:r>
    </w:p>
    <w:p w14:paraId="58CE8FFC" w14:textId="77777777" w:rsidR="001C0339" w:rsidRPr="00E3533B" w:rsidRDefault="005425C1" w:rsidP="00E3533B">
      <w:pPr>
        <w:spacing w:before="120" w:after="120"/>
        <w:ind w:left="432"/>
        <w:rPr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Chức vụ trong Đảng: </w:t>
      </w:r>
      <w:r w:rsidRPr="00E3533B">
        <w:rPr>
          <w:rFonts w:ascii="Times New Roman" w:hAnsi="Times New Roman" w:cs="Times New Roman"/>
          <w:color w:val="000000"/>
          <w:sz w:val="28"/>
          <w:szCs w:val="28"/>
        </w:rPr>
        <w:t>Phó Bí thư chi bộ Thôn 2, xã Hồng Châu, thành phố Hải Phòng.</w:t>
      </w:r>
    </w:p>
    <w:p w14:paraId="0776A8D1" w14:textId="77777777" w:rsidR="001C0339" w:rsidRPr="00E3533B" w:rsidRDefault="005425C1" w:rsidP="00E3533B">
      <w:pPr>
        <w:spacing w:before="120" w:after="120"/>
        <w:rPr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z w:val="28"/>
          <w:szCs w:val="28"/>
        </w:rPr>
        <w:t>15. Tham gia làm thành viên của các tổ chức đoàn thể khác:</w:t>
      </w:r>
    </w:p>
    <w:p w14:paraId="6E370D79" w14:textId="1FAC4F87" w:rsidR="001C0339" w:rsidRPr="00E3533B" w:rsidRDefault="005425C1" w:rsidP="00E3533B">
      <w:pPr>
        <w:spacing w:before="120" w:after="120"/>
        <w:ind w:left="432"/>
        <w:rPr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Tên tổ chức đoàn thể: </w:t>
      </w:r>
      <w:r w:rsidRPr="00E3533B">
        <w:rPr>
          <w:rFonts w:ascii="Times New Roman" w:hAnsi="Times New Roman" w:cs="Times New Roman"/>
          <w:color w:val="000000"/>
          <w:sz w:val="28"/>
          <w:szCs w:val="28"/>
        </w:rPr>
        <w:t>Chi hội Phụ nữ thôn 2</w:t>
      </w:r>
      <w:r w:rsidR="00F160A9">
        <w:rPr>
          <w:rFonts w:ascii="Times New Roman" w:hAnsi="Times New Roman" w:cs="Times New Roman"/>
          <w:color w:val="000000"/>
          <w:sz w:val="28"/>
          <w:szCs w:val="28"/>
        </w:rPr>
        <w:t>, Xã Hồng Châu, thành phố Hải Phòng.</w:t>
      </w:r>
    </w:p>
    <w:p w14:paraId="510CD9F6" w14:textId="77777777" w:rsidR="001C0339" w:rsidRPr="00E3533B" w:rsidRDefault="005425C1" w:rsidP="00E3533B">
      <w:pPr>
        <w:spacing w:before="120" w:after="120"/>
        <w:ind w:left="432"/>
        <w:rPr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Chức vụ trong từng tổ chức đoàn thể: </w:t>
      </w:r>
      <w:r w:rsidRPr="00E3533B">
        <w:rPr>
          <w:rFonts w:ascii="Times New Roman" w:hAnsi="Times New Roman" w:cs="Times New Roman"/>
          <w:color w:val="000000"/>
          <w:sz w:val="28"/>
          <w:szCs w:val="28"/>
        </w:rPr>
        <w:t>Chi hội trưởng Chi hội Phụ nữ thôn 2, xã Hồng Châu, thành phố Hải Phòng.</w:t>
      </w:r>
    </w:p>
    <w:p w14:paraId="751287B5" w14:textId="77777777" w:rsidR="001C0339" w:rsidRPr="00E3533B" w:rsidRDefault="005425C1" w:rsidP="00E3533B">
      <w:pPr>
        <w:spacing w:before="120" w:after="120"/>
        <w:rPr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16. Tình trạng sức khỏe: </w:t>
      </w:r>
      <w:r w:rsidRPr="00E3533B">
        <w:rPr>
          <w:rFonts w:ascii="Times New Roman" w:hAnsi="Times New Roman" w:cs="Times New Roman"/>
          <w:color w:val="000000"/>
          <w:sz w:val="28"/>
          <w:szCs w:val="28"/>
        </w:rPr>
        <w:t>Tốt</w:t>
      </w:r>
    </w:p>
    <w:p w14:paraId="62ED26AF" w14:textId="2C5A099A" w:rsidR="001C0339" w:rsidRPr="00805FDC" w:rsidRDefault="005425C1" w:rsidP="00E3533B">
      <w:pPr>
        <w:spacing w:before="120" w:after="120"/>
        <w:rPr>
          <w:spacing w:val="-6"/>
          <w:sz w:val="28"/>
          <w:szCs w:val="28"/>
        </w:rPr>
      </w:pPr>
      <w:r w:rsidRPr="00805FDC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 xml:space="preserve">17. Các hình thức khen thưởng: </w:t>
      </w:r>
      <w:r w:rsidR="008A57A6" w:rsidRPr="00805FDC">
        <w:rPr>
          <w:rFonts w:ascii="Times New Roman" w:hAnsi="Times New Roman" w:cs="Times New Roman"/>
          <w:color w:val="000000"/>
          <w:spacing w:val="-6"/>
          <w:sz w:val="28"/>
          <w:szCs w:val="28"/>
        </w:rPr>
        <w:t>Giấy khen của Chủ tịch UBND</w:t>
      </w:r>
      <w:r w:rsidR="00805FDC" w:rsidRPr="00805FDC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do có thành tích xuất sắc trong phong trào xây dựng nông thôn mới</w:t>
      </w:r>
      <w:r w:rsidR="008A57A6" w:rsidRPr="00805FDC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xã giai đoạn 2020-2030, Giấy khen của </w:t>
      </w:r>
      <w:r w:rsidR="00805FDC" w:rsidRPr="00805FDC">
        <w:rPr>
          <w:rFonts w:ascii="Times New Roman" w:hAnsi="Times New Roman" w:cs="Times New Roman"/>
          <w:color w:val="000000"/>
          <w:spacing w:val="-6"/>
          <w:sz w:val="28"/>
          <w:szCs w:val="28"/>
        </w:rPr>
        <w:t>Ban chấp hành Đảng bộ xã năm 2024 do có thành tích xuất sắc nhiệm vụ năm 2024</w:t>
      </w:r>
    </w:p>
    <w:p w14:paraId="62E55435" w14:textId="152F35B6" w:rsidR="00E3533B" w:rsidRPr="00805FDC" w:rsidRDefault="005425C1" w:rsidP="00805FDC">
      <w:pPr>
        <w:spacing w:before="120" w:after="120"/>
        <w:rPr>
          <w:spacing w:val="-6"/>
          <w:sz w:val="28"/>
          <w:szCs w:val="28"/>
        </w:rPr>
      </w:pPr>
      <w:r w:rsidRPr="00E3533B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 xml:space="preserve">18. Các hình thức kỷ luật, xử lý vi phạm đã bị áp dụng (Đảng, chính quyền, đoàn thể): </w:t>
      </w:r>
      <w:r w:rsidRPr="00E3533B">
        <w:rPr>
          <w:rFonts w:ascii="Times New Roman" w:hAnsi="Times New Roman" w:cs="Times New Roman"/>
          <w:color w:val="000000"/>
          <w:spacing w:val="-6"/>
          <w:sz w:val="28"/>
          <w:szCs w:val="28"/>
        </w:rPr>
        <w:t>Không bị kỷ luật, không có án tích.</w:t>
      </w:r>
    </w:p>
    <w:p w14:paraId="12DC729D" w14:textId="77777777" w:rsidR="001C0339" w:rsidRPr="005425C1" w:rsidRDefault="005425C1" w:rsidP="00E3533B">
      <w:pPr>
        <w:spacing w:before="120" w:after="120"/>
        <w:jc w:val="center"/>
        <w:rPr>
          <w:sz w:val="30"/>
          <w:szCs w:val="28"/>
        </w:rPr>
      </w:pPr>
      <w:r w:rsidRPr="005425C1">
        <w:rPr>
          <w:rFonts w:ascii="Times New Roman" w:hAnsi="Times New Roman" w:cs="Times New Roman"/>
          <w:b/>
          <w:color w:val="000000"/>
          <w:sz w:val="30"/>
          <w:szCs w:val="28"/>
        </w:rPr>
        <w:t>TÓM TẮT QUÁ TRÌNH CÔNG TÁC</w:t>
      </w:r>
    </w:p>
    <w:p w14:paraId="2E25A017" w14:textId="77777777" w:rsidR="001C0339" w:rsidRPr="005425C1" w:rsidRDefault="005425C1" w:rsidP="005425C1">
      <w:pPr>
        <w:spacing w:before="120" w:after="120"/>
        <w:ind w:left="289"/>
        <w:jc w:val="both"/>
        <w:rPr>
          <w:sz w:val="28"/>
          <w:szCs w:val="28"/>
        </w:rPr>
      </w:pPr>
      <w:r w:rsidRPr="005425C1">
        <w:rPr>
          <w:rFonts w:ascii="Times New Roman" w:hAnsi="Times New Roman" w:cs="Times New Roman"/>
          <w:color w:val="000000"/>
          <w:sz w:val="28"/>
          <w:szCs w:val="28"/>
        </w:rPr>
        <w:t>- Từ tháng 06/2006 đến tháng 03/2021: Là Chi hội phó Chi hội Phụ nữ thôn 2, cộng tác viên dân số xã phụ trách thôn 2.</w:t>
      </w:r>
    </w:p>
    <w:p w14:paraId="747B6EE4" w14:textId="2C59B05C" w:rsidR="001C0339" w:rsidRDefault="005425C1" w:rsidP="005425C1">
      <w:pPr>
        <w:spacing w:before="120" w:after="120"/>
        <w:ind w:left="28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25C1">
        <w:rPr>
          <w:rFonts w:ascii="Times New Roman" w:hAnsi="Times New Roman" w:cs="Times New Roman"/>
          <w:color w:val="000000"/>
          <w:sz w:val="28"/>
          <w:szCs w:val="28"/>
        </w:rPr>
        <w:t xml:space="preserve">- Từ tháng 04/2021 đến tháng </w:t>
      </w:r>
      <w:r w:rsidR="008A57A6">
        <w:rPr>
          <w:rFonts w:ascii="Times New Roman" w:hAnsi="Times New Roman" w:cs="Times New Roman"/>
          <w:color w:val="000000"/>
          <w:sz w:val="28"/>
          <w:szCs w:val="28"/>
        </w:rPr>
        <w:t>7/2024</w:t>
      </w:r>
      <w:r w:rsidRPr="005425C1">
        <w:rPr>
          <w:rFonts w:ascii="Times New Roman" w:hAnsi="Times New Roman" w:cs="Times New Roman"/>
          <w:color w:val="000000"/>
          <w:sz w:val="28"/>
          <w:szCs w:val="28"/>
        </w:rPr>
        <w:t xml:space="preserve">: Là Ủy viên Ban Thường vụ </w:t>
      </w:r>
      <w:r w:rsidR="00F160A9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5425C1">
        <w:rPr>
          <w:rFonts w:ascii="Times New Roman" w:hAnsi="Times New Roman" w:cs="Times New Roman"/>
          <w:color w:val="000000"/>
          <w:sz w:val="28"/>
          <w:szCs w:val="28"/>
        </w:rPr>
        <w:t>ội Phụ nữ xã Văn Hội, huyện Ninh Giang, tỉnh Hải Dương; Chi hội phó Chi hội Phụ nữ thôn 2; cộng tác viên dân số xã phụ trách thôn 2.</w:t>
      </w:r>
    </w:p>
    <w:p w14:paraId="0B628429" w14:textId="63E65441" w:rsidR="008A57A6" w:rsidRPr="008A57A6" w:rsidRDefault="008A57A6" w:rsidP="005425C1">
      <w:pPr>
        <w:spacing w:before="120" w:after="120"/>
        <w:ind w:left="28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57A6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Từ tháng 08/2024 đến tháng 10/2024: Là Ủy viên Ban Thường vụ hội Phụ nữ xã Văn Hội, Chi hội phó Chi hội Phụ nữ thôn 2, </w:t>
      </w:r>
      <w:r w:rsidR="00E304CC">
        <w:rPr>
          <w:rFonts w:ascii="Times New Roman" w:hAnsi="Times New Roman" w:cs="Times New Roman"/>
          <w:color w:val="000000"/>
          <w:spacing w:val="-6"/>
          <w:sz w:val="28"/>
          <w:szCs w:val="28"/>
        </w:rPr>
        <w:t>C</w:t>
      </w:r>
      <w:r w:rsidRPr="008A57A6">
        <w:rPr>
          <w:rFonts w:ascii="Times New Roman" w:hAnsi="Times New Roman" w:cs="Times New Roman"/>
          <w:color w:val="000000"/>
          <w:spacing w:val="-6"/>
          <w:sz w:val="28"/>
          <w:szCs w:val="28"/>
        </w:rPr>
        <w:t>ộng tác viên dân số xã phụ trách thôn 2, thành viên tổ An ninh cơ sở thôn 2 xã Văn Hội, huyện Ninh Giang, tỉnh Hải Dương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E5A072E" w14:textId="01807A48" w:rsidR="001C0339" w:rsidRPr="005425C1" w:rsidRDefault="005425C1" w:rsidP="005425C1">
      <w:pPr>
        <w:spacing w:before="120" w:after="120"/>
        <w:ind w:left="289"/>
        <w:jc w:val="both"/>
        <w:rPr>
          <w:sz w:val="28"/>
          <w:szCs w:val="28"/>
        </w:rPr>
      </w:pPr>
      <w:r w:rsidRPr="005425C1">
        <w:rPr>
          <w:rFonts w:ascii="Times New Roman" w:hAnsi="Times New Roman" w:cs="Times New Roman"/>
          <w:color w:val="000000"/>
          <w:sz w:val="28"/>
          <w:szCs w:val="28"/>
        </w:rPr>
        <w:t xml:space="preserve">- Từ tháng 11/2024 đến tháng 06/2025: Là Chi ủy viên, Phó Trưởng thôn 2; Ủy viên Ban Thường vụ </w:t>
      </w:r>
      <w:r w:rsidR="00F160A9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5425C1">
        <w:rPr>
          <w:rFonts w:ascii="Times New Roman" w:hAnsi="Times New Roman" w:cs="Times New Roman"/>
          <w:color w:val="000000"/>
          <w:sz w:val="28"/>
          <w:szCs w:val="28"/>
        </w:rPr>
        <w:t>ội Phụ nữ xã Văn Hội, huyện Ninh Giang, tỉnh Hải Dương; Chi hội phó Chi hội Phụ nữ thôn 2; cộng tác viên dân số xã phụ trách thôn 2.</w:t>
      </w:r>
    </w:p>
    <w:p w14:paraId="1ED24E59" w14:textId="77777777" w:rsidR="001C0339" w:rsidRPr="005425C1" w:rsidRDefault="005425C1" w:rsidP="005425C1">
      <w:pPr>
        <w:spacing w:before="120" w:after="120"/>
        <w:ind w:left="289"/>
        <w:jc w:val="both"/>
        <w:rPr>
          <w:sz w:val="28"/>
          <w:szCs w:val="28"/>
        </w:rPr>
      </w:pPr>
      <w:r w:rsidRPr="005425C1">
        <w:rPr>
          <w:rFonts w:ascii="Times New Roman" w:hAnsi="Times New Roman" w:cs="Times New Roman"/>
          <w:color w:val="000000"/>
          <w:sz w:val="28"/>
          <w:szCs w:val="28"/>
        </w:rPr>
        <w:t>- Từ tháng 07/2025 đến tháng 06/2026: Là Chi ủy viên, Phó Trưởng thôn 2; Ủy viên Ban Thường vụ Hội Phụ nữ xã; Chi hội phó Chi hội Phụ nữ thôn 2; thành viên Lực lượng bảo vệ ANTT ở cơ sở thôn 2 xã Văn Hội, huyện Ninh Giang, tỉnh Hải Dương; cộng tác viên dân số xã phụ trách thôn 2.</w:t>
      </w:r>
    </w:p>
    <w:p w14:paraId="05146F9F" w14:textId="7C3616A5" w:rsidR="001C0339" w:rsidRPr="005425C1" w:rsidRDefault="005425C1" w:rsidP="005425C1">
      <w:pPr>
        <w:spacing w:before="120" w:after="120"/>
        <w:ind w:left="289"/>
        <w:jc w:val="both"/>
        <w:rPr>
          <w:sz w:val="28"/>
          <w:szCs w:val="28"/>
        </w:rPr>
      </w:pPr>
      <w:r w:rsidRPr="005425C1">
        <w:rPr>
          <w:rFonts w:ascii="Times New Roman" w:hAnsi="Times New Roman" w:cs="Times New Roman"/>
          <w:color w:val="000000"/>
          <w:sz w:val="28"/>
          <w:szCs w:val="28"/>
        </w:rPr>
        <w:t xml:space="preserve">- Từ tháng 07/2026 đến tháng 10/2026: Là Chi ủy viên, Phó Trưởng thôn 2; Ủy viên Ban Thường vụ </w:t>
      </w:r>
      <w:r w:rsidR="00F160A9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5425C1">
        <w:rPr>
          <w:rFonts w:ascii="Times New Roman" w:hAnsi="Times New Roman" w:cs="Times New Roman"/>
          <w:color w:val="000000"/>
          <w:sz w:val="28"/>
          <w:szCs w:val="28"/>
        </w:rPr>
        <w:t>ội Phụ nữ xã; Chi hội trưởng Chi hội Phụ nữ thôn 2, xã Hồng Châu, thành phố Hải Phòng.</w:t>
      </w:r>
    </w:p>
    <w:sectPr w:rsidR="001C0339" w:rsidRPr="005425C1" w:rsidSect="006673E5">
      <w:pgSz w:w="16840" w:h="23808" w:code="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720405">
    <w:abstractNumId w:val="8"/>
  </w:num>
  <w:num w:numId="2" w16cid:durableId="1166090549">
    <w:abstractNumId w:val="6"/>
  </w:num>
  <w:num w:numId="3" w16cid:durableId="1367945090">
    <w:abstractNumId w:val="5"/>
  </w:num>
  <w:num w:numId="4" w16cid:durableId="1053044066">
    <w:abstractNumId w:val="4"/>
  </w:num>
  <w:num w:numId="5" w16cid:durableId="1803189761">
    <w:abstractNumId w:val="7"/>
  </w:num>
  <w:num w:numId="6" w16cid:durableId="1838378376">
    <w:abstractNumId w:val="3"/>
  </w:num>
  <w:num w:numId="7" w16cid:durableId="66389941">
    <w:abstractNumId w:val="2"/>
  </w:num>
  <w:num w:numId="8" w16cid:durableId="615598479">
    <w:abstractNumId w:val="1"/>
  </w:num>
  <w:num w:numId="9" w16cid:durableId="1696268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0339"/>
    <w:rsid w:val="0029639D"/>
    <w:rsid w:val="00326F90"/>
    <w:rsid w:val="005425C1"/>
    <w:rsid w:val="006673E5"/>
    <w:rsid w:val="007E3194"/>
    <w:rsid w:val="00805FDC"/>
    <w:rsid w:val="008A57A6"/>
    <w:rsid w:val="00AA1D8D"/>
    <w:rsid w:val="00AF5E05"/>
    <w:rsid w:val="00B47730"/>
    <w:rsid w:val="00CB0664"/>
    <w:rsid w:val="00E304CC"/>
    <w:rsid w:val="00E3533B"/>
    <w:rsid w:val="00F160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8FD0E6"/>
  <w14:defaultImageDpi w14:val="300"/>
  <w15:docId w15:val="{81C67DB3-4925-45C9-92D3-489BF8DC3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E70F2B-FB94-4746-A8AF-95B46970B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HBK</cp:lastModifiedBy>
  <cp:revision>2</cp:revision>
  <dcterms:created xsi:type="dcterms:W3CDTF">2026-11-01T02:23:00Z</dcterms:created>
  <dcterms:modified xsi:type="dcterms:W3CDTF">2026-11-01T02:23:00Z</dcterms:modified>
  <cp:category/>
</cp:coreProperties>
</file>