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24735" w14:textId="77777777" w:rsidR="00940357" w:rsidRPr="00192D07" w:rsidRDefault="00000000">
      <w:pPr>
        <w:pStyle w:val="Title"/>
        <w:jc w:val="center"/>
        <w:rPr>
          <w:rFonts w:ascii="Times New Roman" w:hAnsi="Times New Roman" w:cs="Times New Roman"/>
          <w:color w:val="auto"/>
          <w:sz w:val="40"/>
          <w:szCs w:val="40"/>
        </w:rPr>
      </w:pPr>
      <w:r w:rsidRPr="00192D07">
        <w:rPr>
          <w:rFonts w:ascii="Times New Roman" w:hAnsi="Times New Roman" w:cs="Times New Roman"/>
          <w:color w:val="auto"/>
          <w:sz w:val="40"/>
          <w:szCs w:val="40"/>
        </w:rPr>
        <w:t>DANH MỤC CHI TIẾT CÁC GÓI SẢN PHẨM DU LỊCH TRỌNG ĐIỂM, KÍCH CẦU THU-ĐÔNG HẢI PHÒNG</w:t>
      </w:r>
    </w:p>
    <w:p w14:paraId="03829100" w14:textId="77777777" w:rsidR="00940357" w:rsidRPr="00192D07" w:rsidRDefault="00000000">
      <w:pPr>
        <w:pStyle w:val="Heading1"/>
        <w:rPr>
          <w:rFonts w:ascii="Times New Roman" w:hAnsi="Times New Roman" w:cs="Times New Roman"/>
          <w:color w:val="auto"/>
        </w:rPr>
      </w:pPr>
      <w:r w:rsidRPr="00192D07">
        <w:rPr>
          <w:rFonts w:ascii="Times New Roman" w:hAnsi="Times New Roman" w:cs="Times New Roman"/>
          <w:color w:val="auto"/>
        </w:rPr>
        <w:t>Phụ lục: Các Gói Combo Hội nghị (MICE), Trải nghiệm Đô thị, Tâm linh &amp; Khách phương xa</w:t>
      </w:r>
    </w:p>
    <w:tbl>
      <w:tblPr>
        <w:tblStyle w:val="TableGrid"/>
        <w:tblW w:w="13957" w:type="dxa"/>
        <w:tblInd w:w="-1062" w:type="dxa"/>
        <w:tblLayout w:type="fixed"/>
        <w:tblLook w:val="04A0" w:firstRow="1" w:lastRow="0" w:firstColumn="1" w:lastColumn="0" w:noHBand="0" w:noVBand="1"/>
      </w:tblPr>
      <w:tblGrid>
        <w:gridCol w:w="900"/>
        <w:gridCol w:w="1710"/>
        <w:gridCol w:w="2275"/>
        <w:gridCol w:w="2693"/>
        <w:gridCol w:w="1134"/>
        <w:gridCol w:w="992"/>
        <w:gridCol w:w="1559"/>
        <w:gridCol w:w="1701"/>
        <w:gridCol w:w="993"/>
      </w:tblGrid>
      <w:tr w:rsidR="004C2FE3" w:rsidRPr="009A2F73" w14:paraId="4AF7F2FC" w14:textId="3F36C1FC" w:rsidTr="00B67659">
        <w:tc>
          <w:tcPr>
            <w:tcW w:w="900" w:type="dxa"/>
          </w:tcPr>
          <w:p w14:paraId="4301712F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b/>
                <w:sz w:val="24"/>
                <w:szCs w:val="24"/>
              </w:rPr>
              <w:t>STT</w:t>
            </w:r>
          </w:p>
        </w:tc>
        <w:tc>
          <w:tcPr>
            <w:tcW w:w="1710" w:type="dxa"/>
          </w:tcPr>
          <w:p w14:paraId="295FFD27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b/>
                <w:sz w:val="24"/>
                <w:szCs w:val="24"/>
              </w:rPr>
              <w:t>Sản phẩm</w:t>
            </w:r>
          </w:p>
        </w:tc>
        <w:tc>
          <w:tcPr>
            <w:tcW w:w="2275" w:type="dxa"/>
          </w:tcPr>
          <w:p w14:paraId="627F9C47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b/>
                <w:sz w:val="24"/>
                <w:szCs w:val="24"/>
              </w:rPr>
              <w:t>Đơn vị cung ứng tham gia</w:t>
            </w:r>
          </w:p>
        </w:tc>
        <w:tc>
          <w:tcPr>
            <w:tcW w:w="2693" w:type="dxa"/>
          </w:tcPr>
          <w:p w14:paraId="549B4B33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b/>
                <w:sz w:val="24"/>
                <w:szCs w:val="24"/>
              </w:rPr>
              <w:t>Đơn vị lữ hành khai thác</w:t>
            </w:r>
          </w:p>
        </w:tc>
        <w:tc>
          <w:tcPr>
            <w:tcW w:w="1134" w:type="dxa"/>
          </w:tcPr>
          <w:p w14:paraId="64A0C395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b/>
                <w:sz w:val="24"/>
                <w:szCs w:val="24"/>
              </w:rPr>
              <w:t>Quốc tế</w:t>
            </w:r>
          </w:p>
        </w:tc>
        <w:tc>
          <w:tcPr>
            <w:tcW w:w="992" w:type="dxa"/>
          </w:tcPr>
          <w:p w14:paraId="067C2617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b/>
                <w:sz w:val="24"/>
                <w:szCs w:val="24"/>
              </w:rPr>
              <w:t>Nội địa</w:t>
            </w:r>
          </w:p>
        </w:tc>
        <w:tc>
          <w:tcPr>
            <w:tcW w:w="1559" w:type="dxa"/>
          </w:tcPr>
          <w:p w14:paraId="6F7A5F43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b/>
                <w:sz w:val="24"/>
                <w:szCs w:val="24"/>
              </w:rPr>
              <w:t>Thời gian khai thác</w:t>
            </w:r>
          </w:p>
        </w:tc>
        <w:tc>
          <w:tcPr>
            <w:tcW w:w="1701" w:type="dxa"/>
          </w:tcPr>
          <w:p w14:paraId="44A58E11" w14:textId="467BF5D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b/>
                <w:sz w:val="24"/>
                <w:szCs w:val="24"/>
              </w:rPr>
              <w:t>Doanh thu dự kiến</w:t>
            </w:r>
            <w:r w:rsidR="00B67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(đồng)</w:t>
            </w:r>
          </w:p>
        </w:tc>
        <w:tc>
          <w:tcPr>
            <w:tcW w:w="993" w:type="dxa"/>
          </w:tcPr>
          <w:p w14:paraId="32BCA4CF" w14:textId="65DA2045" w:rsidR="004C2FE3" w:rsidRPr="009A2F73" w:rsidRDefault="004C2F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Ghi chú</w:t>
            </w:r>
          </w:p>
        </w:tc>
      </w:tr>
      <w:tr w:rsidR="004C2FE3" w:rsidRPr="009A2F73" w14:paraId="01526068" w14:textId="0A0B5EE3" w:rsidTr="00B67659">
        <w:tc>
          <w:tcPr>
            <w:tcW w:w="900" w:type="dxa"/>
          </w:tcPr>
          <w:p w14:paraId="25319C85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</w:tcPr>
          <w:p w14:paraId="7B4E4E2A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Combo Hội nghị Nội đô &amp; Tiệc cuối năm đẳng cấp</w:t>
            </w:r>
          </w:p>
        </w:tc>
        <w:tc>
          <w:tcPr>
            <w:tcW w:w="2275" w:type="dxa"/>
          </w:tcPr>
          <w:p w14:paraId="061995C6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- Khách sạn Pullman Hải Phòng</w:t>
            </w:r>
            <w:r w:rsidRPr="009A2F73">
              <w:rPr>
                <w:rFonts w:ascii="Times New Roman" w:hAnsi="Times New Roman" w:cs="Times New Roman"/>
                <w:sz w:val="24"/>
                <w:szCs w:val="24"/>
              </w:rPr>
              <w:br/>
              <w:t>- Khách sạn Mercure Hai Phong</w:t>
            </w:r>
          </w:p>
        </w:tc>
        <w:tc>
          <w:tcPr>
            <w:tcW w:w="2693" w:type="dxa"/>
          </w:tcPr>
          <w:p w14:paraId="0221D7E7" w14:textId="77777777" w:rsidR="004C2FE3" w:rsidRDefault="004C2F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Vietravel Chi nhánh Hải Phòng</w:t>
            </w: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r w:rsidRPr="009A2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Saigon</w:t>
            </w:r>
          </w:p>
          <w:p w14:paraId="1E9391CB" w14:textId="229325E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tourist Hải Phòng</w:t>
            </w:r>
          </w:p>
        </w:tc>
        <w:tc>
          <w:tcPr>
            <w:tcW w:w="1134" w:type="dxa"/>
          </w:tcPr>
          <w:p w14:paraId="1E4CC974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14:paraId="02D91D2B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14:paraId="722D2936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10/2026 - 3/2027</w:t>
            </w:r>
          </w:p>
        </w:tc>
        <w:tc>
          <w:tcPr>
            <w:tcW w:w="1701" w:type="dxa"/>
          </w:tcPr>
          <w:p w14:paraId="4992EE95" w14:textId="79802B6F" w:rsidR="004C2FE3" w:rsidRPr="009A2F73" w:rsidRDefault="00B67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1.500.000.000</w:t>
            </w:r>
          </w:p>
        </w:tc>
        <w:tc>
          <w:tcPr>
            <w:tcW w:w="993" w:type="dxa"/>
          </w:tcPr>
          <w:p w14:paraId="7143DB17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E3" w:rsidRPr="009A2F73" w14:paraId="2CDDC283" w14:textId="5338FD23" w:rsidTr="00B67659">
        <w:tc>
          <w:tcPr>
            <w:tcW w:w="900" w:type="dxa"/>
          </w:tcPr>
          <w:p w14:paraId="50491F11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</w:tcPr>
          <w:p w14:paraId="2039AC3D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Combo MICE Nghỉ dưỡng, Thể thao &amp; Giải trí Đồi Rồng</w:t>
            </w:r>
          </w:p>
        </w:tc>
        <w:tc>
          <w:tcPr>
            <w:tcW w:w="2275" w:type="dxa"/>
          </w:tcPr>
          <w:p w14:paraId="5F917607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- Dream Dragon Resort</w:t>
            </w:r>
            <w:r w:rsidRPr="009A2F73">
              <w:rPr>
                <w:rFonts w:ascii="Times New Roman" w:hAnsi="Times New Roman" w:cs="Times New Roman"/>
                <w:sz w:val="24"/>
                <w:szCs w:val="24"/>
              </w:rPr>
              <w:br/>
              <w:t>- Sân Golf Dragon Golf Links</w:t>
            </w:r>
            <w:r w:rsidRPr="009A2F73">
              <w:rPr>
                <w:rFonts w:ascii="Times New Roman" w:hAnsi="Times New Roman" w:cs="Times New Roman"/>
                <w:sz w:val="24"/>
                <w:szCs w:val="24"/>
              </w:rPr>
              <w:br/>
              <w:t>- Legend Park</w:t>
            </w:r>
          </w:p>
        </w:tc>
        <w:tc>
          <w:tcPr>
            <w:tcW w:w="2693" w:type="dxa"/>
          </w:tcPr>
          <w:p w14:paraId="6A69CA86" w14:textId="613B6659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Vietravel Hải Phòng</w:t>
            </w: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778B6AAA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14:paraId="3A8802DB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14:paraId="1B78ECD6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10/2026 - 12/2026</w:t>
            </w:r>
          </w:p>
        </w:tc>
        <w:tc>
          <w:tcPr>
            <w:tcW w:w="1701" w:type="dxa"/>
          </w:tcPr>
          <w:p w14:paraId="092293F4" w14:textId="10CB49F8" w:rsidR="004C2FE3" w:rsidRPr="009A2F73" w:rsidRDefault="00B67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1.000.000.000</w:t>
            </w:r>
          </w:p>
        </w:tc>
        <w:tc>
          <w:tcPr>
            <w:tcW w:w="993" w:type="dxa"/>
          </w:tcPr>
          <w:p w14:paraId="4C540440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E3" w:rsidRPr="009A2F73" w14:paraId="2F4E0B3F" w14:textId="4E33F19A" w:rsidTr="00B67659">
        <w:tc>
          <w:tcPr>
            <w:tcW w:w="900" w:type="dxa"/>
          </w:tcPr>
          <w:p w14:paraId="527BD462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</w:tcPr>
          <w:p w14:paraId="738FA7AA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Combo Hội thảo Tái tạo năng lượng &amp; Phục hồi sức khỏe</w:t>
            </w:r>
          </w:p>
        </w:tc>
        <w:tc>
          <w:tcPr>
            <w:tcW w:w="2275" w:type="dxa"/>
          </w:tcPr>
          <w:p w14:paraId="69200C75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Flamingo Cát Bà Beach Resort</w:t>
            </w:r>
          </w:p>
        </w:tc>
        <w:tc>
          <w:tcPr>
            <w:tcW w:w="2693" w:type="dxa"/>
          </w:tcPr>
          <w:p w14:paraId="0D8ACD55" w14:textId="2F8ED3DB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Công ty TNHH Du lịch Cát Bà Panorama</w:t>
            </w: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r w:rsidRPr="009A2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Công ty CPTMDL Đại Dương Xanh</w:t>
            </w:r>
          </w:p>
        </w:tc>
        <w:tc>
          <w:tcPr>
            <w:tcW w:w="1134" w:type="dxa"/>
          </w:tcPr>
          <w:p w14:paraId="20F3EDC7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14:paraId="48F5B21A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14:paraId="65D75E57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Đang khai thác (Quý 4/2026)</w:t>
            </w:r>
          </w:p>
        </w:tc>
        <w:tc>
          <w:tcPr>
            <w:tcW w:w="1701" w:type="dxa"/>
          </w:tcPr>
          <w:p w14:paraId="124B11C4" w14:textId="5D1ABFBB" w:rsidR="004C2FE3" w:rsidRPr="009A2F73" w:rsidRDefault="00B67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1.000.000.000</w:t>
            </w:r>
          </w:p>
        </w:tc>
        <w:tc>
          <w:tcPr>
            <w:tcW w:w="993" w:type="dxa"/>
          </w:tcPr>
          <w:p w14:paraId="39C87F6E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E3" w:rsidRPr="009A2F73" w14:paraId="36182570" w14:textId="5BCD7AAC" w:rsidTr="00B67659">
        <w:tc>
          <w:tcPr>
            <w:tcW w:w="900" w:type="dxa"/>
          </w:tcPr>
          <w:p w14:paraId="60124155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10" w:type="dxa"/>
          </w:tcPr>
          <w:p w14:paraId="376144BA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Combo MICE Gắn kết, Vui chơi &amp; Hỗ trợ Di chuyển</w:t>
            </w:r>
          </w:p>
        </w:tc>
        <w:tc>
          <w:tcPr>
            <w:tcW w:w="2275" w:type="dxa"/>
          </w:tcPr>
          <w:p w14:paraId="29966E29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- Sheraton Hai Phong</w:t>
            </w:r>
            <w:r w:rsidRPr="009A2F73">
              <w:rPr>
                <w:rFonts w:ascii="Times New Roman" w:hAnsi="Times New Roman" w:cs="Times New Roman"/>
                <w:sz w:val="24"/>
                <w:szCs w:val="24"/>
              </w:rPr>
              <w:br/>
              <w:t>- VinWonders Vũ Yên</w:t>
            </w:r>
            <w:r w:rsidRPr="009A2F73">
              <w:rPr>
                <w:rFonts w:ascii="Times New Roman" w:hAnsi="Times New Roman" w:cs="Times New Roman"/>
                <w:sz w:val="24"/>
                <w:szCs w:val="24"/>
              </w:rPr>
              <w:br/>
              <w:t>- Vietnam Airlines / VietJet Air</w:t>
            </w:r>
          </w:p>
        </w:tc>
        <w:tc>
          <w:tcPr>
            <w:tcW w:w="2693" w:type="dxa"/>
          </w:tcPr>
          <w:p w14:paraId="0B0CE587" w14:textId="1C3D6D49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Vietravel Chi nhánh Hải Phòng</w:t>
            </w: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r w:rsidRPr="009A2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Saigontourist Hải Phòng</w:t>
            </w:r>
          </w:p>
        </w:tc>
        <w:tc>
          <w:tcPr>
            <w:tcW w:w="1134" w:type="dxa"/>
          </w:tcPr>
          <w:p w14:paraId="08CE1C3A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14:paraId="661D88AD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14:paraId="3054F847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Cuối năm 2026</w:t>
            </w:r>
          </w:p>
        </w:tc>
        <w:tc>
          <w:tcPr>
            <w:tcW w:w="1701" w:type="dxa"/>
          </w:tcPr>
          <w:p w14:paraId="46C5890B" w14:textId="2A906BC1" w:rsidR="004C2FE3" w:rsidRPr="009A2F73" w:rsidRDefault="00B67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.000.000.000</w:t>
            </w:r>
          </w:p>
        </w:tc>
        <w:tc>
          <w:tcPr>
            <w:tcW w:w="993" w:type="dxa"/>
          </w:tcPr>
          <w:p w14:paraId="74E7FEE9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E3" w:rsidRPr="009A2F73" w14:paraId="62F68762" w14:textId="032B161A" w:rsidTr="00B67659">
        <w:tc>
          <w:tcPr>
            <w:tcW w:w="900" w:type="dxa"/>
          </w:tcPr>
          <w:p w14:paraId="576115B3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0" w:type="dxa"/>
          </w:tcPr>
          <w:p w14:paraId="428A4FF7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 xml:space="preserve">Combo "Hương vị Đất Cảng" (City </w:t>
            </w:r>
            <w:r w:rsidRPr="009A2F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Tour &amp; Food Tour ẩm thực)</w:t>
            </w:r>
          </w:p>
        </w:tc>
        <w:tc>
          <w:tcPr>
            <w:tcW w:w="2275" w:type="dxa"/>
          </w:tcPr>
          <w:p w14:paraId="4F2A8BB3" w14:textId="422A8A7D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Vận chuyển: Ga Hải Phòng, Hải Phòng Travel, các hãng Limousine...</w:t>
            </w:r>
            <w:r w:rsidRPr="009A2F7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A2F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Lưu trú: Pullman, Mercure, KS Kim Bảo...</w:t>
            </w:r>
          </w:p>
        </w:tc>
        <w:tc>
          <w:tcPr>
            <w:tcW w:w="2693" w:type="dxa"/>
          </w:tcPr>
          <w:p w14:paraId="2E3E2B1E" w14:textId="26892EC9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S9 Travel</w:t>
            </w:r>
          </w:p>
        </w:tc>
        <w:tc>
          <w:tcPr>
            <w:tcW w:w="1134" w:type="dxa"/>
          </w:tcPr>
          <w:p w14:paraId="2208F69E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14:paraId="4CE9C145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14:paraId="5D340740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Hàng ngày (Thu - Đông 2026)</w:t>
            </w:r>
          </w:p>
        </w:tc>
        <w:tc>
          <w:tcPr>
            <w:tcW w:w="1701" w:type="dxa"/>
          </w:tcPr>
          <w:p w14:paraId="3006FC77" w14:textId="6879D118" w:rsidR="004C2FE3" w:rsidRPr="009A2F73" w:rsidRDefault="00B67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00.000.000</w:t>
            </w:r>
          </w:p>
        </w:tc>
        <w:tc>
          <w:tcPr>
            <w:tcW w:w="993" w:type="dxa"/>
          </w:tcPr>
          <w:p w14:paraId="26FB94D3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E3" w:rsidRPr="009A2F73" w14:paraId="5CD465C0" w14:textId="1C893108" w:rsidTr="00B67659">
        <w:tc>
          <w:tcPr>
            <w:tcW w:w="900" w:type="dxa"/>
          </w:tcPr>
          <w:p w14:paraId="26B4B111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10" w:type="dxa"/>
          </w:tcPr>
          <w:p w14:paraId="7CF99351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Combo "Hành hương miền Di sản" (Du lịch tâm linh Côn Sơn - Kiếp Bạc)</w:t>
            </w:r>
          </w:p>
        </w:tc>
        <w:tc>
          <w:tcPr>
            <w:tcW w:w="2275" w:type="dxa"/>
          </w:tcPr>
          <w:p w14:paraId="0D9588D5" w14:textId="5AB5B36E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- Vận chuyển: Xe Hải Âu, Limousine (Nguyễn Gia, Hoàng Phú)</w:t>
            </w:r>
            <w:r w:rsidRPr="009A2F73">
              <w:rPr>
                <w:rFonts w:ascii="Times New Roman" w:hAnsi="Times New Roman" w:cs="Times New Roman"/>
                <w:sz w:val="24"/>
                <w:szCs w:val="24"/>
              </w:rPr>
              <w:br/>
              <w:t>- Lưu trú: Khách sạn Kim Bảo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phường </w:t>
            </w: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Hải Dương) hoặc KS tại Hải Phòng</w:t>
            </w:r>
            <w:r w:rsidRPr="009A2F73">
              <w:rPr>
                <w:rFonts w:ascii="Times New Roman" w:hAnsi="Times New Roman" w:cs="Times New Roman"/>
                <w:sz w:val="24"/>
                <w:szCs w:val="24"/>
              </w:rPr>
              <w:br/>
              <w:t>- Mua sắm: AEON Hải Dương, GO! Hải Dương, TTTM Ngọc Châu</w:t>
            </w:r>
          </w:p>
        </w:tc>
        <w:tc>
          <w:tcPr>
            <w:tcW w:w="2693" w:type="dxa"/>
          </w:tcPr>
          <w:p w14:paraId="3CAF1757" w14:textId="7AC52C3E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Vietravel Hải Phòng</w:t>
            </w:r>
          </w:p>
        </w:tc>
        <w:tc>
          <w:tcPr>
            <w:tcW w:w="1134" w:type="dxa"/>
          </w:tcPr>
          <w:p w14:paraId="241F34C8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C389DC4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14:paraId="1A1419AC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Hàng ngày (Thu - Đông 2026)</w:t>
            </w:r>
          </w:p>
        </w:tc>
        <w:tc>
          <w:tcPr>
            <w:tcW w:w="1701" w:type="dxa"/>
          </w:tcPr>
          <w:p w14:paraId="1029A12C" w14:textId="67E68D6B" w:rsidR="004C2FE3" w:rsidRPr="009A2F73" w:rsidRDefault="00B67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00.000.000</w:t>
            </w:r>
          </w:p>
        </w:tc>
        <w:tc>
          <w:tcPr>
            <w:tcW w:w="993" w:type="dxa"/>
          </w:tcPr>
          <w:p w14:paraId="562ACA3C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E3" w:rsidRPr="009A2F73" w14:paraId="1AF58AF3" w14:textId="429D40D4" w:rsidTr="00B67659">
        <w:tc>
          <w:tcPr>
            <w:tcW w:w="900" w:type="dxa"/>
          </w:tcPr>
          <w:p w14:paraId="5B50541C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10" w:type="dxa"/>
          </w:tcPr>
          <w:p w14:paraId="33B79C73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Combo "Welcome to Hai Phong" (Bay &amp; Nghỉ dưỡng Vịnh biển cho khách phương xa và Quốc tế)</w:t>
            </w:r>
          </w:p>
        </w:tc>
        <w:tc>
          <w:tcPr>
            <w:tcW w:w="2275" w:type="dxa"/>
          </w:tcPr>
          <w:p w14:paraId="25F9BF4C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- Hàng không: Vietnam Airlines, VietJet Air</w:t>
            </w:r>
            <w:r w:rsidRPr="009A2F73">
              <w:rPr>
                <w:rFonts w:ascii="Times New Roman" w:hAnsi="Times New Roman" w:cs="Times New Roman"/>
                <w:sz w:val="24"/>
                <w:szCs w:val="24"/>
              </w:rPr>
              <w:br/>
              <w:t>- Khách sạn quốc tế: Nikko, Sheraton, Pullman</w:t>
            </w:r>
            <w:r w:rsidRPr="009A2F73">
              <w:rPr>
                <w:rFonts w:ascii="Times New Roman" w:hAnsi="Times New Roman" w:cs="Times New Roman"/>
                <w:sz w:val="24"/>
                <w:szCs w:val="24"/>
              </w:rPr>
              <w:br/>
              <w:t>- Du thuyền 5 sao: Indochine, Capella, Serenity</w:t>
            </w:r>
          </w:p>
        </w:tc>
        <w:tc>
          <w:tcPr>
            <w:tcW w:w="2693" w:type="dxa"/>
          </w:tcPr>
          <w:p w14:paraId="792C8014" w14:textId="1C0EC6E6" w:rsidR="004C2FE3" w:rsidRPr="003E3B85" w:rsidRDefault="004C2F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B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Công ty Cổ phần dịch vụ Lữ hành Đại Dương và Công ty CP Du lịch Quốc tế Lan Hạ Xanh</w:t>
            </w:r>
          </w:p>
        </w:tc>
        <w:tc>
          <w:tcPr>
            <w:tcW w:w="1134" w:type="dxa"/>
          </w:tcPr>
          <w:p w14:paraId="3B3A6552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14:paraId="4A4DBD8D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14:paraId="3F52F5F6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73">
              <w:rPr>
                <w:rFonts w:ascii="Times New Roman" w:hAnsi="Times New Roman" w:cs="Times New Roman"/>
                <w:sz w:val="24"/>
                <w:szCs w:val="24"/>
              </w:rPr>
              <w:t>Cuối năm 2026 - Đầu 2027</w:t>
            </w:r>
          </w:p>
        </w:tc>
        <w:tc>
          <w:tcPr>
            <w:tcW w:w="1701" w:type="dxa"/>
          </w:tcPr>
          <w:p w14:paraId="6CB2AC4A" w14:textId="76E59A47" w:rsidR="004C2FE3" w:rsidRPr="009A2F73" w:rsidRDefault="00B67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4.800.000.000</w:t>
            </w:r>
          </w:p>
        </w:tc>
        <w:tc>
          <w:tcPr>
            <w:tcW w:w="993" w:type="dxa"/>
          </w:tcPr>
          <w:p w14:paraId="25CCE779" w14:textId="77777777" w:rsidR="004C2FE3" w:rsidRPr="009A2F73" w:rsidRDefault="004C2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E04C44" w14:textId="77777777" w:rsidR="00404F2E" w:rsidRDefault="00404F2E"/>
    <w:sectPr w:rsidR="00404F2E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0916800">
    <w:abstractNumId w:val="8"/>
  </w:num>
  <w:num w:numId="2" w16cid:durableId="363485062">
    <w:abstractNumId w:val="6"/>
  </w:num>
  <w:num w:numId="3" w16cid:durableId="1998074792">
    <w:abstractNumId w:val="5"/>
  </w:num>
  <w:num w:numId="4" w16cid:durableId="2019381392">
    <w:abstractNumId w:val="4"/>
  </w:num>
  <w:num w:numId="5" w16cid:durableId="122306978">
    <w:abstractNumId w:val="7"/>
  </w:num>
  <w:num w:numId="6" w16cid:durableId="1424181069">
    <w:abstractNumId w:val="3"/>
  </w:num>
  <w:num w:numId="7" w16cid:durableId="1690643130">
    <w:abstractNumId w:val="2"/>
  </w:num>
  <w:num w:numId="8" w16cid:durableId="1580670145">
    <w:abstractNumId w:val="1"/>
  </w:num>
  <w:num w:numId="9" w16cid:durableId="1160273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58EC"/>
    <w:rsid w:val="000D51FC"/>
    <w:rsid w:val="00113C15"/>
    <w:rsid w:val="00145E19"/>
    <w:rsid w:val="0015074B"/>
    <w:rsid w:val="00192D07"/>
    <w:rsid w:val="002223B1"/>
    <w:rsid w:val="0029639D"/>
    <w:rsid w:val="0031615F"/>
    <w:rsid w:val="00326F90"/>
    <w:rsid w:val="00367A7E"/>
    <w:rsid w:val="003E3B85"/>
    <w:rsid w:val="00404F2E"/>
    <w:rsid w:val="004C2FE3"/>
    <w:rsid w:val="005409F6"/>
    <w:rsid w:val="006D5B3D"/>
    <w:rsid w:val="00841231"/>
    <w:rsid w:val="00895503"/>
    <w:rsid w:val="00940357"/>
    <w:rsid w:val="009A2F73"/>
    <w:rsid w:val="00A16986"/>
    <w:rsid w:val="00A53E3E"/>
    <w:rsid w:val="00A54203"/>
    <w:rsid w:val="00AA1D8D"/>
    <w:rsid w:val="00B47730"/>
    <w:rsid w:val="00B67659"/>
    <w:rsid w:val="00C730E9"/>
    <w:rsid w:val="00CB0664"/>
    <w:rsid w:val="00E06B2A"/>
    <w:rsid w:val="00EE34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9AECC8"/>
  <w14:defaultImageDpi w14:val="300"/>
  <w15:docId w15:val="{8F46FB58-779B-4350-9603-37BE24E05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hp.svhtt8</cp:lastModifiedBy>
  <cp:revision>5</cp:revision>
  <dcterms:created xsi:type="dcterms:W3CDTF">2026-09-28T03:00:00Z</dcterms:created>
  <dcterms:modified xsi:type="dcterms:W3CDTF">2026-09-28T03:18:00Z</dcterms:modified>
  <cp:category/>
</cp:coreProperties>
</file>