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64" w:type="dxa"/>
        <w:jc w:val="center"/>
        <w:tblLook w:val="0000" w:firstRow="0" w:lastRow="0" w:firstColumn="0" w:lastColumn="0" w:noHBand="0" w:noVBand="0"/>
      </w:tblPr>
      <w:tblGrid>
        <w:gridCol w:w="4736"/>
        <w:gridCol w:w="5528"/>
      </w:tblGrid>
      <w:tr w:rsidR="00CC2D9D" w:rsidRPr="00CC2D9D" w:rsidTr="000F741B">
        <w:trPr>
          <w:trHeight w:val="80"/>
          <w:jc w:val="center"/>
        </w:trPr>
        <w:tc>
          <w:tcPr>
            <w:tcW w:w="4736" w:type="dxa"/>
          </w:tcPr>
          <w:p w:rsidR="00AC6F38" w:rsidRPr="00CC2D9D" w:rsidRDefault="003244F0" w:rsidP="006A2962">
            <w:pPr>
              <w:widowControl w:val="0"/>
              <w:spacing w:after="0"/>
              <w:jc w:val="center"/>
            </w:pPr>
            <w:r w:rsidRPr="00CC2D9D">
              <w:rPr>
                <w:noProof/>
                <w:sz w:val="25"/>
              </w:rPr>
              <mc:AlternateContent>
                <mc:Choice Requires="wps">
                  <w:drawing>
                    <wp:anchor distT="0" distB="0" distL="114300" distR="114300" simplePos="0" relativeHeight="251662336" behindDoc="0" locked="0" layoutInCell="1" allowOverlap="1" wp14:anchorId="37B54076" wp14:editId="3F76BE24">
                      <wp:simplePos x="0" y="0"/>
                      <wp:positionH relativeFrom="column">
                        <wp:posOffset>973455</wp:posOffset>
                      </wp:positionH>
                      <wp:positionV relativeFrom="paragraph">
                        <wp:posOffset>622935</wp:posOffset>
                      </wp:positionV>
                      <wp:extent cx="8953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895350" cy="0"/>
                              </a:xfrm>
                              <a:prstGeom prst="line">
                                <a:avLst/>
                              </a:prstGeom>
                              <a:ln w="952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55120AE4"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76.65pt,49.05pt" to="147.15pt,4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" strokecolor="black [3213]"/>
                  </w:pict>
                </mc:Fallback>
              </mc:AlternateContent>
            </w:r>
            <w:r w:rsidR="004C2336" w:rsidRPr="00CC2D9D">
              <w:rPr>
                <w:sz w:val="25"/>
              </w:rPr>
              <w:t>ỦY BAN NHÂN DÂN</w:t>
            </w:r>
            <w:r w:rsidR="004C2336" w:rsidRPr="00CC2D9D">
              <w:rPr>
                <w:sz w:val="25"/>
              </w:rPr>
              <w:br/>
              <w:t>THÀNH PHỐ HẢI PHÒNG</w:t>
            </w:r>
            <w:r w:rsidR="004C2336" w:rsidRPr="00CC2D9D">
              <w:rPr>
                <w:b/>
                <w:sz w:val="25"/>
              </w:rPr>
              <w:br/>
              <w:t>SỞ NÔNG NGHIỆP VÀ MÔI TRƯỜNG</w:t>
            </w:r>
          </w:p>
        </w:tc>
        <w:tc>
          <w:tcPr>
            <w:tcW w:w="5528" w:type="dxa"/>
          </w:tcPr>
          <w:p w:rsidR="00AC6F38" w:rsidRPr="00CC2D9D" w:rsidRDefault="003244F0" w:rsidP="006A2962">
            <w:pPr>
              <w:widowControl w:val="0"/>
              <w:spacing w:after="0"/>
              <w:jc w:val="center"/>
            </w:pPr>
            <w:r w:rsidRPr="00CC2D9D">
              <w:rPr>
                <w:noProof/>
                <w:sz w:val="25"/>
              </w:rPr>
              <mc:AlternateContent>
                <mc:Choice Requires="wps">
                  <w:drawing>
                    <wp:anchor distT="0" distB="0" distL="114300" distR="114300" simplePos="0" relativeHeight="251659264" behindDoc="0" locked="0" layoutInCell="1" allowOverlap="1" wp14:anchorId="49694BA9" wp14:editId="67887167">
                      <wp:simplePos x="0" y="0"/>
                      <wp:positionH relativeFrom="column">
                        <wp:posOffset>690245</wp:posOffset>
                      </wp:positionH>
                      <wp:positionV relativeFrom="paragraph">
                        <wp:posOffset>422910</wp:posOffset>
                      </wp:positionV>
                      <wp:extent cx="19050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905000" cy="0"/>
                              </a:xfrm>
                              <a:prstGeom prst="line">
                                <a:avLst/>
                              </a:prstGeom>
                              <a:ln w="952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4FEC0CFE"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4.35pt,33.3pt" to="204.35pt,3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" strokecolor="black [3213]"/>
                  </w:pict>
                </mc:Fallback>
              </mc:AlternateContent>
            </w:r>
            <w:r w:rsidR="004C2336" w:rsidRPr="00CC2D9D">
              <w:rPr>
                <w:b/>
                <w:sz w:val="25"/>
              </w:rPr>
              <w:t>CỘNG HÒA XÃ HỘI CHỦ NGHĨA VIỆT NAM</w:t>
            </w:r>
            <w:r w:rsidR="004C2336" w:rsidRPr="00CC2D9D">
              <w:rPr>
                <w:b/>
                <w:sz w:val="25"/>
              </w:rPr>
              <w:br/>
              <w:t>Độc lập - Tự do - Hạnh phúc</w:t>
            </w:r>
          </w:p>
        </w:tc>
      </w:tr>
      <w:tr w:rsidR="00DF5945" w:rsidRPr="00CC2D9D" w:rsidTr="000F741B">
        <w:trPr>
          <w:trHeight w:val="374"/>
          <w:jc w:val="center"/>
        </w:trPr>
        <w:tc>
          <w:tcPr>
            <w:tcW w:w="4736" w:type="dxa"/>
          </w:tcPr>
          <w:p w:rsidR="00AC6F38" w:rsidRPr="00CC2D9D" w:rsidRDefault="004C2336" w:rsidP="00CC6F64">
            <w:pPr>
              <w:widowControl w:val="0"/>
              <w:spacing w:before="240" w:after="0"/>
              <w:jc w:val="center"/>
            </w:pPr>
            <w:r w:rsidRPr="00CC2D9D">
              <w:rPr>
                <w:sz w:val="28"/>
                <w:szCs w:val="28"/>
              </w:rPr>
              <w:t>Số:            /TTr-SNNMT</w:t>
            </w:r>
            <w:r w:rsidRPr="00CC2D9D">
              <w:rPr>
                <w:sz w:val="28"/>
                <w:szCs w:val="28"/>
              </w:rPr>
              <w:br/>
            </w:r>
            <w:r w:rsidRPr="00CC2D9D">
              <w:rPr>
                <w:b/>
                <w:sz w:val="25"/>
              </w:rPr>
              <w:t>(DỰ THẢO)</w:t>
            </w:r>
          </w:p>
        </w:tc>
        <w:tc>
          <w:tcPr>
            <w:tcW w:w="5528" w:type="dxa"/>
          </w:tcPr>
          <w:p w:rsidR="00AC6F38" w:rsidRPr="00CC2D9D" w:rsidRDefault="004C2336" w:rsidP="00CC6F64">
            <w:pPr>
              <w:widowControl w:val="0"/>
              <w:spacing w:before="240" w:after="0"/>
              <w:jc w:val="center"/>
              <w:rPr>
                <w:sz w:val="28"/>
                <w:szCs w:val="28"/>
              </w:rPr>
            </w:pPr>
            <w:r w:rsidRPr="00CC2D9D">
              <w:rPr>
                <w:i/>
                <w:sz w:val="28"/>
                <w:szCs w:val="28"/>
              </w:rPr>
              <w:t>Hải Phòng, ngày       tháng      năm 2026</w:t>
            </w:r>
          </w:p>
        </w:tc>
      </w:tr>
    </w:tbl>
    <w:p w:rsidR="000D260B" w:rsidRPr="00CC2D9D" w:rsidRDefault="000D260B" w:rsidP="006A2962">
      <w:pPr>
        <w:pStyle w:val="VNHTitle"/>
        <w:widowControl w:val="0"/>
        <w:spacing w:line="240" w:lineRule="auto"/>
        <w:rPr>
          <w:spacing w:val="-2"/>
          <w:szCs w:val="28"/>
        </w:rPr>
      </w:pPr>
    </w:p>
    <w:p w:rsidR="00E917F2" w:rsidRPr="008D7B31" w:rsidRDefault="00F95F3A" w:rsidP="006A2962">
      <w:pPr>
        <w:pStyle w:val="VNHTitle"/>
        <w:widowControl w:val="0"/>
        <w:spacing w:line="240" w:lineRule="auto"/>
        <w:rPr>
          <w:rFonts w:cs="Times New Roman"/>
          <w:spacing w:val="-2"/>
          <w:szCs w:val="28"/>
        </w:rPr>
      </w:pPr>
      <w:r w:rsidRPr="008D7B31">
        <w:rPr>
          <w:rFonts w:cs="Times New Roman"/>
          <w:spacing w:val="-2"/>
          <w:szCs w:val="28"/>
        </w:rPr>
        <w:t>TỜ TRÌNH</w:t>
      </w:r>
    </w:p>
    <w:p w:rsidR="00DF5945" w:rsidRPr="008D7B31" w:rsidRDefault="00F95F3A" w:rsidP="006A2962">
      <w:pPr>
        <w:pStyle w:val="VNHTitle"/>
        <w:widowControl w:val="0"/>
        <w:spacing w:after="0" w:line="240" w:lineRule="auto"/>
        <w:rPr>
          <w:rFonts w:cs="Times New Roman"/>
          <w:spacing w:val="-2"/>
          <w:szCs w:val="28"/>
        </w:rPr>
      </w:pPr>
      <w:r w:rsidRPr="008D7B31">
        <w:rPr>
          <w:rFonts w:cs="Times New Roman"/>
          <w:spacing w:val="-2"/>
          <w:szCs w:val="28"/>
        </w:rPr>
        <w:t xml:space="preserve">Dự thảo Quyết định </w:t>
      </w:r>
      <w:r w:rsidR="00F96308">
        <w:rPr>
          <w:rFonts w:cs="Times New Roman"/>
          <w:spacing w:val="-2"/>
          <w:szCs w:val="28"/>
        </w:rPr>
        <w:t>q</w:t>
      </w:r>
      <w:r w:rsidRPr="008D7B31">
        <w:rPr>
          <w:rFonts w:cs="Times New Roman"/>
          <w:spacing w:val="-2"/>
          <w:szCs w:val="28"/>
        </w:rPr>
        <w:t xml:space="preserve">uy định cơ cấu tổ chức, nguồn kinh phí và chế độ thù lao đối với lực lượng quản lý đê nhân dân; mức thù lao đối với lực lượng tuần tra, canh gác bảo vệ đê điều trong mùa lũ </w:t>
      </w:r>
    </w:p>
    <w:p w:rsidR="00E917F2" w:rsidRPr="008D7B31" w:rsidRDefault="00F95F3A" w:rsidP="006A2962">
      <w:pPr>
        <w:pStyle w:val="VNHTitle"/>
        <w:widowControl w:val="0"/>
        <w:spacing w:after="0" w:line="240" w:lineRule="auto"/>
        <w:rPr>
          <w:rFonts w:cs="Times New Roman"/>
          <w:spacing w:val="-2"/>
          <w:szCs w:val="28"/>
        </w:rPr>
      </w:pPr>
      <w:r w:rsidRPr="008D7B31">
        <w:rPr>
          <w:rFonts w:cs="Times New Roman"/>
          <w:spacing w:val="-2"/>
          <w:szCs w:val="28"/>
        </w:rPr>
        <w:t>trên địa bàn thành phố Hải Phòng</w:t>
      </w:r>
    </w:p>
    <w:p w:rsidR="00DF5945" w:rsidRPr="008D7B31" w:rsidRDefault="00DF5945" w:rsidP="006A2962">
      <w:pPr>
        <w:pStyle w:val="VNHCenter"/>
        <w:widowControl w:val="0"/>
        <w:spacing w:line="240" w:lineRule="auto"/>
        <w:rPr>
          <w:rFonts w:cs="Times New Roman"/>
          <w:spacing w:val="-2"/>
          <w:sz w:val="28"/>
          <w:szCs w:val="28"/>
        </w:rPr>
      </w:pPr>
      <w:r w:rsidRPr="008D7B31">
        <w:rPr>
          <w:rFonts w:cs="Times New Roman"/>
          <w:noProof/>
          <w:spacing w:val="-2"/>
          <w:sz w:val="28"/>
          <w:szCs w:val="28"/>
        </w:rPr>
        <mc:AlternateContent>
          <mc:Choice Requires="wps">
            <w:drawing>
              <wp:anchor distT="0" distB="0" distL="114300" distR="114300" simplePos="0" relativeHeight="251658240" behindDoc="0" locked="0" layoutInCell="1" allowOverlap="1" wp14:anchorId="7873628B" wp14:editId="7D985E6F">
                <wp:simplePos x="0" y="0"/>
                <wp:positionH relativeFrom="column">
                  <wp:posOffset>2138680</wp:posOffset>
                </wp:positionH>
                <wp:positionV relativeFrom="paragraph">
                  <wp:posOffset>34925</wp:posOffset>
                </wp:positionV>
                <wp:extent cx="13049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304925" cy="0"/>
                        </a:xfrm>
                        <a:prstGeom prst="line">
                          <a:avLst/>
                        </a:prstGeom>
                        <a:ln w="952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B321C04" id="Straight Connector 3"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8.4pt,2.75pt" to="271.1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" strokecolor="black [3213]"/>
            </w:pict>
          </mc:Fallback>
        </mc:AlternateContent>
      </w:r>
    </w:p>
    <w:p w:rsidR="00DF5945" w:rsidRPr="008D7B31" w:rsidRDefault="00DF5945" w:rsidP="006A2962">
      <w:pPr>
        <w:pStyle w:val="VNHCenter"/>
        <w:widowControl w:val="0"/>
        <w:spacing w:line="240" w:lineRule="auto"/>
        <w:rPr>
          <w:rFonts w:cs="Times New Roman"/>
          <w:spacing w:val="-2"/>
          <w:sz w:val="28"/>
          <w:szCs w:val="28"/>
        </w:rPr>
      </w:pPr>
    </w:p>
    <w:p w:rsidR="00E917F2" w:rsidRPr="008D7B31" w:rsidRDefault="00F95F3A" w:rsidP="006A2962">
      <w:pPr>
        <w:pStyle w:val="VNHCenter"/>
        <w:widowControl w:val="0"/>
        <w:spacing w:line="240" w:lineRule="auto"/>
        <w:rPr>
          <w:rFonts w:cs="Times New Roman"/>
          <w:spacing w:val="-2"/>
          <w:sz w:val="28"/>
          <w:szCs w:val="28"/>
        </w:rPr>
      </w:pPr>
      <w:r w:rsidRPr="008D7B31">
        <w:rPr>
          <w:rFonts w:cs="Times New Roman"/>
          <w:spacing w:val="-2"/>
          <w:sz w:val="28"/>
          <w:szCs w:val="28"/>
        </w:rPr>
        <w:t>Kính gửi: Ủy ban nhân dân thành phố Hải Phòng.</w:t>
      </w:r>
    </w:p>
    <w:p w:rsidR="00DF5945" w:rsidRPr="008D7B31" w:rsidRDefault="00DF5945" w:rsidP="006A2962">
      <w:pPr>
        <w:pStyle w:val="VNHJustify"/>
        <w:widowControl w:val="0"/>
        <w:spacing w:after="120" w:line="264" w:lineRule="auto"/>
        <w:ind w:firstLine="720"/>
        <w:rPr>
          <w:rFonts w:cs="Times New Roman"/>
          <w:spacing w:val="-2"/>
          <w:sz w:val="28"/>
          <w:szCs w:val="28"/>
        </w:rPr>
      </w:pPr>
    </w:p>
    <w:p w:rsidR="00D704E9" w:rsidRPr="008D7B31" w:rsidRDefault="00D704E9" w:rsidP="006A2962">
      <w:pPr>
        <w:pStyle w:val="VNHJustify"/>
        <w:widowControl w:val="0"/>
        <w:spacing w:after="120" w:line="264" w:lineRule="auto"/>
        <w:ind w:firstLine="720"/>
        <w:rPr>
          <w:rStyle w:val="fontstyle01"/>
          <w:i/>
          <w:color w:val="auto"/>
        </w:rPr>
      </w:pPr>
      <w:r w:rsidRPr="008D7B31">
        <w:rPr>
          <w:rStyle w:val="fontstyle01"/>
          <w:i/>
          <w:color w:val="auto"/>
        </w:rPr>
        <w:t>Căn cứ Luật Tổ chức chính quyền địa phương số 72/2025/QH15;</w:t>
      </w:r>
    </w:p>
    <w:p w:rsidR="00D704E9" w:rsidRPr="008D7B31" w:rsidRDefault="00D704E9" w:rsidP="006A2962">
      <w:pPr>
        <w:pStyle w:val="VNHJustify"/>
        <w:widowControl w:val="0"/>
        <w:spacing w:after="120" w:line="264" w:lineRule="auto"/>
        <w:ind w:firstLine="720"/>
        <w:rPr>
          <w:rStyle w:val="fontstyle01"/>
          <w:i/>
          <w:color w:val="auto"/>
        </w:rPr>
      </w:pPr>
      <w:r w:rsidRPr="008D7B31">
        <w:rPr>
          <w:rStyle w:val="fontstyle01"/>
          <w:i/>
          <w:color w:val="auto"/>
        </w:rPr>
        <w:t>Căn cứ Luật Ban hành văn bản quy phạm pháp luật số 64/2025/QH15 được sửa đổi, bổ sung bởi Luật số 87/2025/QH15;</w:t>
      </w:r>
    </w:p>
    <w:p w:rsidR="00D704E9" w:rsidRPr="008D7B31" w:rsidRDefault="00D704E9" w:rsidP="006A2962">
      <w:pPr>
        <w:pStyle w:val="VNHJustify"/>
        <w:widowControl w:val="0"/>
        <w:spacing w:after="120" w:line="264" w:lineRule="auto"/>
        <w:ind w:firstLine="720"/>
        <w:rPr>
          <w:rStyle w:val="fontstyle01"/>
          <w:i/>
          <w:color w:val="auto"/>
        </w:rPr>
      </w:pPr>
      <w:r w:rsidRPr="008D7B31">
        <w:rPr>
          <w:rStyle w:val="fontstyle01"/>
          <w:i/>
          <w:color w:val="auto"/>
        </w:rPr>
        <w:t>Căn cứ Luật Ngân sách nhà nước số 89/2025/QH15;</w:t>
      </w:r>
    </w:p>
    <w:p w:rsidR="00D704E9" w:rsidRPr="008D7B31" w:rsidRDefault="00D704E9" w:rsidP="006A2962">
      <w:pPr>
        <w:pStyle w:val="VNHJustify"/>
        <w:widowControl w:val="0"/>
        <w:spacing w:after="120" w:line="264" w:lineRule="auto"/>
        <w:ind w:firstLine="720"/>
        <w:rPr>
          <w:rStyle w:val="fontstyle01"/>
          <w:i/>
          <w:color w:val="auto"/>
        </w:rPr>
      </w:pPr>
      <w:r w:rsidRPr="008D7B31">
        <w:rPr>
          <w:rStyle w:val="fontstyle01"/>
          <w:i/>
          <w:color w:val="auto"/>
        </w:rPr>
        <w:t>Căn cứ Bộ luật Lao động số 45/2019/QH14;</w:t>
      </w:r>
    </w:p>
    <w:p w:rsidR="00D704E9" w:rsidRPr="008D7B31" w:rsidRDefault="00D704E9" w:rsidP="006A2962">
      <w:pPr>
        <w:pStyle w:val="VNHJustify"/>
        <w:widowControl w:val="0"/>
        <w:spacing w:after="120" w:line="264" w:lineRule="auto"/>
        <w:ind w:firstLine="720"/>
        <w:rPr>
          <w:rStyle w:val="fontstyle01"/>
          <w:i/>
          <w:color w:val="auto"/>
        </w:rPr>
      </w:pPr>
      <w:r w:rsidRPr="008D7B31">
        <w:rPr>
          <w:rStyle w:val="fontstyle01"/>
          <w:i/>
          <w:color w:val="auto"/>
        </w:rPr>
        <w:t>Căn cứ Luật Đê điều số 79/2006/QH11 được sửa đổi, bổ sung bởi Luật số 60/2020/QH14; Luật sửa đổi, bổ sung một số điều của 15 Luật trong lĩnh vực nông nghiệp và môi trường số 146/2025/QH15;</w:t>
      </w:r>
    </w:p>
    <w:p w:rsidR="00D704E9" w:rsidRPr="008D7B31" w:rsidRDefault="00D704E9" w:rsidP="006A2962">
      <w:pPr>
        <w:pStyle w:val="VNHJustify"/>
        <w:widowControl w:val="0"/>
        <w:spacing w:after="120" w:line="264" w:lineRule="auto"/>
        <w:ind w:firstLine="720"/>
        <w:rPr>
          <w:rStyle w:val="fontstyle01"/>
          <w:i/>
          <w:color w:val="auto"/>
        </w:rPr>
      </w:pPr>
      <w:r w:rsidRPr="008D7B31">
        <w:rPr>
          <w:rStyle w:val="fontstyle01"/>
          <w:i/>
          <w:color w:val="auto"/>
        </w:rPr>
        <w:t>Căn cứ Nghị định số 113/2007/NĐ-CP ngày 28 tháng 6 năm 2007 của</w:t>
      </w:r>
      <w:r w:rsidRPr="008D7B31">
        <w:rPr>
          <w:rFonts w:cs="Times New Roman"/>
          <w:i/>
          <w:iCs/>
          <w:sz w:val="28"/>
          <w:szCs w:val="28"/>
        </w:rPr>
        <w:br/>
      </w:r>
      <w:r w:rsidRPr="008D7B31">
        <w:rPr>
          <w:rStyle w:val="fontstyle01"/>
          <w:i/>
          <w:color w:val="auto"/>
        </w:rPr>
        <w:t>Chính phủ quy định chi tiết và hướng dẫn thi hành một số điều của Luật Đê điều;</w:t>
      </w:r>
    </w:p>
    <w:p w:rsidR="00D704E9" w:rsidRPr="008D7B31" w:rsidRDefault="00D704E9" w:rsidP="006A2962">
      <w:pPr>
        <w:pStyle w:val="VNHJustify"/>
        <w:widowControl w:val="0"/>
        <w:spacing w:after="120" w:line="264" w:lineRule="auto"/>
        <w:ind w:firstLine="720"/>
        <w:rPr>
          <w:rStyle w:val="fontstyle01"/>
          <w:i/>
          <w:color w:val="auto"/>
        </w:rPr>
      </w:pPr>
      <w:r w:rsidRPr="008D7B31">
        <w:rPr>
          <w:rStyle w:val="fontstyle01"/>
          <w:i/>
          <w:color w:val="auto"/>
        </w:rPr>
        <w:t>Căn cứ Nghị định số 66/2021/NĐ-CP ngày 06 tháng 7 năm 2021 của Chính phủ quy định chi tiết thi hành một số điều của Luật Phòng, chống thiên tai và Luật sửa đổi, bổ sung một số điều của Luật Phòng, chống thiên tai và Luật Đê điều;</w:t>
      </w:r>
    </w:p>
    <w:p w:rsidR="00D704E9" w:rsidRPr="008D7B31" w:rsidRDefault="00D704E9" w:rsidP="006A2962">
      <w:pPr>
        <w:pStyle w:val="VNHJustify"/>
        <w:widowControl w:val="0"/>
        <w:spacing w:after="120" w:line="264" w:lineRule="auto"/>
        <w:ind w:firstLine="720"/>
        <w:rPr>
          <w:rStyle w:val="fontstyle01"/>
          <w:i/>
          <w:color w:val="auto"/>
        </w:rPr>
      </w:pPr>
      <w:r w:rsidRPr="008D7B31">
        <w:rPr>
          <w:rStyle w:val="fontstyle01"/>
          <w:i/>
          <w:color w:val="auto"/>
        </w:rPr>
        <w:t>Căn cứ Nghị định số 53/2026/NĐ-CP ngày 05 tháng 02 năm 2026 của</w:t>
      </w:r>
      <w:r w:rsidRPr="008D7B31">
        <w:rPr>
          <w:rFonts w:cs="Times New Roman"/>
          <w:i/>
          <w:iCs/>
          <w:sz w:val="28"/>
          <w:szCs w:val="28"/>
        </w:rPr>
        <w:br/>
      </w:r>
      <w:r w:rsidRPr="008D7B31">
        <w:rPr>
          <w:rStyle w:val="fontstyle01"/>
          <w:i/>
          <w:color w:val="auto"/>
        </w:rPr>
        <w:t>Chính phủ sửa đổi, bổ sung một số điều của các Nghị định trong lĩnh vực đê điều và phòng, chống thiên tai;</w:t>
      </w:r>
    </w:p>
    <w:p w:rsidR="00D704E9" w:rsidRPr="008D7B31" w:rsidRDefault="00D704E9" w:rsidP="006A2962">
      <w:pPr>
        <w:pStyle w:val="VNHJustify"/>
        <w:widowControl w:val="0"/>
        <w:spacing w:after="120" w:line="264" w:lineRule="auto"/>
        <w:ind w:firstLine="720"/>
        <w:rPr>
          <w:rStyle w:val="fontstyle01"/>
          <w:i/>
          <w:color w:val="auto"/>
        </w:rPr>
      </w:pPr>
      <w:r w:rsidRPr="008D7B31">
        <w:rPr>
          <w:rStyle w:val="fontstyle01"/>
          <w:i/>
          <w:color w:val="auto"/>
        </w:rPr>
        <w:t>Căn cứ Nghị định số 78/2021/NĐ-CP ngày 01 tháng 8 năm 2021 của Chính phủ về thành lập và quản lý Quỹ phòng, chống thiên tai; Nghị định số 63/2025/NĐ-CP ngày 05 tháng 3 năm 2025 của Chính phủ sửa đổi, bổ sung một số điều của Nghị định số 78/2021/NĐ-CP;</w:t>
      </w:r>
    </w:p>
    <w:p w:rsidR="00D704E9" w:rsidRPr="008D7B31" w:rsidRDefault="00D704E9" w:rsidP="006A2962">
      <w:pPr>
        <w:pStyle w:val="VNHJustify"/>
        <w:widowControl w:val="0"/>
        <w:spacing w:after="120" w:line="264" w:lineRule="auto"/>
        <w:ind w:firstLine="720"/>
        <w:rPr>
          <w:rStyle w:val="fontstyle01"/>
          <w:i/>
          <w:color w:val="auto"/>
        </w:rPr>
      </w:pPr>
      <w:r w:rsidRPr="008D7B31">
        <w:rPr>
          <w:rStyle w:val="fontstyle01"/>
          <w:i/>
          <w:color w:val="auto"/>
        </w:rPr>
        <w:lastRenderedPageBreak/>
        <w:t>Căn cứ Nghị định số 78/2025/NĐ-CP ngày 01 tháng 4 năm 2025 của</w:t>
      </w:r>
      <w:r w:rsidRPr="008D7B31">
        <w:rPr>
          <w:rFonts w:cs="Times New Roman"/>
          <w:i/>
          <w:iCs/>
          <w:sz w:val="28"/>
          <w:szCs w:val="28"/>
        </w:rPr>
        <w:br/>
      </w:r>
      <w:r w:rsidRPr="008D7B31">
        <w:rPr>
          <w:rStyle w:val="fontstyle01"/>
          <w:i/>
          <w:color w:val="auto"/>
        </w:rPr>
        <w:t>Chính phủ quy định chi tiết một số điều và biện pháp để tổ chức, hướng dẫn thi</w:t>
      </w:r>
      <w:r w:rsidRPr="008D7B31">
        <w:rPr>
          <w:rFonts w:cs="Times New Roman"/>
          <w:i/>
          <w:iCs/>
          <w:sz w:val="28"/>
          <w:szCs w:val="28"/>
        </w:rPr>
        <w:br/>
      </w:r>
      <w:r w:rsidRPr="008D7B31">
        <w:rPr>
          <w:rStyle w:val="fontstyle01"/>
          <w:i/>
          <w:color w:val="auto"/>
        </w:rPr>
        <w:t>hành Luật Ban hành văn bản quy phạm pháp luật; Nghị định số 187/2025/NĐ-CP ngày 01 tháng 7 năm 2025 của Chính phủ sửa đổi, bổ sung một số điều của Nghị định số 78/2025/NĐ-CP;</w:t>
      </w:r>
    </w:p>
    <w:p w:rsidR="003D3087" w:rsidRPr="008D7B31" w:rsidRDefault="003D3087" w:rsidP="006A2962">
      <w:pPr>
        <w:pStyle w:val="VNHJustify"/>
        <w:widowControl w:val="0"/>
        <w:spacing w:after="120" w:line="264" w:lineRule="auto"/>
        <w:ind w:firstLine="720"/>
        <w:rPr>
          <w:rStyle w:val="fontstyle01"/>
          <w:i/>
          <w:color w:val="auto"/>
        </w:rPr>
      </w:pPr>
      <w:r w:rsidRPr="008D7B31">
        <w:rPr>
          <w:rStyle w:val="fontstyle01"/>
          <w:i/>
          <w:color w:val="auto"/>
        </w:rPr>
        <w:t>Căn cứ Nghị định số 161/2026/NĐ-CP ngày 15 tháng 5 năm 2026 của Chính phủ quy định mức lương cơ sở và chế độ tiền thưởng đối với cán bộ, công chức, viên chức và lực lượng vũ trang;</w:t>
      </w:r>
    </w:p>
    <w:p w:rsidR="00D704E9" w:rsidRPr="008D7B31" w:rsidRDefault="00D704E9" w:rsidP="006A2962">
      <w:pPr>
        <w:pStyle w:val="VNHJustify"/>
        <w:widowControl w:val="0"/>
        <w:spacing w:after="120" w:line="264" w:lineRule="auto"/>
        <w:ind w:firstLine="720"/>
        <w:rPr>
          <w:rStyle w:val="fontstyle01"/>
          <w:i/>
          <w:color w:val="auto"/>
        </w:rPr>
      </w:pPr>
      <w:r w:rsidRPr="008D7B31">
        <w:rPr>
          <w:rStyle w:val="fontstyle01"/>
          <w:i/>
          <w:color w:val="auto"/>
        </w:rPr>
        <w:t>Căn cứ Thông tư số 26/2009/TT-BNN ngày 11 tháng 5 năm 2009 của Bộ trưởng Bộ Nông nghiệp và Phát triển nông thôn hướng dẫn về cơ cấu tổ chức, nguồn kinh phí và chế độ thù lao đối với lực lượng quản lý đê nhân dân;</w:t>
      </w:r>
      <w:r w:rsidRPr="008D7B31">
        <w:rPr>
          <w:rStyle w:val="fontstyle01"/>
          <w:i/>
          <w:color w:val="auto"/>
        </w:rPr>
        <w:br/>
        <w:t>Căn cứ Thông tư số 01/2009/TT-BNN ngày 06 tháng 01 năm 2009 của Bộ trưởng Bộ Nông nghiệp và Phát triển nông thôn hướng dẫn tuần tra, canh gác bảo vệ đê điều trong mùa lũ;</w:t>
      </w:r>
    </w:p>
    <w:p w:rsidR="00D704E9" w:rsidRPr="008D7B31" w:rsidRDefault="00D704E9" w:rsidP="006A2962">
      <w:pPr>
        <w:pStyle w:val="VNHJustify"/>
        <w:widowControl w:val="0"/>
        <w:spacing w:after="120" w:line="264" w:lineRule="auto"/>
        <w:ind w:firstLine="720"/>
        <w:rPr>
          <w:rStyle w:val="fontstyle01"/>
          <w:i/>
          <w:color w:val="auto"/>
        </w:rPr>
      </w:pPr>
      <w:r w:rsidRPr="008D7B31">
        <w:rPr>
          <w:rStyle w:val="fontstyle01"/>
          <w:i/>
          <w:color w:val="auto"/>
        </w:rPr>
        <w:t>Căn cứ Thông tư số 18/2025/TT-BNNMT ngày 19 tháng 6 năm 2025 của</w:t>
      </w:r>
      <w:r w:rsidRPr="008D7B31">
        <w:rPr>
          <w:rFonts w:cs="Times New Roman"/>
          <w:i/>
          <w:iCs/>
          <w:sz w:val="28"/>
          <w:szCs w:val="28"/>
        </w:rPr>
        <w:br/>
      </w:r>
      <w:r w:rsidRPr="008D7B31">
        <w:rPr>
          <w:rStyle w:val="fontstyle01"/>
          <w:i/>
          <w:color w:val="auto"/>
        </w:rPr>
        <w:t>Bộ trưởng Bộ Nông nghiệp và Môi trường quy định chi tiết về phân quyền, phân</w:t>
      </w:r>
      <w:r w:rsidRPr="008D7B31">
        <w:rPr>
          <w:rFonts w:cs="Times New Roman"/>
          <w:i/>
          <w:iCs/>
          <w:sz w:val="28"/>
          <w:szCs w:val="28"/>
        </w:rPr>
        <w:br/>
      </w:r>
      <w:r w:rsidRPr="008D7B31">
        <w:rPr>
          <w:rStyle w:val="fontstyle01"/>
          <w:i/>
          <w:color w:val="auto"/>
        </w:rPr>
        <w:t>cấp, phân định thẩm quyền quản lý nhà nước trong lĩnh vực đê điều và phòng,</w:t>
      </w:r>
      <w:r w:rsidRPr="008D7B31">
        <w:rPr>
          <w:rFonts w:cs="Times New Roman"/>
          <w:i/>
          <w:iCs/>
          <w:sz w:val="28"/>
          <w:szCs w:val="28"/>
        </w:rPr>
        <w:br/>
      </w:r>
      <w:r w:rsidRPr="008D7B31">
        <w:rPr>
          <w:rStyle w:val="fontstyle01"/>
          <w:i/>
          <w:color w:val="auto"/>
        </w:rPr>
        <w:t>chống thiên tai;</w:t>
      </w:r>
    </w:p>
    <w:p w:rsidR="00D704E9" w:rsidRPr="008D7B31" w:rsidRDefault="00D704E9" w:rsidP="006A2962">
      <w:pPr>
        <w:pStyle w:val="VNHJustify"/>
        <w:widowControl w:val="0"/>
        <w:spacing w:after="120" w:line="264" w:lineRule="auto"/>
        <w:ind w:firstLine="720"/>
        <w:rPr>
          <w:rStyle w:val="fontstyle01"/>
          <w:i/>
          <w:color w:val="auto"/>
        </w:rPr>
      </w:pPr>
      <w:r w:rsidRPr="008D7B31">
        <w:rPr>
          <w:rStyle w:val="fontstyle01"/>
          <w:i/>
          <w:color w:val="auto"/>
        </w:rPr>
        <w:t>Căn cứ Thông tư số 10/2026/TT-BNNMT ngày 06 tháng 02 năm 2026 của Bộ trưởng Bộ Nông nghiệp và Môi trường sửa đổi, bổ sung một số điều của các Thông tư trong lĩnh vực đê điều và phòng, chống thiên tai;</w:t>
      </w:r>
    </w:p>
    <w:p w:rsidR="00D704E9" w:rsidRPr="008D7B31" w:rsidRDefault="00D704E9" w:rsidP="006A2962">
      <w:pPr>
        <w:pStyle w:val="VNHJustify"/>
        <w:widowControl w:val="0"/>
        <w:spacing w:after="120" w:line="264" w:lineRule="auto"/>
        <w:ind w:firstLine="720"/>
        <w:rPr>
          <w:rFonts w:cs="Times New Roman"/>
          <w:i/>
          <w:spacing w:val="-2"/>
          <w:sz w:val="28"/>
          <w:szCs w:val="28"/>
        </w:rPr>
      </w:pPr>
      <w:r w:rsidRPr="008D7B31">
        <w:rPr>
          <w:rStyle w:val="fontstyle01"/>
          <w:i/>
          <w:color w:val="auto"/>
        </w:rPr>
        <w:t>Căn cứ Quyết định số 192/2025/QĐ-UBND ngày 17 tháng 10 năm 2025</w:t>
      </w:r>
      <w:r w:rsidRPr="008D7B31">
        <w:rPr>
          <w:rFonts w:cs="Times New Roman"/>
          <w:i/>
          <w:iCs/>
          <w:sz w:val="28"/>
          <w:szCs w:val="28"/>
        </w:rPr>
        <w:br/>
      </w:r>
      <w:r w:rsidRPr="008D7B31">
        <w:rPr>
          <w:rStyle w:val="fontstyle01"/>
          <w:i/>
          <w:color w:val="auto"/>
        </w:rPr>
        <w:t>của Ủy ban nhân dân thành phố ban hành Quy chế về xây dựng và ban hành văn bản quy phạm pháp luật của thành phố Hải Phòng;</w:t>
      </w:r>
    </w:p>
    <w:p w:rsidR="00D704E9" w:rsidRPr="008D7B31" w:rsidRDefault="00D704E9" w:rsidP="006A2962">
      <w:pPr>
        <w:pStyle w:val="VNHJustify"/>
        <w:widowControl w:val="0"/>
        <w:spacing w:after="120" w:line="264" w:lineRule="auto"/>
        <w:ind w:firstLine="720"/>
        <w:rPr>
          <w:rFonts w:cs="Times New Roman"/>
          <w:i/>
          <w:spacing w:val="-2"/>
          <w:sz w:val="28"/>
          <w:szCs w:val="28"/>
        </w:rPr>
      </w:pPr>
      <w:r w:rsidRPr="008D7B31">
        <w:rPr>
          <w:rFonts w:cs="Times New Roman"/>
          <w:i/>
          <w:spacing w:val="-2"/>
          <w:sz w:val="28"/>
          <w:szCs w:val="28"/>
        </w:rPr>
        <w:t>Căn cứ</w:t>
      </w:r>
      <w:r w:rsidR="00F95F3A" w:rsidRPr="008D7B31">
        <w:rPr>
          <w:rFonts w:cs="Times New Roman"/>
          <w:i/>
          <w:spacing w:val="-2"/>
          <w:sz w:val="28"/>
          <w:szCs w:val="28"/>
        </w:rPr>
        <w:t xml:space="preserve"> Quyết định số 2530/QĐ-UBND ngày 01 tháng 7 năm 2026 của Chủ tịch Ủy ban nhân dân thành phố về phê duyệt đề nghị xây dựng văn bản quy phạm pháp luật</w:t>
      </w:r>
      <w:r w:rsidRPr="008D7B31">
        <w:rPr>
          <w:rFonts w:cs="Times New Roman"/>
          <w:i/>
          <w:spacing w:val="-2"/>
          <w:sz w:val="28"/>
          <w:szCs w:val="28"/>
        </w:rPr>
        <w:t>;</w:t>
      </w:r>
    </w:p>
    <w:p w:rsidR="00E917F2" w:rsidRPr="00477CC5" w:rsidRDefault="00F95F3A" w:rsidP="006A2962">
      <w:pPr>
        <w:pStyle w:val="VNHJustify"/>
        <w:widowControl w:val="0"/>
        <w:spacing w:after="120" w:line="264" w:lineRule="auto"/>
        <w:ind w:firstLine="720"/>
        <w:rPr>
          <w:rFonts w:cs="Times New Roman"/>
          <w:iCs/>
          <w:spacing w:val="-4"/>
          <w:sz w:val="28"/>
          <w:szCs w:val="28"/>
        </w:rPr>
      </w:pPr>
      <w:r w:rsidRPr="00477CC5">
        <w:rPr>
          <w:rFonts w:cs="Times New Roman"/>
          <w:iCs/>
          <w:sz w:val="28"/>
          <w:szCs w:val="28"/>
        </w:rPr>
        <w:t xml:space="preserve">Sở Nông nghiệp và Môi trường kính trình Ủy ban nhân dân thành phố dự thảo Quyết định </w:t>
      </w:r>
      <w:r w:rsidR="00F96308">
        <w:rPr>
          <w:rFonts w:cs="Times New Roman"/>
          <w:iCs/>
          <w:sz w:val="28"/>
          <w:szCs w:val="28"/>
        </w:rPr>
        <w:t>q</w:t>
      </w:r>
      <w:r w:rsidRPr="00477CC5">
        <w:rPr>
          <w:rFonts w:cs="Times New Roman"/>
          <w:iCs/>
          <w:sz w:val="28"/>
          <w:szCs w:val="28"/>
        </w:rPr>
        <w:t>uy định cơ cấu tổ chức, nguồn kinh phí và chế độ thù lao đối với lực lượng quản lý đê nhân dân; mức thù lao đối với lực lượng tuần tra, canh gác bảo vệ đê điều trong mùa lũ trên địa bàn thành phố Hải Phòng như sau:</w:t>
      </w:r>
    </w:p>
    <w:p w:rsidR="00E917F2" w:rsidRPr="008D7B31" w:rsidRDefault="00F95F3A" w:rsidP="006A2962">
      <w:pPr>
        <w:pStyle w:val="VNHHeading"/>
        <w:widowControl w:val="0"/>
        <w:spacing w:before="0" w:after="120" w:line="264" w:lineRule="auto"/>
        <w:ind w:firstLine="720"/>
        <w:jc w:val="both"/>
        <w:rPr>
          <w:rFonts w:cs="Times New Roman"/>
          <w:spacing w:val="-2"/>
          <w:sz w:val="28"/>
          <w:szCs w:val="28"/>
        </w:rPr>
      </w:pPr>
      <w:r w:rsidRPr="008D7B31">
        <w:rPr>
          <w:rFonts w:cs="Times New Roman"/>
          <w:spacing w:val="-2"/>
          <w:sz w:val="28"/>
          <w:szCs w:val="28"/>
        </w:rPr>
        <w:t>I. SỰ CẦN THIẾT BAN HÀNH VĂN BẢN</w:t>
      </w:r>
    </w:p>
    <w:p w:rsidR="000F28DF" w:rsidRPr="008D7B31" w:rsidRDefault="000F28DF" w:rsidP="006A2962">
      <w:pPr>
        <w:widowControl w:val="0"/>
        <w:spacing w:before="60" w:after="60" w:line="360" w:lineRule="atLeast"/>
        <w:ind w:firstLine="720"/>
        <w:jc w:val="both"/>
        <w:rPr>
          <w:rFonts w:cs="Times New Roman"/>
          <w:b/>
          <w:spacing w:val="-2"/>
          <w:sz w:val="28"/>
          <w:szCs w:val="28"/>
        </w:rPr>
      </w:pPr>
      <w:r w:rsidRPr="008D7B31">
        <w:rPr>
          <w:rFonts w:cs="Times New Roman"/>
          <w:b/>
          <w:spacing w:val="-2"/>
          <w:sz w:val="28"/>
          <w:szCs w:val="28"/>
        </w:rPr>
        <w:t>1. Cơ sở chính trị, pháp lý</w:t>
      </w:r>
    </w:p>
    <w:p w:rsidR="000F28DF" w:rsidRPr="008D7B31" w:rsidRDefault="00D704E9" w:rsidP="006A2962">
      <w:pPr>
        <w:widowControl w:val="0"/>
        <w:spacing w:before="60" w:after="60" w:line="360" w:lineRule="atLeast"/>
        <w:ind w:firstLine="720"/>
        <w:jc w:val="both"/>
        <w:rPr>
          <w:rFonts w:cs="Times New Roman"/>
          <w:spacing w:val="-2"/>
          <w:sz w:val="28"/>
          <w:szCs w:val="28"/>
        </w:rPr>
      </w:pPr>
      <w:r w:rsidRPr="008D7B31">
        <w:rPr>
          <w:rFonts w:cs="Times New Roman"/>
          <w:spacing w:val="-2"/>
          <w:sz w:val="28"/>
          <w:szCs w:val="28"/>
        </w:rPr>
        <w:t xml:space="preserve">- </w:t>
      </w:r>
      <w:r w:rsidR="000F28DF" w:rsidRPr="008D7B31">
        <w:rPr>
          <w:rFonts w:cs="Times New Roman"/>
          <w:spacing w:val="-2"/>
          <w:sz w:val="28"/>
          <w:szCs w:val="28"/>
        </w:rPr>
        <w:t xml:space="preserve">Kết luận số 213-KL/TW ngày 21/11/2025 của Ban Bí thư về tiếp tục thực hiện Chỉ thị số 42-CT/TW ngày 24/3/2020 của Ban Bí thư về tăng cường sự lãnh đạo của Đảng đối với công tác phòng ngừa, ứng phó, khắc phục hậu quả thiên tai; trong đó xác định công tác phòng ngừa, ứng phó, khắc phục hậu quả thiên tai là </w:t>
      </w:r>
      <w:r w:rsidR="000F28DF" w:rsidRPr="008D7B31">
        <w:rPr>
          <w:rFonts w:cs="Times New Roman"/>
          <w:spacing w:val="-2"/>
          <w:sz w:val="28"/>
          <w:szCs w:val="28"/>
        </w:rPr>
        <w:lastRenderedPageBreak/>
        <w:t>nhiệm vụ quan trọng, cấp bách, thường xuyên của cả hệ thống chính trị và toàn xã hội, đồng thời yêu cầu đa dạng hóa việc huy động và sử dụng hiệu quả các nguồn lực theo phân cấp, đúng thẩm quyền.</w:t>
      </w:r>
    </w:p>
    <w:p w:rsidR="000F28DF" w:rsidRPr="008D7B31" w:rsidRDefault="000F28DF" w:rsidP="006A2962">
      <w:pPr>
        <w:widowControl w:val="0"/>
        <w:spacing w:before="60" w:after="60" w:line="360" w:lineRule="atLeast"/>
        <w:ind w:firstLine="720"/>
        <w:jc w:val="both"/>
        <w:rPr>
          <w:rFonts w:cs="Times New Roman"/>
          <w:spacing w:val="-2"/>
          <w:sz w:val="28"/>
          <w:szCs w:val="28"/>
        </w:rPr>
      </w:pPr>
      <w:r w:rsidRPr="008D7B31">
        <w:rPr>
          <w:rStyle w:val="fontstyle01"/>
          <w:color w:val="auto"/>
        </w:rPr>
        <w:t>- Kết luận số 09-KL/TW ngày 10/3/2026 của Bộ Chính trị về hoàn thiện cấu trúc hệ thống pháp luật Việt Nam đáp ứng yêu cầu phát triển đất nước trong kỷ nguyên mới; trong đó định hướng hạn chế việc ban hành nhiều văn bản quy định chi tiết, hướng dẫn thi hành và biện pháp cụ thể để tổ chức thi hành văn bản quy phạm pháp luật.</w:t>
      </w:r>
    </w:p>
    <w:p w:rsidR="000F28DF" w:rsidRPr="008D7B31" w:rsidRDefault="000F28DF" w:rsidP="006A2962">
      <w:pPr>
        <w:pStyle w:val="VNHHeading"/>
        <w:widowControl w:val="0"/>
        <w:spacing w:before="0" w:after="120" w:line="264" w:lineRule="auto"/>
        <w:ind w:firstLine="720"/>
        <w:jc w:val="both"/>
        <w:rPr>
          <w:rStyle w:val="fontstyle01"/>
          <w:b w:val="0"/>
          <w:color w:val="auto"/>
        </w:rPr>
      </w:pPr>
      <w:r w:rsidRPr="008D7B31">
        <w:rPr>
          <w:rStyle w:val="fontstyle01"/>
          <w:b w:val="0"/>
          <w:color w:val="auto"/>
        </w:rPr>
        <w:t>- Điểm a khoản 2 Điều 21 Luật Ban hành văn bản quy phạm pháp luật số</w:t>
      </w:r>
      <w:r w:rsidRPr="008D7B31">
        <w:rPr>
          <w:rFonts w:cs="Times New Roman"/>
          <w:b w:val="0"/>
          <w:sz w:val="28"/>
          <w:szCs w:val="28"/>
        </w:rPr>
        <w:br/>
      </w:r>
      <w:r w:rsidRPr="008D7B31">
        <w:rPr>
          <w:rStyle w:val="fontstyle01"/>
          <w:b w:val="0"/>
          <w:color w:val="auto"/>
        </w:rPr>
        <w:t>64/2025/QH15 được sửa đổi, bổ sung bởi Luật số 87/2025/QH15 quy định Ủy</w:t>
      </w:r>
      <w:r w:rsidRPr="008D7B31">
        <w:rPr>
          <w:rFonts w:cs="Times New Roman"/>
          <w:b w:val="0"/>
          <w:sz w:val="28"/>
          <w:szCs w:val="28"/>
        </w:rPr>
        <w:br/>
      </w:r>
      <w:r w:rsidRPr="008D7B31">
        <w:rPr>
          <w:rStyle w:val="fontstyle01"/>
          <w:b w:val="0"/>
          <w:color w:val="auto"/>
        </w:rPr>
        <w:t>ban nhân dân cấp tỉnh ban hành quyết định để quy định chi tiết điều, khoản, điểm và các nội dung khác được giao trong văn bản quy phạm pháp luật của cơ quan nhà nước cấp trên.</w:t>
      </w:r>
    </w:p>
    <w:p w:rsidR="000F28DF" w:rsidRPr="008D7B31" w:rsidRDefault="000F28DF" w:rsidP="006A2962">
      <w:pPr>
        <w:pStyle w:val="VNHHeading"/>
        <w:widowControl w:val="0"/>
        <w:spacing w:before="0" w:after="120" w:line="264" w:lineRule="auto"/>
        <w:ind w:firstLine="720"/>
        <w:jc w:val="both"/>
        <w:rPr>
          <w:rStyle w:val="fontstyle01"/>
          <w:b w:val="0"/>
          <w:color w:val="auto"/>
        </w:rPr>
      </w:pPr>
      <w:r w:rsidRPr="008D7B31">
        <w:rPr>
          <w:rStyle w:val="fontstyle01"/>
          <w:b w:val="0"/>
          <w:color w:val="auto"/>
        </w:rPr>
        <w:t>- Khoản 3 Điều 37 Luật Đê điều số 79/2006/QH11 được sửa đổi, bổ sung</w:t>
      </w:r>
      <w:r w:rsidRPr="008D7B31">
        <w:rPr>
          <w:rFonts w:cs="Times New Roman"/>
          <w:b w:val="0"/>
          <w:sz w:val="28"/>
          <w:szCs w:val="28"/>
        </w:rPr>
        <w:br/>
      </w:r>
      <w:r w:rsidRPr="008D7B31">
        <w:rPr>
          <w:rStyle w:val="fontstyle01"/>
          <w:b w:val="0"/>
          <w:color w:val="auto"/>
        </w:rPr>
        <w:t>bởi khoản 11 Điều 5 Luật số 146/2025/QH15 quy định lực lượng quản lý đê nhân dân do Ủy ban nhân dân cấp tỉnh thành lập, không thuộc biên chế nhà nước, được tổ chức theo địa bàn từng xã, phường, đặc khu ven đê và do Ủy ban nhân dân cấp xã trực tiếp quản lý; cơ cấu tổ chức, nguồn kinh phí và chế độ thù lao đối với lực lượng quản lý đê nhân dân do Ủy ban nhân dân cấp tỉnh quy định theo hướng dẫn của Bộ Nông nghiệp và Môi trường về cơ cấu tổ chức, của Bộ Tài chính về nguồn kinh phí và chế độ thù lao.</w:t>
      </w:r>
    </w:p>
    <w:p w:rsidR="00D2522E" w:rsidRPr="008D7B31" w:rsidRDefault="00D2522E" w:rsidP="006A2962">
      <w:pPr>
        <w:pStyle w:val="VNHHeading"/>
        <w:widowControl w:val="0"/>
        <w:spacing w:before="0" w:after="120" w:line="264" w:lineRule="auto"/>
        <w:ind w:firstLine="720"/>
        <w:jc w:val="both"/>
        <w:rPr>
          <w:rStyle w:val="fontstyle01"/>
          <w:b w:val="0"/>
          <w:color w:val="auto"/>
        </w:rPr>
      </w:pPr>
      <w:r w:rsidRPr="008D7B31">
        <w:rPr>
          <w:rStyle w:val="fontstyle01"/>
          <w:b w:val="0"/>
          <w:color w:val="auto"/>
        </w:rPr>
        <w:t>- Điều 2, Điều 5 Thông tư số 26/2009/TT-BNN được sửa đổi, bổ sung bởi Điều 4, Điều 7 Thông tư số 10/2026/TT-BNNMT quy định cơ cấu tổ chức, nguồn kinh phí và chế độ chính sách đối với nhân viên quản lý đê nhân dân.</w:t>
      </w:r>
    </w:p>
    <w:p w:rsidR="000F28DF" w:rsidRPr="008D7B31" w:rsidRDefault="000F28DF" w:rsidP="006A2962">
      <w:pPr>
        <w:pStyle w:val="VNHHeading"/>
        <w:widowControl w:val="0"/>
        <w:spacing w:before="0" w:after="120" w:line="264" w:lineRule="auto"/>
        <w:ind w:firstLine="720"/>
        <w:jc w:val="both"/>
        <w:rPr>
          <w:rStyle w:val="fontstyle01"/>
          <w:b w:val="0"/>
          <w:color w:val="auto"/>
        </w:rPr>
      </w:pPr>
      <w:r w:rsidRPr="008D7B31">
        <w:rPr>
          <w:rStyle w:val="fontstyle01"/>
          <w:b w:val="0"/>
          <w:color w:val="auto"/>
        </w:rPr>
        <w:t>- Khoản 2 Điều 24 Luật Đê điều số 79/2006/QH11 quy định khi có báo</w:t>
      </w:r>
      <w:r w:rsidRPr="008D7B31">
        <w:rPr>
          <w:rFonts w:cs="Times New Roman"/>
          <w:b w:val="0"/>
          <w:sz w:val="28"/>
          <w:szCs w:val="28"/>
        </w:rPr>
        <w:br/>
      </w:r>
      <w:r w:rsidRPr="008D7B31">
        <w:rPr>
          <w:rStyle w:val="fontstyle01"/>
          <w:b w:val="0"/>
          <w:color w:val="auto"/>
        </w:rPr>
        <w:t>động lũ từ cấp I trở lên đối với tuyến sông có đê hoặc khi có báo động lũ từ cấp II trở lên đối với tuyến sông khác, Ủy ban nhân dân cấp xã nơi có đê phải huy động lực lượng lao động tại địa phương, phối hợp với lực lượng chuyên trách quản lý đê điều để tuần tra, canh gác và thường trực trên các điếm canh đê, phát hiện và xử lý kịp thời các sự cố đê điều; mức thù lao cho lực lượng này do Ủy ban nhân dân cấp tỉnh quy định.</w:t>
      </w:r>
    </w:p>
    <w:p w:rsidR="000F28DF" w:rsidRPr="008D7B31" w:rsidRDefault="000F28DF" w:rsidP="006A2962">
      <w:pPr>
        <w:pStyle w:val="VNHHeading"/>
        <w:widowControl w:val="0"/>
        <w:spacing w:before="0" w:after="120" w:line="264" w:lineRule="auto"/>
        <w:ind w:firstLine="720"/>
        <w:jc w:val="both"/>
        <w:rPr>
          <w:rFonts w:cs="Times New Roman"/>
          <w:b w:val="0"/>
          <w:spacing w:val="-2"/>
          <w:sz w:val="28"/>
          <w:szCs w:val="28"/>
        </w:rPr>
      </w:pPr>
      <w:r w:rsidRPr="008D7B31">
        <w:rPr>
          <w:rStyle w:val="fontstyle01"/>
          <w:b w:val="0"/>
          <w:color w:val="auto"/>
        </w:rPr>
        <w:t>- Khoản 1 Điều 14 Thông tư số 01/2009/TT-BNN được sửa đổi, bổ sung</w:t>
      </w:r>
      <w:r w:rsidRPr="008D7B31">
        <w:rPr>
          <w:rFonts w:cs="Times New Roman"/>
          <w:b w:val="0"/>
          <w:sz w:val="28"/>
          <w:szCs w:val="28"/>
        </w:rPr>
        <w:br/>
      </w:r>
      <w:r w:rsidRPr="008D7B31">
        <w:rPr>
          <w:rStyle w:val="fontstyle01"/>
          <w:b w:val="0"/>
          <w:color w:val="auto"/>
        </w:rPr>
        <w:t>bởi khoản 5 Điều 3 Thông tư số 10/2026/TT-BNNMT quy định người tuần tra,</w:t>
      </w:r>
      <w:r w:rsidRPr="008D7B31">
        <w:rPr>
          <w:rFonts w:cs="Times New Roman"/>
          <w:b w:val="0"/>
          <w:sz w:val="28"/>
          <w:szCs w:val="28"/>
        </w:rPr>
        <w:br/>
      </w:r>
      <w:r w:rsidRPr="008D7B31">
        <w:rPr>
          <w:rStyle w:val="fontstyle01"/>
          <w:b w:val="0"/>
          <w:color w:val="auto"/>
        </w:rPr>
        <w:t>canh gác đê được hưởng thù lao, mức thù lao cho lực lượng này do Ủy ban nhân</w:t>
      </w:r>
      <w:r w:rsidRPr="008D7B31">
        <w:rPr>
          <w:rFonts w:cs="Times New Roman"/>
          <w:b w:val="0"/>
          <w:sz w:val="28"/>
          <w:szCs w:val="28"/>
        </w:rPr>
        <w:br/>
      </w:r>
      <w:r w:rsidRPr="008D7B31">
        <w:rPr>
          <w:rStyle w:val="fontstyle01"/>
          <w:b w:val="0"/>
          <w:color w:val="auto"/>
        </w:rPr>
        <w:t>dân cấp tỉnh quy định, theo hướng dẫn của Bộ Tài chính và Bộ Nông nghiệp và</w:t>
      </w:r>
      <w:r w:rsidRPr="008D7B31">
        <w:rPr>
          <w:rFonts w:cs="Times New Roman"/>
          <w:b w:val="0"/>
          <w:sz w:val="28"/>
          <w:szCs w:val="28"/>
        </w:rPr>
        <w:br/>
      </w:r>
      <w:r w:rsidRPr="008D7B31">
        <w:rPr>
          <w:rStyle w:val="fontstyle01"/>
          <w:b w:val="0"/>
          <w:color w:val="auto"/>
        </w:rPr>
        <w:t>Môi trường.</w:t>
      </w:r>
    </w:p>
    <w:p w:rsidR="00E917F2" w:rsidRPr="008D7B31" w:rsidRDefault="00D704E9" w:rsidP="006A2962">
      <w:pPr>
        <w:pStyle w:val="VNHJustify"/>
        <w:widowControl w:val="0"/>
        <w:spacing w:after="120" w:line="264" w:lineRule="auto"/>
        <w:ind w:firstLine="720"/>
        <w:rPr>
          <w:rStyle w:val="fontstyle01"/>
          <w:color w:val="auto"/>
        </w:rPr>
      </w:pPr>
      <w:r w:rsidRPr="008D7B31">
        <w:rPr>
          <w:rStyle w:val="fontstyle01"/>
          <w:color w:val="auto"/>
        </w:rPr>
        <w:t xml:space="preserve">- </w:t>
      </w:r>
      <w:r w:rsidR="00F95F3A" w:rsidRPr="008D7B31">
        <w:rPr>
          <w:rStyle w:val="fontstyle01"/>
          <w:color w:val="auto"/>
        </w:rPr>
        <w:t xml:space="preserve">Nghị định số 161/2026/NĐ-CP ngày 15 tháng 5 năm 2026 của Chính phủ quy định mức lương cơ sở từ ngày 01 tháng 7 năm 2026 là 2.530.000 đồng/tháng. Đây là cơ sở để xác định mức thù lao theo hệ số mức lương cơ sở, </w:t>
      </w:r>
      <w:r w:rsidR="00F95F3A" w:rsidRPr="008D7B31">
        <w:rPr>
          <w:rStyle w:val="fontstyle01"/>
          <w:color w:val="auto"/>
        </w:rPr>
        <w:lastRenderedPageBreak/>
        <w:t>bảo đảm ổn định, thuận lợi khi điều chỉnh theo chính sách tiền lương của Nhà nước.</w:t>
      </w:r>
    </w:p>
    <w:p w:rsidR="00E917F2" w:rsidRPr="008D7B31" w:rsidRDefault="00D704E9" w:rsidP="006A2962">
      <w:pPr>
        <w:pStyle w:val="VNHJustify"/>
        <w:widowControl w:val="0"/>
        <w:spacing w:after="120" w:line="264" w:lineRule="auto"/>
        <w:ind w:firstLine="720"/>
        <w:rPr>
          <w:rFonts w:cs="Times New Roman"/>
          <w:spacing w:val="-2"/>
          <w:sz w:val="28"/>
          <w:szCs w:val="28"/>
        </w:rPr>
      </w:pPr>
      <w:r w:rsidRPr="008D7B31">
        <w:rPr>
          <w:rFonts w:cs="Times New Roman"/>
          <w:sz w:val="28"/>
          <w:szCs w:val="28"/>
        </w:rPr>
        <w:t>- Quyết định số 2530/QĐ-UBND ngày 01 tháng 7 năm 2026 của Chủ tịch Ủy ban nhân dân thành phố về việc phê duyệt đề nghị xây dựng văn bản quy phạm pháp luật; theo đó, giao Sở Nông nghiệp và Môi trường là cơ quan chủ trì soạn thảo Quyết định quy định cơ cấu tổ chức, nguồn kinh phí, chế độ thù lao đối với lực lượng quản lý đê nhân dân và mức thù lao đối với lực lượng tuần tra, canh gác bảo vệ đê điều trong mùa lũ trên địa bàn thành phố.</w:t>
      </w:r>
    </w:p>
    <w:p w:rsidR="00E917F2" w:rsidRPr="008D7B31" w:rsidRDefault="00F95F3A" w:rsidP="006A2962">
      <w:pPr>
        <w:pStyle w:val="VNHHeading"/>
        <w:widowControl w:val="0"/>
        <w:spacing w:before="0" w:after="120" w:line="264" w:lineRule="auto"/>
        <w:ind w:firstLine="720"/>
        <w:jc w:val="both"/>
        <w:rPr>
          <w:rFonts w:cs="Times New Roman"/>
          <w:spacing w:val="-2"/>
          <w:sz w:val="28"/>
          <w:szCs w:val="28"/>
        </w:rPr>
      </w:pPr>
      <w:r w:rsidRPr="008D7B31">
        <w:rPr>
          <w:rFonts w:cs="Times New Roman"/>
          <w:spacing w:val="-2"/>
          <w:sz w:val="28"/>
          <w:szCs w:val="28"/>
        </w:rPr>
        <w:t>2. Cơ sở thực tiễn</w:t>
      </w:r>
    </w:p>
    <w:p w:rsidR="00E917F2" w:rsidRPr="008D7B31" w:rsidRDefault="00F95F3A" w:rsidP="006A2962">
      <w:pPr>
        <w:pStyle w:val="VNHJustify"/>
        <w:widowControl w:val="0"/>
        <w:spacing w:after="120" w:line="360" w:lineRule="exact"/>
        <w:ind w:firstLine="720"/>
        <w:rPr>
          <w:rFonts w:cs="Times New Roman"/>
          <w:sz w:val="28"/>
          <w:szCs w:val="28"/>
        </w:rPr>
      </w:pPr>
      <w:r w:rsidRPr="008D7B31">
        <w:rPr>
          <w:rFonts w:cs="Times New Roman"/>
          <w:sz w:val="28"/>
          <w:szCs w:val="28"/>
        </w:rPr>
        <w:t>Sau khi sắp xếp đơn vị hành chính, thành phố Hải Phòng có phạm vi quản lý đê điều rộng, gồm hệ thống đê sông, đê cửa sông, đê biển, nhiều khu vực trọng điểm, nhiều cống qua đê, kè bảo vệ đê, bãi sông và công trình phụ trợ. Theo Văn bản số 1295-CV/ĐU ngày 17/6/2026 của Đảng ủy Ủy ban nhân dân thành phố, hệ thống đê điều thành phố có 43 tuyến đê, tổng chiều dài khoảng 789,245 km. Công tác quản lý, bảo vệ đê điều cần lực lượng tại chỗ, am hiểu địa bàn, phát hiện sớm hư hỏng, sự cố và vi phạm pháp luật về đê điều để kịp thời xử lý ngay từ giờ đầu.</w:t>
      </w:r>
    </w:p>
    <w:p w:rsidR="002065A5" w:rsidRPr="008D7B31" w:rsidRDefault="002065A5" w:rsidP="006A2962">
      <w:pPr>
        <w:widowControl w:val="0"/>
        <w:spacing w:after="120" w:line="360" w:lineRule="exact"/>
        <w:ind w:firstLine="720"/>
        <w:jc w:val="both"/>
        <w:rPr>
          <w:rFonts w:cs="Times New Roman"/>
          <w:sz w:val="28"/>
          <w:szCs w:val="28"/>
        </w:rPr>
      </w:pPr>
      <w:r w:rsidRPr="008D7B31">
        <w:rPr>
          <w:rFonts w:cs="Times New Roman"/>
          <w:sz w:val="28"/>
          <w:szCs w:val="28"/>
        </w:rPr>
        <w:t xml:space="preserve">Trên địa bàn tỉnh Hải Dương (cũ), mức thù lao của lực lượng tuần tra, canh gác bảo vệ đê điều trong mùa lũ được quy định tại Quyết định số 10/2019/QĐ-UBND ngày 11/4/2019 của Uỷ ban nhân dân tỉnh Hải Dương (cũ). </w:t>
      </w:r>
    </w:p>
    <w:p w:rsidR="002065A5" w:rsidRPr="008D7B31" w:rsidRDefault="002065A5" w:rsidP="006A2962">
      <w:pPr>
        <w:widowControl w:val="0"/>
        <w:spacing w:after="120" w:line="360" w:lineRule="exact"/>
        <w:ind w:firstLine="720"/>
        <w:jc w:val="both"/>
        <w:rPr>
          <w:rFonts w:cs="Times New Roman"/>
          <w:sz w:val="28"/>
          <w:szCs w:val="28"/>
        </w:rPr>
      </w:pPr>
      <w:r w:rsidRPr="008D7B31">
        <w:rPr>
          <w:rFonts w:cs="Times New Roman"/>
          <w:sz w:val="28"/>
          <w:szCs w:val="28"/>
        </w:rPr>
        <w:t>Trên địa bàn thành phố Hải Phòng (cũ), tổ chức, hoạt động và chế độ chính sách của lực lượng quản lý đê nhân dân được quy định tại Quyết định số 684/2011/QĐ-UBND ngày 06/5/2011 của Uỷ ban nhân dân thành phố Hải Phòng (cũ).</w:t>
      </w:r>
    </w:p>
    <w:p w:rsidR="00E917F2" w:rsidRPr="008D7B31" w:rsidRDefault="00F95F3A" w:rsidP="006A2962">
      <w:pPr>
        <w:pStyle w:val="VNHJustify"/>
        <w:widowControl w:val="0"/>
        <w:spacing w:after="120" w:line="360" w:lineRule="exact"/>
        <w:ind w:firstLine="720"/>
        <w:rPr>
          <w:rFonts w:cs="Times New Roman"/>
          <w:spacing w:val="-2"/>
          <w:sz w:val="28"/>
          <w:szCs w:val="28"/>
        </w:rPr>
      </w:pPr>
      <w:r w:rsidRPr="008D7B31">
        <w:rPr>
          <w:rFonts w:cs="Times New Roman"/>
          <w:spacing w:val="-2"/>
          <w:sz w:val="28"/>
          <w:szCs w:val="28"/>
        </w:rPr>
        <w:t>Các quy định trước đây của thành phố Hải Phòng và tỉnh Hải Dương về lực lượng quản lý đê nhân dân, tuần tra, canh gác đê cần được rà soát, thống nhất áp dụng trên địa bàn thành phố sau sắp xếp đơn vị hành chính; đồng thời điều chỉnh mức thù lao cho phù hợp với mức lương cơ sở hiện hành, mặt bằng thu nhập lao động phổ thông và yêu cầu huy động lực lượng trong mùa mưa, lũ.</w:t>
      </w:r>
    </w:p>
    <w:p w:rsidR="00E917F2" w:rsidRPr="008D7B31" w:rsidRDefault="00F95F3A" w:rsidP="006A2962">
      <w:pPr>
        <w:pStyle w:val="VNHJustify"/>
        <w:widowControl w:val="0"/>
        <w:spacing w:after="120" w:line="360" w:lineRule="exact"/>
        <w:ind w:firstLine="720"/>
        <w:rPr>
          <w:rFonts w:cs="Times New Roman"/>
          <w:spacing w:val="-2"/>
          <w:sz w:val="28"/>
          <w:szCs w:val="28"/>
        </w:rPr>
      </w:pPr>
      <w:r w:rsidRPr="008D7B31">
        <w:rPr>
          <w:rFonts w:cs="Times New Roman"/>
          <w:sz w:val="28"/>
          <w:szCs w:val="28"/>
        </w:rPr>
        <w:t>Thực tế hiện nay, nếu mức thù lao quá thấp sẽ khó huy động người dân tham gia tuần tra, canh gác bảo vệ đê điều, nhất là ở khu vực có nhiều khu, cụm công nghiệp, nơi người lao động có thể lựa chọn làm công nhân hoặc việc thời vụ khác. Việc ban hành Quyết định là cần thiết để bảo đảm khả năng huy động lực lượng tại chỗ, nâng cao hiệu quả quản lý, bảo vệ đê điều và chủ động phòng, chống thiên tai.</w:t>
      </w:r>
    </w:p>
    <w:p w:rsidR="00E917F2" w:rsidRPr="008D7B31" w:rsidRDefault="00F95F3A" w:rsidP="006A2962">
      <w:pPr>
        <w:pStyle w:val="VNHHeading"/>
        <w:widowControl w:val="0"/>
        <w:spacing w:before="0" w:after="120" w:line="264" w:lineRule="auto"/>
        <w:ind w:firstLine="720"/>
        <w:jc w:val="both"/>
        <w:rPr>
          <w:rFonts w:cs="Times New Roman"/>
          <w:spacing w:val="-2"/>
          <w:sz w:val="28"/>
          <w:szCs w:val="28"/>
        </w:rPr>
      </w:pPr>
      <w:r w:rsidRPr="008D7B31">
        <w:rPr>
          <w:rFonts w:cs="Times New Roman"/>
          <w:spacing w:val="-2"/>
          <w:sz w:val="28"/>
          <w:szCs w:val="28"/>
        </w:rPr>
        <w:t>II. MỤC ĐÍCH BAN HÀNH, QUAN ĐIỂM XÂY DỰNG DỰ THẢO VĂN BẢN</w:t>
      </w:r>
    </w:p>
    <w:p w:rsidR="00E917F2" w:rsidRPr="008D7B31" w:rsidRDefault="00F95F3A" w:rsidP="006A2962">
      <w:pPr>
        <w:pStyle w:val="VNHHeading"/>
        <w:widowControl w:val="0"/>
        <w:spacing w:before="0" w:after="120" w:line="264" w:lineRule="auto"/>
        <w:ind w:firstLine="720"/>
        <w:jc w:val="both"/>
        <w:rPr>
          <w:rFonts w:cs="Times New Roman"/>
          <w:spacing w:val="-2"/>
          <w:sz w:val="28"/>
          <w:szCs w:val="28"/>
        </w:rPr>
      </w:pPr>
      <w:r w:rsidRPr="008D7B31">
        <w:rPr>
          <w:rFonts w:cs="Times New Roman"/>
          <w:spacing w:val="-2"/>
          <w:sz w:val="28"/>
          <w:szCs w:val="28"/>
        </w:rPr>
        <w:lastRenderedPageBreak/>
        <w:t>1. Mục đích ban hành văn bản</w:t>
      </w:r>
    </w:p>
    <w:p w:rsidR="00E917F2" w:rsidRPr="008D7B31" w:rsidRDefault="00F95F3A" w:rsidP="006A2962">
      <w:pPr>
        <w:pStyle w:val="VNHJustify"/>
        <w:widowControl w:val="0"/>
        <w:spacing w:after="120" w:line="264" w:lineRule="auto"/>
        <w:ind w:firstLine="720"/>
        <w:rPr>
          <w:rFonts w:cs="Times New Roman"/>
          <w:spacing w:val="-2"/>
          <w:sz w:val="28"/>
          <w:szCs w:val="28"/>
        </w:rPr>
      </w:pPr>
      <w:r w:rsidRPr="008D7B31">
        <w:rPr>
          <w:rFonts w:cs="Times New Roman"/>
          <w:spacing w:val="-2"/>
          <w:sz w:val="28"/>
          <w:szCs w:val="28"/>
        </w:rPr>
        <w:t>Quy định thống nhất trên địa bàn thành phố về cơ cấu tổ chức, nhiệm vụ, chế độ thông tin báo cáo, nguồn kinh phí, chế độ thù lao đối với lực lượng quản lý đê nhân dân; đồng thời quy định mức thù lao, nguồn kinh phí chi trả đối với lực lượng tuần tra, canh gác bảo vệ đê điều trong mùa lũ.</w:t>
      </w:r>
    </w:p>
    <w:p w:rsidR="00E917F2" w:rsidRPr="008D7B31" w:rsidRDefault="00F95F3A" w:rsidP="006A2962">
      <w:pPr>
        <w:pStyle w:val="VNHJustify"/>
        <w:widowControl w:val="0"/>
        <w:spacing w:after="120" w:line="264" w:lineRule="auto"/>
        <w:ind w:firstLine="720"/>
        <w:rPr>
          <w:rFonts w:cs="Times New Roman"/>
          <w:spacing w:val="-2"/>
          <w:sz w:val="28"/>
          <w:szCs w:val="28"/>
        </w:rPr>
      </w:pPr>
      <w:r w:rsidRPr="008D7B31">
        <w:rPr>
          <w:rFonts w:cs="Times New Roman"/>
          <w:spacing w:val="-2"/>
          <w:sz w:val="28"/>
          <w:szCs w:val="28"/>
        </w:rPr>
        <w:t>Làm cơ sở để Ủy ban nhân dân cấp xã nơi có đê rà soát, đề xuất kiện toàn lực lượng quản lý đê nhân dân; thành lập, huy động lực lượng tuần tra, canh gác đê khi có báo động lũ hoặc khi có yêu cầu của cơ quan có thẩm quyền; lập dự toán, thanh toán, quyết toán kinh phí theo đúng quy định.</w:t>
      </w:r>
    </w:p>
    <w:p w:rsidR="00E917F2" w:rsidRPr="008D7B31" w:rsidRDefault="00F95F3A" w:rsidP="006A2962">
      <w:pPr>
        <w:pStyle w:val="VNHHeading"/>
        <w:widowControl w:val="0"/>
        <w:spacing w:before="0" w:after="120" w:line="264" w:lineRule="auto"/>
        <w:ind w:firstLine="720"/>
        <w:jc w:val="both"/>
        <w:rPr>
          <w:rFonts w:cs="Times New Roman"/>
          <w:spacing w:val="-2"/>
          <w:sz w:val="28"/>
          <w:szCs w:val="28"/>
        </w:rPr>
      </w:pPr>
      <w:r w:rsidRPr="008D7B31">
        <w:rPr>
          <w:rFonts w:cs="Times New Roman"/>
          <w:spacing w:val="-2"/>
          <w:sz w:val="28"/>
          <w:szCs w:val="28"/>
        </w:rPr>
        <w:t>2. Quan điểm xây dựng dự thảo văn bản</w:t>
      </w:r>
    </w:p>
    <w:p w:rsidR="00E917F2" w:rsidRPr="008D7B31" w:rsidRDefault="00F95F3A" w:rsidP="006A2962">
      <w:pPr>
        <w:pStyle w:val="VNHJustify"/>
        <w:widowControl w:val="0"/>
        <w:spacing w:after="120" w:line="264" w:lineRule="auto"/>
        <w:ind w:firstLine="720"/>
        <w:rPr>
          <w:rFonts w:cs="Times New Roman"/>
          <w:spacing w:val="-2"/>
          <w:sz w:val="28"/>
          <w:szCs w:val="28"/>
        </w:rPr>
      </w:pPr>
      <w:r w:rsidRPr="008D7B31">
        <w:rPr>
          <w:rFonts w:cs="Times New Roman"/>
          <w:spacing w:val="-2"/>
          <w:sz w:val="28"/>
          <w:szCs w:val="28"/>
        </w:rPr>
        <w:t>Bảo đảm phù hợp quy định của pháp luật về đê điều, phòng, chống thiên tai, ngân sách nhà nước, quản lý Quỹ phòng, chống thiên tai và các quy định pháp luật có liên quan; không làm phát sinh biên chế nhà nước; phân định rõ trách nhiệm giữa Sở Nông nghiệp và Môi trường, Sở Tài chính, Ủy ban nhân dân cấp xã, Chi cục Quản lý tài nguyên nước và Phòng, chống thiên tai, các Hạt Quản lý đê</w:t>
      </w:r>
      <w:r w:rsidR="000F741B" w:rsidRPr="008D7B31">
        <w:rPr>
          <w:rFonts w:cs="Times New Roman"/>
          <w:spacing w:val="-2"/>
          <w:sz w:val="28"/>
          <w:szCs w:val="28"/>
        </w:rPr>
        <w:t xml:space="preserve"> điều</w:t>
      </w:r>
      <w:r w:rsidRPr="008D7B31">
        <w:rPr>
          <w:rFonts w:cs="Times New Roman"/>
          <w:spacing w:val="-2"/>
          <w:sz w:val="28"/>
          <w:szCs w:val="28"/>
        </w:rPr>
        <w:t>.</w:t>
      </w:r>
    </w:p>
    <w:p w:rsidR="00E917F2" w:rsidRPr="008D7B31" w:rsidRDefault="00F95F3A" w:rsidP="006A2962">
      <w:pPr>
        <w:pStyle w:val="VNHJustify"/>
        <w:widowControl w:val="0"/>
        <w:spacing w:after="120" w:line="264" w:lineRule="auto"/>
        <w:ind w:firstLine="720"/>
        <w:rPr>
          <w:rFonts w:cs="Times New Roman"/>
          <w:spacing w:val="-2"/>
          <w:sz w:val="28"/>
          <w:szCs w:val="28"/>
        </w:rPr>
      </w:pPr>
      <w:r w:rsidRPr="008D7B31">
        <w:rPr>
          <w:rFonts w:cs="Times New Roman"/>
          <w:spacing w:val="-2"/>
          <w:sz w:val="28"/>
          <w:szCs w:val="28"/>
        </w:rPr>
        <w:t>Mức thù lao được xây dựng theo hướng có căn cứ, minh bạch, dễ áp dụng, gắn với mức lương cơ sở để thuận lợi trong thanh toán và điều chỉnh khi chính sách tiền lương thay đổi; đồng thời bảo đảm tương xứng với thời gian, tính chất nhiệm vụ, điều kiện làm việc và khả năng cân đối ngân sách địa phương.</w:t>
      </w:r>
    </w:p>
    <w:p w:rsidR="00E917F2" w:rsidRPr="008D7B31" w:rsidRDefault="00F95F3A" w:rsidP="006A2962">
      <w:pPr>
        <w:pStyle w:val="VNHHeading"/>
        <w:widowControl w:val="0"/>
        <w:spacing w:before="0" w:after="120" w:line="264" w:lineRule="auto"/>
        <w:ind w:firstLine="720"/>
        <w:jc w:val="both"/>
        <w:rPr>
          <w:rFonts w:cs="Times New Roman"/>
          <w:spacing w:val="-2"/>
          <w:sz w:val="28"/>
          <w:szCs w:val="28"/>
        </w:rPr>
      </w:pPr>
      <w:r w:rsidRPr="008D7B31">
        <w:rPr>
          <w:rFonts w:cs="Times New Roman"/>
          <w:spacing w:val="-2"/>
          <w:sz w:val="28"/>
          <w:szCs w:val="28"/>
        </w:rPr>
        <w:t>III. QUÁ TRÌNH XÂY DỰNG DỰ THẢO VĂN BẢN</w:t>
      </w:r>
    </w:p>
    <w:p w:rsidR="00E917F2" w:rsidRPr="008D7B31" w:rsidRDefault="00F95F3A" w:rsidP="006A2962">
      <w:pPr>
        <w:pStyle w:val="VNHJustify"/>
        <w:widowControl w:val="0"/>
        <w:spacing w:after="120" w:line="264" w:lineRule="auto"/>
        <w:ind w:firstLine="720"/>
        <w:rPr>
          <w:rFonts w:cs="Times New Roman"/>
          <w:spacing w:val="-2"/>
          <w:sz w:val="28"/>
          <w:szCs w:val="28"/>
        </w:rPr>
      </w:pPr>
      <w:r w:rsidRPr="008D7B31">
        <w:rPr>
          <w:rFonts w:cs="Times New Roman"/>
          <w:spacing w:val="-2"/>
          <w:sz w:val="28"/>
          <w:szCs w:val="28"/>
        </w:rPr>
        <w:t>Sở Nông nghiệp và Môi trường đã rà soát quy định của pháp luật hiện hành; rà soát các văn bản đang áp dụng trên địa bàn thành phố Hải Phòng và địa bàn tỉnh Hải Dương trước khi sắp xếp đơn vị hành chính; nghiên cứu mặt bằng chính sách liên quan đến lực lượng tại chỗ, lực lượng tham gia phòng, chống thiên tai, lực lượng dân quân tự vệ và người hoạt động không chuyên trách ở thôn, tổ dân phố.</w:t>
      </w:r>
    </w:p>
    <w:p w:rsidR="00E917F2" w:rsidRPr="00D54492" w:rsidRDefault="00F95F3A" w:rsidP="006A2962">
      <w:pPr>
        <w:pStyle w:val="VNHJustify"/>
        <w:widowControl w:val="0"/>
        <w:spacing w:after="120" w:line="264" w:lineRule="auto"/>
        <w:ind w:firstLine="720"/>
        <w:rPr>
          <w:rFonts w:cs="Times New Roman"/>
          <w:spacing w:val="-2"/>
          <w:sz w:val="28"/>
          <w:szCs w:val="28"/>
        </w:rPr>
      </w:pPr>
      <w:r w:rsidRPr="00D54492">
        <w:rPr>
          <w:rFonts w:cs="Times New Roman"/>
          <w:spacing w:val="-2"/>
          <w:sz w:val="28"/>
          <w:szCs w:val="28"/>
        </w:rPr>
        <w:t>Trên cơ sở Quyết định số 2530/QĐ-UBND ngày 01 tháng 7 năm 2026 của Chủ tịch Ủy ban nhân dân thành phố, Sở Nông nghiệp và Môi trường đã xây dựng dự thảo Quyết định, dự thảo Quy định kèm theo; tổ chức rà soát nội dung, bố cục, thẩm quyền ban hành, căn cứ pháp lý, nguồn kinh phí và các điều kiện bảo đảm thi hành.</w:t>
      </w:r>
    </w:p>
    <w:p w:rsidR="00D54492" w:rsidRPr="00D54492" w:rsidRDefault="00D54492" w:rsidP="00D54492">
      <w:pPr>
        <w:widowControl w:val="0"/>
        <w:spacing w:after="120" w:line="264" w:lineRule="auto"/>
        <w:ind w:firstLine="720"/>
        <w:jc w:val="both"/>
        <w:rPr>
          <w:spacing w:val="-2"/>
          <w:sz w:val="28"/>
          <w:szCs w:val="28"/>
        </w:rPr>
      </w:pPr>
      <w:r w:rsidRPr="00D54492">
        <w:rPr>
          <w:spacing w:val="-2"/>
          <w:sz w:val="28"/>
          <w:szCs w:val="28"/>
        </w:rPr>
        <w:t>Sở Nông nghiệp và Môi trường đã có Công văn số 10056/SNNMT-CCTTNPCTT ngày 10/8/2026 lấy ý kiến các sở, ngành, cơ quan, đơn vị và UBND các xã, phường, đặc khu có đê; đồng thời gửi đăng tải đầy đủ hồ sơ dự thảo trên Cổng Thông tin điện tử thành phố để lấy ý kiến tổ chức, cá nhân từ ngày 12/8/2026 đến ngày 22/8/2026.</w:t>
      </w:r>
    </w:p>
    <w:p w:rsidR="00D54492" w:rsidRPr="00D54492" w:rsidRDefault="00D54492" w:rsidP="00D54492">
      <w:pPr>
        <w:widowControl w:val="0"/>
        <w:spacing w:after="120" w:line="264" w:lineRule="auto"/>
        <w:ind w:firstLine="720"/>
        <w:jc w:val="both"/>
        <w:rPr>
          <w:spacing w:val="-2"/>
          <w:sz w:val="28"/>
          <w:szCs w:val="28"/>
        </w:rPr>
      </w:pPr>
      <w:r w:rsidRPr="00D54492">
        <w:rPr>
          <w:spacing w:val="-2"/>
          <w:sz w:val="28"/>
          <w:szCs w:val="28"/>
        </w:rPr>
        <w:lastRenderedPageBreak/>
        <w:t>Đến ngày 20/10/2026, có 78 cơ quan, địa phương, đơn vị gửi văn bản tham gia ý kiến; trong đó 68 cơ quan, địa phương, đơn vị thống nhất với hồ sơ dự thảo, không có ý kiến khác và 10 cơ quan, địa phương, đơn vị có nội dung góp ý. Các ý kiến góp ý được tổng hợp theo nội dung cụ thể tại Mục II dưới đây; ý kiến trùng nhau được ghi đủ tên cơ quan, địa phương và giải trình chung để tránh lặp lại. Trên Cổng thông tin điện tử thành phố không có ý kiến tham gia.</w:t>
      </w:r>
    </w:p>
    <w:p w:rsidR="00D54492" w:rsidRPr="00D54492" w:rsidRDefault="00D54492" w:rsidP="00D54492">
      <w:pPr>
        <w:widowControl w:val="0"/>
        <w:spacing w:after="120" w:line="264" w:lineRule="auto"/>
        <w:ind w:firstLine="720"/>
        <w:jc w:val="both"/>
        <w:rPr>
          <w:spacing w:val="-2"/>
          <w:sz w:val="28"/>
          <w:szCs w:val="28"/>
        </w:rPr>
      </w:pPr>
      <w:r w:rsidRPr="00D54492">
        <w:rPr>
          <w:spacing w:val="-2"/>
          <w:sz w:val="28"/>
          <w:szCs w:val="28"/>
        </w:rPr>
        <w:t>Ủy ban MTTQ Việt Nam thành phố tham gia ý kiến tại Công văn số 1138/MTTQ-BTT ngày 17/8/2026.</w:t>
      </w:r>
    </w:p>
    <w:p w:rsidR="00E917F2" w:rsidRPr="00D54492" w:rsidRDefault="00D54492" w:rsidP="00D54492">
      <w:pPr>
        <w:pStyle w:val="VNHJustify"/>
        <w:widowControl w:val="0"/>
        <w:spacing w:after="120" w:line="264" w:lineRule="auto"/>
        <w:ind w:firstLine="720"/>
        <w:rPr>
          <w:rFonts w:cs="Times New Roman"/>
          <w:spacing w:val="-2"/>
          <w:sz w:val="28"/>
          <w:szCs w:val="28"/>
        </w:rPr>
      </w:pPr>
      <w:r w:rsidRPr="00D54492">
        <w:rPr>
          <w:spacing w:val="-2"/>
          <w:sz w:val="28"/>
          <w:szCs w:val="28"/>
        </w:rPr>
        <w:t>Đối với nội dung thù lao và nguồn kinh phí, sau khi tiếp thu, giải trình ý kiến tại Công văn số 9391/STC-TCHCSN ngày 16/9/2026, Sở Nông nghiệp và Môi trường tiếp tục trao đổi tại Công văn số 13668/SNNMT-CCTTNPCTT ngày 13/10/2026; Sở Tài chính có Công văn số 11025/STC-TCHCSN ngày 17/10/2026 thống nhất các mức thù lao đề xuất và đề nghị rà soát phương án cân đối kinh phí giai đoạn 2027–2030.</w:t>
      </w:r>
    </w:p>
    <w:p w:rsidR="00E917F2" w:rsidRPr="008D7B31" w:rsidRDefault="00F95F3A" w:rsidP="006A2962">
      <w:pPr>
        <w:pStyle w:val="VNHHeading"/>
        <w:widowControl w:val="0"/>
        <w:spacing w:before="0" w:after="120" w:line="264" w:lineRule="auto"/>
        <w:ind w:firstLine="720"/>
        <w:jc w:val="both"/>
        <w:rPr>
          <w:rFonts w:cs="Times New Roman"/>
          <w:spacing w:val="-2"/>
          <w:sz w:val="28"/>
          <w:szCs w:val="28"/>
        </w:rPr>
      </w:pPr>
      <w:r w:rsidRPr="008D7B31">
        <w:rPr>
          <w:rFonts w:cs="Times New Roman"/>
          <w:spacing w:val="-2"/>
          <w:sz w:val="28"/>
          <w:szCs w:val="28"/>
        </w:rPr>
        <w:t>IV. BỐ CỤC VÀ NỘI DUNG CƠ BẢN CỦA DỰ THẢO VĂN BẢN</w:t>
      </w:r>
    </w:p>
    <w:p w:rsidR="00E917F2" w:rsidRPr="008D7B31" w:rsidRDefault="00F95F3A" w:rsidP="006A2962">
      <w:pPr>
        <w:pStyle w:val="VNHHeading"/>
        <w:widowControl w:val="0"/>
        <w:spacing w:before="0" w:after="120" w:line="264" w:lineRule="auto"/>
        <w:ind w:firstLine="720"/>
        <w:jc w:val="both"/>
        <w:rPr>
          <w:rFonts w:cs="Times New Roman"/>
          <w:spacing w:val="-2"/>
          <w:sz w:val="28"/>
          <w:szCs w:val="28"/>
        </w:rPr>
      </w:pPr>
      <w:r w:rsidRPr="008D7B31">
        <w:rPr>
          <w:rFonts w:cs="Times New Roman"/>
          <w:spacing w:val="-2"/>
          <w:sz w:val="28"/>
          <w:szCs w:val="28"/>
        </w:rPr>
        <w:t>1. Phạm vi điều chỉnh, đối tượng áp dụng</w:t>
      </w:r>
    </w:p>
    <w:p w:rsidR="00E917F2" w:rsidRPr="008D7B31" w:rsidRDefault="00F95F3A" w:rsidP="006A2962">
      <w:pPr>
        <w:pStyle w:val="VNHJustify"/>
        <w:widowControl w:val="0"/>
        <w:spacing w:after="120" w:line="264" w:lineRule="auto"/>
        <w:ind w:firstLine="720"/>
        <w:rPr>
          <w:rFonts w:cs="Times New Roman"/>
          <w:spacing w:val="-2"/>
          <w:sz w:val="28"/>
          <w:szCs w:val="28"/>
        </w:rPr>
      </w:pPr>
      <w:r w:rsidRPr="008D7B31">
        <w:rPr>
          <w:rFonts w:cs="Times New Roman"/>
          <w:spacing w:val="-2"/>
          <w:sz w:val="28"/>
          <w:szCs w:val="28"/>
        </w:rPr>
        <w:t>Dự thảo Quyết định quy định cơ cấu tổ chức, nhiệm vụ, chế độ thông tin báo cáo, nguồn kinh phí, chế độ thù lao đối với lực lượng quản lý đê nhân dân; mức thù lao, nguồn kinh phí chi trả thù lao đối với người tham gia lực lượng tuần tra, canh gác bảo vệ đê điều trong mùa lũ trên địa bàn thành phố Hải Phòng.</w:t>
      </w:r>
    </w:p>
    <w:p w:rsidR="00E917F2" w:rsidRPr="008D7B31" w:rsidRDefault="00F95F3A" w:rsidP="006A2962">
      <w:pPr>
        <w:pStyle w:val="VNHJustify"/>
        <w:widowControl w:val="0"/>
        <w:spacing w:after="120" w:line="264" w:lineRule="auto"/>
        <w:ind w:firstLine="720"/>
        <w:rPr>
          <w:rFonts w:cs="Times New Roman"/>
          <w:spacing w:val="-2"/>
          <w:sz w:val="28"/>
          <w:szCs w:val="28"/>
        </w:rPr>
      </w:pPr>
      <w:r w:rsidRPr="008D7B31">
        <w:rPr>
          <w:rFonts w:cs="Times New Roman"/>
          <w:spacing w:val="-2"/>
          <w:sz w:val="28"/>
          <w:szCs w:val="28"/>
        </w:rPr>
        <w:t>Đối tượng áp dụng gồm: Ủy ban nhân dân các xã, phường, đặc khu có đê; Sở Nông nghiệp và Môi trường, Sở Tài chính, Chi cục Quản lý tài nguyên nước và Phòng, chống thiên tai, các Hạt Quản lý đê; lực lượng quản lý đê nhân dân; người tham gia lực lượng tuần tra, canh gác bảo vệ đê điều trong mùa lũ và tổ chức, cá nhân có liên quan.</w:t>
      </w:r>
    </w:p>
    <w:p w:rsidR="00E917F2" w:rsidRPr="008D7B31" w:rsidRDefault="00F95F3A" w:rsidP="006A2962">
      <w:pPr>
        <w:pStyle w:val="VNHHeading"/>
        <w:widowControl w:val="0"/>
        <w:spacing w:before="0" w:after="120" w:line="264" w:lineRule="auto"/>
        <w:ind w:firstLine="720"/>
        <w:jc w:val="both"/>
        <w:rPr>
          <w:rFonts w:cs="Times New Roman"/>
          <w:spacing w:val="-2"/>
          <w:sz w:val="28"/>
          <w:szCs w:val="28"/>
        </w:rPr>
      </w:pPr>
      <w:r w:rsidRPr="008D7B31">
        <w:rPr>
          <w:rFonts w:cs="Times New Roman"/>
          <w:spacing w:val="-2"/>
          <w:sz w:val="28"/>
          <w:szCs w:val="28"/>
        </w:rPr>
        <w:t>2. Bố cục của dự thảo văn bản</w:t>
      </w:r>
    </w:p>
    <w:p w:rsidR="00E917F2" w:rsidRPr="008D7B31" w:rsidRDefault="00F95F3A" w:rsidP="006A2962">
      <w:pPr>
        <w:pStyle w:val="VNHJustify"/>
        <w:widowControl w:val="0"/>
        <w:spacing w:after="120" w:line="264" w:lineRule="auto"/>
        <w:ind w:firstLine="720"/>
        <w:rPr>
          <w:rFonts w:cs="Times New Roman"/>
          <w:spacing w:val="-2"/>
          <w:sz w:val="28"/>
          <w:szCs w:val="28"/>
        </w:rPr>
      </w:pPr>
      <w:r w:rsidRPr="008D7B31">
        <w:rPr>
          <w:rFonts w:cs="Times New Roman"/>
          <w:spacing w:val="-2"/>
          <w:sz w:val="28"/>
          <w:szCs w:val="28"/>
        </w:rPr>
        <w:t>Dự thảo Quyết định gồm 04 chương, 1</w:t>
      </w:r>
      <w:r w:rsidR="00B43CA0" w:rsidRPr="008D7B31">
        <w:rPr>
          <w:rFonts w:cs="Times New Roman"/>
          <w:spacing w:val="-2"/>
          <w:sz w:val="28"/>
          <w:szCs w:val="28"/>
        </w:rPr>
        <w:t>6</w:t>
      </w:r>
      <w:r w:rsidRPr="008D7B31">
        <w:rPr>
          <w:rFonts w:cs="Times New Roman"/>
          <w:spacing w:val="-2"/>
          <w:sz w:val="28"/>
          <w:szCs w:val="28"/>
        </w:rPr>
        <w:t xml:space="preserve"> điều: Chương I - Quy định chung; Chương II - Cơ cấu tổ chức, nhiệm vụ, chế độ thù lao và nguồn kinh phí đối với lực lượng quản </w:t>
      </w:r>
      <w:bookmarkStart w:id="0" w:name="_GoBack"/>
      <w:bookmarkEnd w:id="0"/>
      <w:r w:rsidRPr="008D7B31">
        <w:rPr>
          <w:rFonts w:cs="Times New Roman"/>
          <w:spacing w:val="-2"/>
          <w:sz w:val="28"/>
          <w:szCs w:val="28"/>
        </w:rPr>
        <w:t>lý đê nhân dân; Chương III - Mức thù lao đối với lực lượng tuần tra, canh gác bảo vệ đê điều trong mùa lũ; Chương IV - Trách nhiệm tổ chức thực hiện.</w:t>
      </w:r>
    </w:p>
    <w:p w:rsidR="00E917F2" w:rsidRPr="008D7B31" w:rsidRDefault="00F95F3A" w:rsidP="006A2962">
      <w:pPr>
        <w:pStyle w:val="VNHHeading"/>
        <w:widowControl w:val="0"/>
        <w:spacing w:before="0" w:after="120" w:line="264" w:lineRule="auto"/>
        <w:ind w:firstLine="720"/>
        <w:jc w:val="both"/>
        <w:rPr>
          <w:rFonts w:cs="Times New Roman"/>
          <w:spacing w:val="-2"/>
          <w:sz w:val="28"/>
          <w:szCs w:val="28"/>
        </w:rPr>
      </w:pPr>
      <w:r w:rsidRPr="008D7B31">
        <w:rPr>
          <w:rFonts w:cs="Times New Roman"/>
          <w:spacing w:val="-2"/>
          <w:sz w:val="28"/>
          <w:szCs w:val="28"/>
        </w:rPr>
        <w:t>3. Nội dung cơ bản của dự thảo văn bản</w:t>
      </w:r>
    </w:p>
    <w:p w:rsidR="00E917F2" w:rsidRPr="008D7B31" w:rsidRDefault="00F95F3A" w:rsidP="006A2962">
      <w:pPr>
        <w:pStyle w:val="VNHJustify"/>
        <w:widowControl w:val="0"/>
        <w:spacing w:after="120" w:line="264" w:lineRule="auto"/>
        <w:ind w:firstLine="720"/>
        <w:rPr>
          <w:rFonts w:cs="Times New Roman"/>
          <w:spacing w:val="-2"/>
          <w:sz w:val="28"/>
          <w:szCs w:val="28"/>
        </w:rPr>
      </w:pPr>
      <w:r w:rsidRPr="008D7B31">
        <w:rPr>
          <w:rFonts w:cs="Times New Roman"/>
          <w:spacing w:val="-2"/>
          <w:sz w:val="28"/>
          <w:szCs w:val="28"/>
        </w:rPr>
        <w:t>Dự thảo quy định nguyên tắc tổ chức lực lượng quản lý đê nhân dân và lực lượng tuần tra, canh gác bảo vệ đê điều trong mùa lũ; tiêu chuẩn, nhiệm vụ, chế độ thông tin báo cáo, chế độ thù lao, nguồn kinh phí; trách nhiệm của Sở Nông nghiệp và Môi trường, Sở Tài chính, Ủy ban nhân dân cấp xã, Chi cục Quản lý tài nguyên nước và Phòng, chống thiên tai, các Hạt Quản lý đê</w:t>
      </w:r>
      <w:r w:rsidR="000F741B" w:rsidRPr="008D7B31">
        <w:rPr>
          <w:rFonts w:cs="Times New Roman"/>
          <w:spacing w:val="-2"/>
          <w:sz w:val="28"/>
          <w:szCs w:val="28"/>
        </w:rPr>
        <w:t xml:space="preserve"> điều</w:t>
      </w:r>
      <w:r w:rsidRPr="008D7B31">
        <w:rPr>
          <w:rFonts w:cs="Times New Roman"/>
          <w:spacing w:val="-2"/>
          <w:sz w:val="28"/>
          <w:szCs w:val="28"/>
        </w:rPr>
        <w:t>.</w:t>
      </w:r>
    </w:p>
    <w:p w:rsidR="00E917F2" w:rsidRPr="008D7B31" w:rsidRDefault="00F95F3A" w:rsidP="006A2962">
      <w:pPr>
        <w:pStyle w:val="VNHJustify"/>
        <w:widowControl w:val="0"/>
        <w:spacing w:after="120" w:line="264" w:lineRule="auto"/>
        <w:ind w:firstLine="720"/>
        <w:rPr>
          <w:rFonts w:cs="Times New Roman"/>
          <w:spacing w:val="-2"/>
          <w:sz w:val="28"/>
          <w:szCs w:val="28"/>
        </w:rPr>
      </w:pPr>
      <w:r w:rsidRPr="008D7B31">
        <w:rPr>
          <w:rFonts w:cs="Times New Roman"/>
          <w:sz w:val="28"/>
          <w:szCs w:val="28"/>
        </w:rPr>
        <w:lastRenderedPageBreak/>
        <w:t>Dự thảo bãi bỏ Quyết định số 684/2011/QĐ-UBND ngày 06 tháng 5 năm 2011 của Ủy ban nhân dân thành phố Hải Phòng và Quyết định số 10/2019/QĐ-UBND ngày 11 tháng 4 năm 2019 của Ủy ban nhân dân tỉnh Hải Dương.</w:t>
      </w:r>
    </w:p>
    <w:p w:rsidR="00E917F2" w:rsidRPr="008D7B31" w:rsidRDefault="00F95F3A" w:rsidP="006A2962">
      <w:pPr>
        <w:pStyle w:val="VNHHeading"/>
        <w:widowControl w:val="0"/>
        <w:spacing w:before="0" w:after="120" w:line="264" w:lineRule="auto"/>
        <w:ind w:firstLine="720"/>
        <w:jc w:val="both"/>
        <w:rPr>
          <w:rFonts w:cs="Times New Roman"/>
          <w:spacing w:val="-2"/>
          <w:sz w:val="28"/>
          <w:szCs w:val="28"/>
        </w:rPr>
      </w:pPr>
      <w:r w:rsidRPr="008D7B31">
        <w:rPr>
          <w:rFonts w:cs="Times New Roman"/>
          <w:spacing w:val="-2"/>
          <w:sz w:val="28"/>
          <w:szCs w:val="28"/>
        </w:rPr>
        <w:t>4. Giải trình một số nội dung chủ yếu</w:t>
      </w:r>
    </w:p>
    <w:p w:rsidR="00E917F2" w:rsidRPr="008D7B31" w:rsidRDefault="00F95F3A" w:rsidP="006A2962">
      <w:pPr>
        <w:pStyle w:val="VNHNoIndent"/>
        <w:widowControl w:val="0"/>
        <w:spacing w:after="120" w:line="264" w:lineRule="auto"/>
        <w:ind w:firstLine="720"/>
        <w:rPr>
          <w:rFonts w:cs="Times New Roman"/>
          <w:spacing w:val="-2"/>
          <w:sz w:val="28"/>
          <w:szCs w:val="28"/>
        </w:rPr>
      </w:pPr>
      <w:r w:rsidRPr="008D7B31">
        <w:rPr>
          <w:rFonts w:cs="Times New Roman"/>
          <w:spacing w:val="-2"/>
          <w:sz w:val="28"/>
          <w:szCs w:val="28"/>
        </w:rPr>
        <w:t xml:space="preserve">a) Về quy định </w:t>
      </w:r>
      <w:r w:rsidRPr="008D7B31">
        <w:rPr>
          <w:rFonts w:cs="Times New Roman"/>
          <w:i/>
          <w:spacing w:val="-2"/>
          <w:sz w:val="28"/>
          <w:szCs w:val="28"/>
        </w:rPr>
        <w:t xml:space="preserve">“mỗi nhân viên quản lý đê nhân dân được giao quản lý </w:t>
      </w:r>
      <w:r w:rsidR="00F96308">
        <w:rPr>
          <w:rFonts w:cs="Times New Roman"/>
          <w:i/>
          <w:spacing w:val="-2"/>
          <w:sz w:val="28"/>
          <w:szCs w:val="28"/>
        </w:rPr>
        <w:t>không quá</w:t>
      </w:r>
      <w:r w:rsidRPr="008D7B31">
        <w:rPr>
          <w:rFonts w:cs="Times New Roman"/>
          <w:i/>
          <w:spacing w:val="-2"/>
          <w:sz w:val="28"/>
          <w:szCs w:val="28"/>
        </w:rPr>
        <w:t xml:space="preserve"> 03 km đê”</w:t>
      </w:r>
      <w:r w:rsidR="00454D9D" w:rsidRPr="008D7B31">
        <w:rPr>
          <w:rFonts w:cs="Times New Roman"/>
          <w:i/>
          <w:spacing w:val="-2"/>
          <w:sz w:val="28"/>
          <w:szCs w:val="28"/>
        </w:rPr>
        <w:t xml:space="preserve"> </w:t>
      </w:r>
      <w:r w:rsidR="00454D9D" w:rsidRPr="008D7B31">
        <w:rPr>
          <w:rFonts w:cs="Times New Roman"/>
          <w:spacing w:val="-2"/>
          <w:sz w:val="28"/>
          <w:szCs w:val="28"/>
        </w:rPr>
        <w:t>tại khoản 2 Điều 4 dự thảo Quyết định</w:t>
      </w:r>
      <w:r w:rsidRPr="008D7B31">
        <w:rPr>
          <w:rFonts w:cs="Times New Roman"/>
          <w:spacing w:val="-2"/>
          <w:sz w:val="28"/>
          <w:szCs w:val="28"/>
        </w:rPr>
        <w:t>:</w:t>
      </w:r>
    </w:p>
    <w:p w:rsidR="00E917F2" w:rsidRPr="008D7B31" w:rsidRDefault="00F95F3A" w:rsidP="006A2962">
      <w:pPr>
        <w:pStyle w:val="VNHJustify"/>
        <w:widowControl w:val="0"/>
        <w:spacing w:after="120" w:line="264" w:lineRule="auto"/>
        <w:ind w:firstLine="720"/>
        <w:rPr>
          <w:rFonts w:cs="Times New Roman"/>
          <w:spacing w:val="-2"/>
          <w:sz w:val="28"/>
          <w:szCs w:val="28"/>
        </w:rPr>
      </w:pPr>
      <w:r w:rsidRPr="008D7B31">
        <w:rPr>
          <w:rFonts w:cs="Times New Roman"/>
          <w:sz w:val="28"/>
          <w:szCs w:val="28"/>
        </w:rPr>
        <w:t>Quy định này được xây dựng trên cơ sở khoản 2 Điều 2 Thông tư số 26/2009/TT-BNN. Căn cứ chiều dài tuyến đê, cấp đê, đặc điểm địa hình, mật độ công trình qua đê, kè bảo vệ đê, điếm canh đê, vật tư dự trữ, biển báo, cột chỉ giới, mức độ xung yếu và yêu cầu quản lý thực tế, Ủy ban nhân dân cấp xã rà soát, đề xuất số lượng nhân viên quản lý đê nhân dân để Sở Nông nghiệp và Môi trường tổng hợp, báo cáo Ủy ban nhân dân thành phố xem xét thành lập, kiện toàn.</w:t>
      </w:r>
    </w:p>
    <w:p w:rsidR="00E917F2" w:rsidRPr="008D7B31" w:rsidRDefault="00F96308" w:rsidP="006A2962">
      <w:pPr>
        <w:pStyle w:val="VNHJustify"/>
        <w:widowControl w:val="0"/>
        <w:spacing w:after="120" w:line="264" w:lineRule="auto"/>
        <w:ind w:firstLine="720"/>
        <w:rPr>
          <w:rFonts w:cs="Times New Roman"/>
          <w:spacing w:val="-2"/>
          <w:sz w:val="28"/>
          <w:szCs w:val="28"/>
        </w:rPr>
      </w:pPr>
      <w:r>
        <w:rPr>
          <w:rFonts w:cs="Times New Roman"/>
          <w:spacing w:val="-2"/>
          <w:sz w:val="28"/>
          <w:szCs w:val="28"/>
        </w:rPr>
        <w:t>Đ</w:t>
      </w:r>
      <w:r w:rsidR="00F95F3A" w:rsidRPr="008D7B31">
        <w:rPr>
          <w:rFonts w:cs="Times New Roman"/>
          <w:spacing w:val="-2"/>
          <w:sz w:val="28"/>
          <w:szCs w:val="28"/>
        </w:rPr>
        <w:t>ối với khu vực xung yếu, trọng điểm, tuyến đê có nhiều cống qua đê, kè bảo vệ đê, bãi sông phức tạp hoặc có yêu cầu quản lý đặc thù, có thể bố trí một nhân viên quản lý chiều dài thấp hơn 03 km; đối với đoạn đê ổn định, ít công trình, ít phức tạp có thể bố trí phù hợp để bảo đảm tiết kiệm, hiệu quả, không làm tăng số lượng không cần thiết.</w:t>
      </w:r>
    </w:p>
    <w:p w:rsidR="00E917F2" w:rsidRPr="008D7B31" w:rsidRDefault="00F95F3A" w:rsidP="006A2962">
      <w:pPr>
        <w:pStyle w:val="VNHNoIndent"/>
        <w:widowControl w:val="0"/>
        <w:spacing w:after="120" w:line="264" w:lineRule="auto"/>
        <w:ind w:firstLine="720"/>
        <w:rPr>
          <w:rFonts w:cs="Times New Roman"/>
          <w:spacing w:val="-2"/>
          <w:sz w:val="28"/>
          <w:szCs w:val="28"/>
        </w:rPr>
      </w:pPr>
      <w:r w:rsidRPr="008D7B31">
        <w:rPr>
          <w:rFonts w:cs="Times New Roman"/>
          <w:spacing w:val="-2"/>
          <w:sz w:val="28"/>
          <w:szCs w:val="28"/>
        </w:rPr>
        <w:t xml:space="preserve">b) Về quy định </w:t>
      </w:r>
      <w:r w:rsidRPr="008D7B31">
        <w:rPr>
          <w:rFonts w:cs="Times New Roman"/>
          <w:i/>
          <w:spacing w:val="-2"/>
          <w:sz w:val="28"/>
          <w:szCs w:val="28"/>
        </w:rPr>
        <w:t>“mức thù lao đối với nhân viên quản lý đê nhân dân bằng mức lương cơ sở/người/tháng”</w:t>
      </w:r>
      <w:r w:rsidR="00454D9D" w:rsidRPr="008D7B31">
        <w:rPr>
          <w:rFonts w:cs="Times New Roman"/>
          <w:i/>
          <w:spacing w:val="-2"/>
          <w:sz w:val="28"/>
          <w:szCs w:val="28"/>
        </w:rPr>
        <w:t xml:space="preserve"> </w:t>
      </w:r>
      <w:r w:rsidR="00454D9D" w:rsidRPr="008D7B31">
        <w:rPr>
          <w:rFonts w:cs="Times New Roman"/>
          <w:spacing w:val="-2"/>
          <w:sz w:val="28"/>
          <w:szCs w:val="28"/>
        </w:rPr>
        <w:t>tại khoản 2 Điều 8 dự thảo Quyết định</w:t>
      </w:r>
      <w:r w:rsidR="008D7B31">
        <w:rPr>
          <w:rFonts w:cs="Times New Roman"/>
          <w:spacing w:val="-2"/>
          <w:sz w:val="28"/>
          <w:szCs w:val="28"/>
        </w:rPr>
        <w:t>, cơ sở đề xuất như sau</w:t>
      </w:r>
      <w:r w:rsidR="00454D9D" w:rsidRPr="008D7B31">
        <w:rPr>
          <w:rFonts w:cs="Times New Roman"/>
          <w:spacing w:val="-2"/>
          <w:sz w:val="28"/>
          <w:szCs w:val="28"/>
        </w:rPr>
        <w:t>:</w:t>
      </w:r>
    </w:p>
    <w:p w:rsidR="008D7B31" w:rsidRPr="007505D0" w:rsidRDefault="008D7B31" w:rsidP="007505D0">
      <w:pPr>
        <w:widowControl w:val="0"/>
        <w:spacing w:after="120" w:line="264" w:lineRule="auto"/>
        <w:ind w:firstLine="720"/>
        <w:jc w:val="both"/>
        <w:rPr>
          <w:rFonts w:cs="Times New Roman"/>
          <w:spacing w:val="-2"/>
          <w:sz w:val="28"/>
          <w:szCs w:val="28"/>
        </w:rPr>
      </w:pPr>
      <w:r w:rsidRPr="007505D0">
        <w:rPr>
          <w:rFonts w:cs="Times New Roman"/>
          <w:spacing w:val="-2"/>
          <w:sz w:val="28"/>
          <w:szCs w:val="28"/>
        </w:rPr>
        <w:t>- Qua tổng kết việc thực hiện Quyết định số 684/2011/QĐ-UBND trên địa bàn Hải Phòng trước khi sắp xếp đơn vị hành chính, việc thành lập và duy trì lực lượng quản lý đê nhân dân chưa bảo đảm tính khả thi, thống nhất, đồng bộ: có địa phương đã thành lập nhưng còn địa phương chưa thành lập được lực lượng. Mức thù lao bằng 0,5 lần mức lương cơ sở còn thấp là một trong những khó khăn trong huy động và duy trì lực lượng. Việc tiếp tục áp dụng mức thù lao này như trước đây sẽ khó khắc phục những tồn tại, hạn chế trong quá trình triển khai thực hiện, nhất là việc thành lập, tổ chức và duy trì hoạt động của lực lượng quản lý đê nhân dân thống nhất, đồng bộ trên địa bàn thành phố.</w:t>
      </w:r>
    </w:p>
    <w:p w:rsidR="007505D0" w:rsidRPr="007505D0" w:rsidRDefault="008D7B31" w:rsidP="007505D0">
      <w:pPr>
        <w:pStyle w:val="NormalWeb"/>
        <w:spacing w:before="0" w:beforeAutospacing="0" w:after="120" w:afterAutospacing="0" w:line="264" w:lineRule="auto"/>
        <w:ind w:firstLine="720"/>
        <w:jc w:val="both"/>
        <w:rPr>
          <w:sz w:val="28"/>
          <w:szCs w:val="28"/>
        </w:rPr>
      </w:pPr>
      <w:r w:rsidRPr="007505D0">
        <w:rPr>
          <w:spacing w:val="-2"/>
          <w:sz w:val="28"/>
          <w:szCs w:val="28"/>
        </w:rPr>
        <w:t xml:space="preserve">- </w:t>
      </w:r>
      <w:r w:rsidR="007505D0" w:rsidRPr="007505D0">
        <w:rPr>
          <w:sz w:val="28"/>
          <w:szCs w:val="28"/>
        </w:rPr>
        <w:t>Ngày 10/8/2026, Sở Nông nghiệp và Môi trường có Công văn số 10056/SNNMT-CCTTNPCTT đề nghị các cơ quan, đơn vị, địa phương tham gia ý kiến đối với hồ sơ dự thảo Quyết định. Đến ngày 20/10/2026, Sở đã nhận được ý kiến của 78 cơ quan, đơn vị, địa phương; trong đó 68 đơn vị thống nhất với hồ sơ dự thảo, không có ý kiến khác và 10 đơn vị có nội dung góp ý. Qua tổng hợp, không có cơ quan, đơn vị, địa phương nào có ý kiến không đồng ý với mức thù lao bằng 01 lần mức lương cơ sở/người/tháng do Sở Nông nghiệp và Môi trường đề xuất.</w:t>
      </w:r>
    </w:p>
    <w:p w:rsidR="008D7B31" w:rsidRPr="007505D0" w:rsidRDefault="008D7B31" w:rsidP="007505D0">
      <w:pPr>
        <w:widowControl w:val="0"/>
        <w:spacing w:after="120" w:line="264" w:lineRule="auto"/>
        <w:ind w:firstLine="720"/>
        <w:jc w:val="both"/>
        <w:rPr>
          <w:rFonts w:cs="Times New Roman"/>
          <w:spacing w:val="-2"/>
          <w:sz w:val="28"/>
          <w:szCs w:val="28"/>
        </w:rPr>
      </w:pPr>
    </w:p>
    <w:p w:rsidR="008D7B31" w:rsidRPr="007505D0" w:rsidRDefault="008D7B31" w:rsidP="007505D0">
      <w:pPr>
        <w:widowControl w:val="0"/>
        <w:spacing w:after="120" w:line="264" w:lineRule="auto"/>
        <w:ind w:firstLine="720"/>
        <w:jc w:val="both"/>
        <w:rPr>
          <w:rFonts w:cs="Times New Roman"/>
          <w:spacing w:val="-2"/>
          <w:sz w:val="28"/>
          <w:szCs w:val="28"/>
        </w:rPr>
      </w:pPr>
      <w:r w:rsidRPr="007505D0">
        <w:rPr>
          <w:rFonts w:cs="Times New Roman"/>
          <w:spacing w:val="-2"/>
          <w:sz w:val="28"/>
          <w:szCs w:val="28"/>
        </w:rPr>
        <w:t>- Ngoài ra, tại một số cuộc họp của UBND thành phố về công tác đê điều, phòng, chống thiên tai thời gian gần đây, một số địa phương, trong đó có phường Kinh Môn, phường Nam Đồng, đã phản ánh mức thù lao đối với lực lượng tham gia quản lý, bảo vệ đê điều tại cơ sở còn thấp, gây khó khăn trong việc huy động, tổ chức lực lượng thực hiện nhiệm vụ và đề nghị xem xét nâng mức thù lao cho phù hợp với điều kiện thực tế.</w:t>
      </w:r>
    </w:p>
    <w:p w:rsidR="008D7B31" w:rsidRPr="007505D0" w:rsidRDefault="008D7B31" w:rsidP="007505D0">
      <w:pPr>
        <w:widowControl w:val="0"/>
        <w:spacing w:after="120" w:line="264" w:lineRule="auto"/>
        <w:ind w:firstLine="720"/>
        <w:jc w:val="both"/>
        <w:rPr>
          <w:rFonts w:cs="Times New Roman"/>
          <w:spacing w:val="-2"/>
          <w:sz w:val="28"/>
          <w:szCs w:val="28"/>
        </w:rPr>
      </w:pPr>
      <w:r w:rsidRPr="007505D0">
        <w:rPr>
          <w:rFonts w:cs="Times New Roman"/>
          <w:spacing w:val="-2"/>
          <w:sz w:val="28"/>
          <w:szCs w:val="28"/>
        </w:rPr>
        <w:t>- Theo Nghị định số 293/2025/NĐ-CP ngày 10/11/2025 của Chính phủ, mức lương tối thiểu áp dụng từ ngày 01/01/2026 trên địa bàn thành phố Hải Phòng được chia thành 03 vùng, trong đó mức thấp nhất (vùng III) là 4.140.000 đồng/người/tháng, tương đương khoảng 159.200 đồng/ngày (tính bình quân 26 ngày công/tháng). Trong khi đó, mức thù lao bằng 0,5 lần mức lương cơ sở chỉ tương đương 1.265.000 đồng/người/tháng, khoảng 48.700 đồng/ngày; mức đề xuất bằng 01 lần mức lương cơ sở tương đương 2.530.000 đồng/người/tháng, khoảng 97.300 đồng/ngày, bằng khoảng 61,1% mức lương tối thiểu vùng thấp nhất trên địa bàn thành phố. Mặt khác, Hải Phòng có nhiều khu công nghiệp, cụm công nghiệp, hoạt động sản xuất, kinh doanh, xây dựng, khai thác, nuôi trồng thủy sản và các ngành dịch vụ, tạo nhiều cơ hội việc làm và thu nhập cho người dân. Trong điều kiện đó, mức thù lao bằng 0,5 lần mức lương cơ sở (khoảng 48.700 đồng/ngày) khó đáp ứng yêu cầu huy động, duy trì lực lượng quản lý đê nhân dân thực hiện nhiệm vụ thường xuyên. Mặc dù chế độ thù lao không đồng nhất với tiền lương của người lao động theo hợp đồng lao động, việc xem xét mức thù lao phù hợp với điều kiện thực tế là cần thiết để bảo đảm tính khả thi của chính sách.</w:t>
      </w:r>
    </w:p>
    <w:p w:rsidR="008D7B31" w:rsidRPr="007505D0" w:rsidRDefault="008D7B31" w:rsidP="007505D0">
      <w:pPr>
        <w:widowControl w:val="0"/>
        <w:spacing w:after="120" w:line="264" w:lineRule="auto"/>
        <w:ind w:firstLine="720"/>
        <w:jc w:val="both"/>
        <w:rPr>
          <w:rFonts w:cs="Times New Roman"/>
          <w:spacing w:val="-2"/>
          <w:sz w:val="28"/>
          <w:szCs w:val="28"/>
        </w:rPr>
      </w:pPr>
      <w:r w:rsidRPr="007505D0">
        <w:rPr>
          <w:rFonts w:cs="Times New Roman"/>
          <w:spacing w:val="-2"/>
          <w:sz w:val="28"/>
          <w:szCs w:val="28"/>
        </w:rPr>
        <w:t>- Qua tìm hiểu, tham khảo quy định của các địa phương, từ sau khi thực hiện sắp xếp, hợp nhất đơn vị hành chính cấp tỉnh và tổ chức chính quyền địa phương hai cấp (ngày 01/7/2025), đã xác định được 05 tỉnh, thành phố ban hành quyết định mới về tổ chức, hoạt động và chế độ thù lao đối với lực lượng quản lý đê nhân dân, gồm: Ninh Bình, Hưng Yên, Hà Tĩnh, Gia Lai và Thành phố Hồ Chí Minh. Trong đó, Ninh Bình, Hưng Yên và Hà Tĩnh quy định mức thù lao bằng 0,5 lần mức lương cơ sở/người/tháng; Gia Lai quy định bằng 0,6 lần; Thành phố Hồ Chí Minh quy định bằng 1,65 lần. Mức thù lao bằng 01 lần mức lương cơ sở/người/tháng do Sở Nông nghiệp và Môi trường đề xuất nằm trong khoảng mức thù lao của các địa phương được tham khảo.</w:t>
      </w:r>
    </w:p>
    <w:p w:rsidR="008D7B31" w:rsidRDefault="008D7B31" w:rsidP="006A2962">
      <w:pPr>
        <w:widowControl w:val="0"/>
        <w:spacing w:after="120" w:line="264" w:lineRule="auto"/>
        <w:ind w:firstLine="720"/>
        <w:jc w:val="both"/>
        <w:rPr>
          <w:rFonts w:cs="Times New Roman"/>
          <w:spacing w:val="-2"/>
          <w:sz w:val="28"/>
          <w:szCs w:val="28"/>
        </w:rPr>
      </w:pPr>
      <w:r>
        <w:rPr>
          <w:rFonts w:cs="Times New Roman"/>
          <w:spacing w:val="-2"/>
          <w:sz w:val="28"/>
          <w:szCs w:val="28"/>
        </w:rPr>
        <w:t>-</w:t>
      </w:r>
      <w:r w:rsidRPr="007A4F2F">
        <w:rPr>
          <w:rFonts w:cs="Times New Roman"/>
          <w:spacing w:val="-2"/>
          <w:sz w:val="28"/>
          <w:szCs w:val="28"/>
        </w:rPr>
        <w:t xml:space="preserve"> Thành phố Hải Phòng hiện có khoảng 789,245 km đê, với nhiều tuyến đê đi qua khu dân cư, khu vực có hoạt động sản xuất, kinh doanh, nhiều cống, kè và công trình liên quan. Lực lượng quản lý đê nhân dân thực hiện nhiệm vụ thường xuyên trong năm, trực tiếp kiểm tra, theo dõi hiện trạng đê điều; phát hiện, báo cáo kịp thời các hư hỏng, sự cố và hành vi vi phạm pháp luật về đê điều; phối hợp với chính quyền địa phương và lực lượng chuyên trách trong công tác quản lý, </w:t>
      </w:r>
      <w:r w:rsidRPr="007A4F2F">
        <w:rPr>
          <w:rFonts w:cs="Times New Roman"/>
          <w:spacing w:val="-2"/>
          <w:sz w:val="28"/>
          <w:szCs w:val="28"/>
        </w:rPr>
        <w:lastRenderedPageBreak/>
        <w:t>bảo vệ đê điều; tham gia với cơ quan chuyên môn xây dựng phương án hộ đê, phòng, chống lụt, bão. Theo định mức bình quân 03 km đê/người, toàn thành phố dự kiến cần khoảng 264 nhân viên quản lý đê nhân dân. Do đó, cần có mức thù lao phù hợp để huy động, duy trì lực lượng tại cơ sở, bảo đảm thực hiện thường xuyên, hiệu quả nhiệm vụ quản lý, bảo vệ đê điều.</w:t>
      </w:r>
    </w:p>
    <w:p w:rsidR="00E917F2" w:rsidRPr="008D7B31" w:rsidRDefault="003E0360" w:rsidP="003E0360">
      <w:pPr>
        <w:widowControl w:val="0"/>
        <w:spacing w:after="120" w:line="264" w:lineRule="auto"/>
        <w:ind w:firstLine="720"/>
        <w:jc w:val="both"/>
        <w:rPr>
          <w:rFonts w:cs="Times New Roman"/>
          <w:spacing w:val="-2"/>
          <w:sz w:val="28"/>
          <w:szCs w:val="28"/>
        </w:rPr>
      </w:pPr>
      <w:r w:rsidRPr="003E0360">
        <w:rPr>
          <w:rFonts w:cs="Times New Roman"/>
          <w:spacing w:val="-2"/>
          <w:sz w:val="28"/>
          <w:szCs w:val="28"/>
        </w:rPr>
        <w:t xml:space="preserve">- Sau khi tiếp thu, giải trình ý kiến tại Công văn số 9391/STC-TCHCSN ngày 16/9/2026 của Sở Tài chính, Sở Nông nghiệp và Môi trường tiếp tục có Công văn số 13668/SNNMT-CCTTNPCTT ngày 13/10/2026 xin ý kiến Sở Tài chính; Sở Tài chính đã có Công văn số 11025/STC-TCHCSN ngày 17/10/2026 thống nhất </w:t>
      </w:r>
      <w:r w:rsidR="008D7B31" w:rsidRPr="003E0360">
        <w:rPr>
          <w:rFonts w:cs="Times New Roman"/>
          <w:spacing w:val="-2"/>
          <w:sz w:val="28"/>
          <w:szCs w:val="28"/>
        </w:rPr>
        <w:t xml:space="preserve">mức thù lao bằng 01 lần mức lương cơ sở/người/tháng. </w:t>
      </w:r>
    </w:p>
    <w:p w:rsidR="00E917F2" w:rsidRPr="002B2D7B" w:rsidRDefault="008D7B31" w:rsidP="006A2962">
      <w:pPr>
        <w:pStyle w:val="VNHNoIndent"/>
        <w:widowControl w:val="0"/>
        <w:spacing w:after="120" w:line="264" w:lineRule="auto"/>
        <w:ind w:firstLine="720"/>
        <w:rPr>
          <w:rFonts w:cs="Times New Roman"/>
          <w:spacing w:val="-2"/>
          <w:sz w:val="28"/>
          <w:szCs w:val="28"/>
        </w:rPr>
      </w:pPr>
      <w:r w:rsidRPr="002B2D7B">
        <w:rPr>
          <w:rFonts w:cs="Times New Roman"/>
          <w:spacing w:val="-2"/>
          <w:sz w:val="28"/>
          <w:szCs w:val="28"/>
        </w:rPr>
        <w:t>c</w:t>
      </w:r>
      <w:r w:rsidR="00F95F3A" w:rsidRPr="002B2D7B">
        <w:rPr>
          <w:rFonts w:cs="Times New Roman"/>
          <w:spacing w:val="-2"/>
          <w:sz w:val="28"/>
          <w:szCs w:val="28"/>
        </w:rPr>
        <w:t>) Về</w:t>
      </w:r>
      <w:r w:rsidR="00063347" w:rsidRPr="002B2D7B">
        <w:rPr>
          <w:rFonts w:cs="Times New Roman"/>
          <w:spacing w:val="-2"/>
          <w:sz w:val="28"/>
          <w:szCs w:val="28"/>
        </w:rPr>
        <w:t xml:space="preserve"> quy định</w:t>
      </w:r>
      <w:r w:rsidR="00F95F3A" w:rsidRPr="002B2D7B">
        <w:rPr>
          <w:rFonts w:cs="Times New Roman"/>
          <w:spacing w:val="-2"/>
          <w:sz w:val="28"/>
          <w:szCs w:val="28"/>
        </w:rPr>
        <w:t xml:space="preserve"> </w:t>
      </w:r>
      <w:r w:rsidR="00063347" w:rsidRPr="002B2D7B">
        <w:rPr>
          <w:rFonts w:cs="Times New Roman"/>
          <w:i/>
          <w:spacing w:val="-2"/>
          <w:sz w:val="28"/>
          <w:szCs w:val="28"/>
        </w:rPr>
        <w:t>“</w:t>
      </w:r>
      <w:r w:rsidR="00F95F3A" w:rsidRPr="002B2D7B">
        <w:rPr>
          <w:rFonts w:cs="Times New Roman"/>
          <w:i/>
          <w:spacing w:val="-2"/>
          <w:sz w:val="28"/>
          <w:szCs w:val="28"/>
        </w:rPr>
        <w:t>mức thù lao đối với người tham gia tuần tra, canh gác bảo vệ đê điều trong mùa lũ</w:t>
      </w:r>
      <w:r w:rsidR="00063347" w:rsidRPr="002B2D7B">
        <w:rPr>
          <w:rFonts w:cs="Times New Roman"/>
          <w:i/>
          <w:spacing w:val="-2"/>
          <w:sz w:val="28"/>
          <w:szCs w:val="28"/>
        </w:rPr>
        <w:t>”</w:t>
      </w:r>
      <w:r w:rsidR="00063347" w:rsidRPr="002B2D7B">
        <w:rPr>
          <w:rFonts w:cs="Times New Roman"/>
          <w:spacing w:val="-2"/>
          <w:sz w:val="28"/>
          <w:szCs w:val="28"/>
        </w:rPr>
        <w:t xml:space="preserve"> tại Điều 1</w:t>
      </w:r>
      <w:r w:rsidR="00BB47D7">
        <w:rPr>
          <w:rFonts w:cs="Times New Roman"/>
          <w:spacing w:val="-2"/>
          <w:sz w:val="28"/>
          <w:szCs w:val="28"/>
        </w:rPr>
        <w:t>0</w:t>
      </w:r>
      <w:r w:rsidR="00063347" w:rsidRPr="002B2D7B">
        <w:rPr>
          <w:rFonts w:cs="Times New Roman"/>
          <w:spacing w:val="-2"/>
          <w:sz w:val="28"/>
          <w:szCs w:val="28"/>
        </w:rPr>
        <w:t xml:space="preserve"> dự thảo Quyết định</w:t>
      </w:r>
      <w:r w:rsidRPr="002B2D7B">
        <w:rPr>
          <w:rFonts w:cs="Times New Roman"/>
          <w:spacing w:val="-2"/>
          <w:sz w:val="28"/>
          <w:szCs w:val="28"/>
        </w:rPr>
        <w:t>, cơ sở đề xuất</w:t>
      </w:r>
      <w:r w:rsidR="00F95F3A" w:rsidRPr="002B2D7B">
        <w:rPr>
          <w:rFonts w:cs="Times New Roman"/>
          <w:spacing w:val="-2"/>
          <w:sz w:val="28"/>
          <w:szCs w:val="28"/>
        </w:rPr>
        <w:t>:</w:t>
      </w:r>
    </w:p>
    <w:p w:rsidR="00E917F2" w:rsidRPr="002B2D7B" w:rsidRDefault="00F95F3A" w:rsidP="006A2962">
      <w:pPr>
        <w:pStyle w:val="VNHJustify"/>
        <w:widowControl w:val="0"/>
        <w:spacing w:after="120" w:line="264" w:lineRule="auto"/>
        <w:ind w:firstLine="720"/>
        <w:rPr>
          <w:rFonts w:cs="Times New Roman"/>
          <w:spacing w:val="-2"/>
          <w:sz w:val="28"/>
          <w:szCs w:val="28"/>
        </w:rPr>
      </w:pPr>
      <w:r w:rsidRPr="002B2D7B">
        <w:rPr>
          <w:rFonts w:cs="Times New Roman"/>
          <w:sz w:val="28"/>
          <w:szCs w:val="28"/>
        </w:rPr>
        <w:t>Thông tư số 01/2009/TT-BNN hướng dẫn tuần tra, canh gác bảo vệ đê điều trong mùa lũ là căn cứ chuyên ngành để địa phương quy định mức thù lao. Dự thảo tổ chức 03 ca trong 24 giờ, mỗi ca 08 giờ: Ca 1 từ 06 giờ đến 14 giờ, Ca 2 từ 14 giờ đến 22 giờ (ban ngày); Ca 3 từ 22 giờ ngày hôm trước đến 06 giờ ngày hôm sau (ban đêm). Mức thù lao mỗi người là 1,5 lần mức ngày công lao động trung bình/ca ngày và 02 lần mức ngày công lao động trung bình/ca đêm, tính theo mức lương cơ sở chia cho 26 ngày công/tháng.</w:t>
      </w:r>
    </w:p>
    <w:p w:rsidR="00E917F2" w:rsidRPr="002B2D7B" w:rsidRDefault="00D27AD5" w:rsidP="006A2962">
      <w:pPr>
        <w:pStyle w:val="VNHJustify"/>
        <w:widowControl w:val="0"/>
        <w:spacing w:after="120" w:line="264" w:lineRule="auto"/>
        <w:ind w:firstLine="720"/>
        <w:rPr>
          <w:rFonts w:cs="Times New Roman"/>
          <w:sz w:val="28"/>
          <w:szCs w:val="28"/>
        </w:rPr>
      </w:pPr>
      <w:r w:rsidRPr="002B2D7B">
        <w:rPr>
          <w:rFonts w:cs="Times New Roman"/>
          <w:sz w:val="28"/>
          <w:szCs w:val="28"/>
        </w:rPr>
        <w:t>Mức thù lao đề xuất theo ca 08 giờ được tính tương ứng với mức lương cơ sở tại thời điểm thực hiện. Việc tính nhu cầu kinh phí phải căn cứ đồng thời mức thù lao mỗi ca, số ca trực/ngày, số người được huy động theo từng cấp báo động lũ và thời gian thực hiện nhiệm vụ.</w:t>
      </w:r>
    </w:p>
    <w:p w:rsidR="008D7B31" w:rsidRDefault="008D7B31" w:rsidP="006A2962">
      <w:pPr>
        <w:pStyle w:val="VNHJustify"/>
        <w:widowControl w:val="0"/>
        <w:spacing w:after="120" w:line="264" w:lineRule="auto"/>
        <w:ind w:firstLine="720"/>
        <w:rPr>
          <w:rFonts w:cs="Times New Roman"/>
          <w:spacing w:val="-2"/>
          <w:sz w:val="28"/>
          <w:szCs w:val="28"/>
        </w:rPr>
      </w:pPr>
      <w:r w:rsidRPr="002B2D7B">
        <w:rPr>
          <w:rFonts w:cs="Times New Roman"/>
          <w:spacing w:val="-2"/>
          <w:sz w:val="28"/>
          <w:szCs w:val="28"/>
        </w:rPr>
        <w:t>Qua tìm hiểu, tham khảo quy định của các địa phương, từ sau khi thực hiện sắp xếp, hợp nhất đơn vị hành chính cấp tỉnh và tổ chức chính quyền địa phương hai cấp (ngày 01/7/2025), đã xác định được 0</w:t>
      </w:r>
      <w:r w:rsidR="00654153" w:rsidRPr="002B2D7B">
        <w:rPr>
          <w:rFonts w:cs="Times New Roman"/>
          <w:spacing w:val="-2"/>
          <w:sz w:val="28"/>
          <w:szCs w:val="28"/>
        </w:rPr>
        <w:t>3</w:t>
      </w:r>
      <w:r w:rsidRPr="002B2D7B">
        <w:rPr>
          <w:rFonts w:cs="Times New Roman"/>
          <w:spacing w:val="-2"/>
          <w:sz w:val="28"/>
          <w:szCs w:val="28"/>
        </w:rPr>
        <w:t xml:space="preserve"> tỉnh, thành phố ban hành quyết định mới về mức thù lao đối với người tham gia tuần tra, canh gác bảo vệ đê điều trong mùa lũ, gồm: Ninh Bình, Bắc Ninh, Phú Thọ. Trong đó, Ninh Bình quy định </w:t>
      </w:r>
      <w:r w:rsidRPr="002B2D7B">
        <w:rPr>
          <w:rStyle w:val="fontstyle01"/>
        </w:rPr>
        <w:t>một ca ban ngày (12 giờ/ca) bằng 1,5 lần ngày công lao động trung bình tính trên cơ sở mức lương cơ sở</w:t>
      </w:r>
      <w:r w:rsidR="00654153" w:rsidRPr="002B2D7B">
        <w:rPr>
          <w:rStyle w:val="fontstyle01"/>
        </w:rPr>
        <w:t xml:space="preserve"> (một ca ban đêm bằng 2,0 lần); Bắc Ninh quy định một ca ban ngày (08 giờ/ca) bằng 2,0 lần ngày công lao động trung bình tính trên cơ sở mức lương cơ sở (một ca ban đêm bằng 4,0 lần); Phú Thọ quy định một ca ban ngày (08 giờ/ca) bằng 135.000 đồng (một ca ban đêm bằng 2,0 lần = 270.000 đồng).</w:t>
      </w:r>
      <w:r w:rsidRPr="002B2D7B">
        <w:rPr>
          <w:rFonts w:cs="Times New Roman"/>
          <w:spacing w:val="-2"/>
          <w:sz w:val="28"/>
          <w:szCs w:val="28"/>
        </w:rPr>
        <w:t xml:space="preserve"> </w:t>
      </w:r>
      <w:r w:rsidR="00654153" w:rsidRPr="002B2D7B">
        <w:rPr>
          <w:rFonts w:cs="Times New Roman"/>
          <w:sz w:val="28"/>
          <w:szCs w:val="28"/>
        </w:rPr>
        <w:t>Mức thù lao mỗi người là 1,5 lần mức ngày công lao động trung bình/ca ngày và 02 lần mức ngày công lao động trung bình/ca đêm</w:t>
      </w:r>
      <w:r w:rsidRPr="002B2D7B">
        <w:rPr>
          <w:rFonts w:cs="Times New Roman"/>
          <w:spacing w:val="-2"/>
          <w:sz w:val="28"/>
          <w:szCs w:val="28"/>
        </w:rPr>
        <w:t xml:space="preserve"> do Sở Nông nghiệp và Môi trường đề xuất nằm trong khoảng mức thù lao của các địa phương được tham khảo.</w:t>
      </w:r>
    </w:p>
    <w:p w:rsidR="003E0360" w:rsidRPr="002B2D7B" w:rsidRDefault="003E0360" w:rsidP="006A2962">
      <w:pPr>
        <w:pStyle w:val="VNHJustify"/>
        <w:widowControl w:val="0"/>
        <w:spacing w:after="120" w:line="264" w:lineRule="auto"/>
        <w:ind w:firstLine="720"/>
        <w:rPr>
          <w:rFonts w:cs="Times New Roman"/>
          <w:spacing w:val="-2"/>
          <w:sz w:val="28"/>
          <w:szCs w:val="28"/>
        </w:rPr>
      </w:pPr>
      <w:r w:rsidRPr="003E0360">
        <w:rPr>
          <w:rFonts w:cs="Times New Roman"/>
          <w:spacing w:val="-2"/>
          <w:sz w:val="28"/>
          <w:szCs w:val="28"/>
        </w:rPr>
        <w:t xml:space="preserve">Sau khi tiếp thu, giải trình ý kiến tại Công văn số 9391/STC-TCHCSN ngày 16/9/2026 của Sở Tài chính, Sở Nông nghiệp và Môi trường tiếp tục có </w:t>
      </w:r>
      <w:r w:rsidRPr="003E0360">
        <w:rPr>
          <w:rFonts w:cs="Times New Roman"/>
          <w:spacing w:val="-2"/>
          <w:sz w:val="28"/>
          <w:szCs w:val="28"/>
        </w:rPr>
        <w:lastRenderedPageBreak/>
        <w:t xml:space="preserve">Công văn số 13668/SNNMT-CCTTNPCTT ngày 13/10/2026 xin ý kiến Sở Tài chính; Sở Tài chính đã có Công văn số 11025/STC-TCHCSN ngày 17/10/2026 thống nhất </w:t>
      </w:r>
      <w:r>
        <w:rPr>
          <w:rFonts w:cs="Times New Roman"/>
          <w:spacing w:val="-2"/>
          <w:sz w:val="28"/>
          <w:szCs w:val="28"/>
        </w:rPr>
        <w:t>m</w:t>
      </w:r>
      <w:r w:rsidRPr="002B2D7B">
        <w:rPr>
          <w:rFonts w:cs="Times New Roman"/>
          <w:sz w:val="28"/>
          <w:szCs w:val="28"/>
        </w:rPr>
        <w:t>ức thù lao mỗi người là 1,5 lần mức ngày công lao động trung bình/ca ngày và 02 lần mức ngày công lao động trung bình/ca đêm</w:t>
      </w:r>
      <w:r w:rsidRPr="003E0360">
        <w:rPr>
          <w:rFonts w:cs="Times New Roman"/>
          <w:spacing w:val="-2"/>
          <w:sz w:val="28"/>
          <w:szCs w:val="28"/>
        </w:rPr>
        <w:t>.</w:t>
      </w:r>
    </w:p>
    <w:p w:rsidR="002B2D7B" w:rsidRPr="002B2D7B" w:rsidRDefault="00620288" w:rsidP="006A2962">
      <w:pPr>
        <w:pStyle w:val="VNHJustify"/>
        <w:widowControl w:val="0"/>
        <w:spacing w:after="120" w:line="264" w:lineRule="auto"/>
        <w:ind w:firstLine="720"/>
        <w:rPr>
          <w:rFonts w:cs="Times New Roman"/>
          <w:sz w:val="28"/>
          <w:szCs w:val="28"/>
        </w:rPr>
      </w:pPr>
      <w:r>
        <w:rPr>
          <w:rFonts w:cs="Times New Roman"/>
          <w:sz w:val="28"/>
          <w:szCs w:val="28"/>
        </w:rPr>
        <w:t>d</w:t>
      </w:r>
      <w:r w:rsidR="00F95F3A" w:rsidRPr="002B2D7B">
        <w:rPr>
          <w:rFonts w:cs="Times New Roman"/>
          <w:sz w:val="28"/>
          <w:szCs w:val="28"/>
        </w:rPr>
        <w:t xml:space="preserve">) Về nguồn kinh phí </w:t>
      </w:r>
    </w:p>
    <w:p w:rsidR="002B2D7B" w:rsidRPr="002B2D7B" w:rsidRDefault="002B2D7B" w:rsidP="006A2962">
      <w:pPr>
        <w:pStyle w:val="VNHJustify"/>
        <w:widowControl w:val="0"/>
        <w:spacing w:after="120" w:line="264" w:lineRule="auto"/>
        <w:ind w:firstLine="720"/>
        <w:rPr>
          <w:spacing w:val="-2"/>
          <w:sz w:val="28"/>
          <w:szCs w:val="28"/>
        </w:rPr>
      </w:pPr>
      <w:r w:rsidRPr="002B2D7B">
        <w:rPr>
          <w:spacing w:val="-2"/>
          <w:sz w:val="28"/>
          <w:szCs w:val="28"/>
        </w:rPr>
        <w:t>- Nguồn kinh phí duy trì hoạt động của lực lượng quản lý đê nhân dân thực hiện theo khoản 4 Điều 5 Thông tư số 26/2009/TT-BNN, được sửa đổi, bổ sung tại Điều 7 Thông tư số 10/2026/TT-BNNMT.</w:t>
      </w:r>
    </w:p>
    <w:p w:rsidR="002B2D7B" w:rsidRDefault="002B2D7B" w:rsidP="00DF026D">
      <w:pPr>
        <w:pStyle w:val="VNHJustify"/>
        <w:widowControl w:val="0"/>
        <w:spacing w:after="120" w:line="264" w:lineRule="auto"/>
        <w:ind w:firstLine="720"/>
        <w:rPr>
          <w:rFonts w:cs="Times New Roman"/>
          <w:i/>
          <w:spacing w:val="-2"/>
          <w:sz w:val="28"/>
          <w:szCs w:val="28"/>
        </w:rPr>
      </w:pPr>
      <w:r w:rsidRPr="00DF026D">
        <w:rPr>
          <w:rFonts w:cs="Times New Roman"/>
          <w:spacing w:val="-2"/>
          <w:sz w:val="28"/>
          <w:szCs w:val="28"/>
        </w:rPr>
        <w:t xml:space="preserve">- Nguồn kinh phí chi trả thù lao cho người tham gia tuần tra, canh gác bảo vệ đê điều trong mùa lũ được bảo đảm từ Quỹ phòng, chống thiên tai thành phố và ngân sách cấp xã đảm bảo cho công tác phòng, chống thiên tai theo quy định của Luật Ngân sách nhà nước và các quy định pháp luật có liên quan </w:t>
      </w:r>
      <w:r w:rsidRPr="00DF026D">
        <w:rPr>
          <w:rFonts w:cs="Times New Roman"/>
          <w:i/>
          <w:spacing w:val="-2"/>
          <w:sz w:val="28"/>
          <w:szCs w:val="28"/>
        </w:rPr>
        <w:t>(theo ý kiến tham gia của Sở Tài chính tại Văn bản số 9391/STC-TCHCSN ngày 16/9/2026)</w:t>
      </w:r>
      <w:r w:rsidR="00F25FDC" w:rsidRPr="00DF026D">
        <w:rPr>
          <w:rFonts w:cs="Times New Roman"/>
          <w:i/>
          <w:spacing w:val="-2"/>
          <w:sz w:val="28"/>
          <w:szCs w:val="28"/>
        </w:rPr>
        <w:t>.</w:t>
      </w:r>
    </w:p>
    <w:p w:rsidR="00C076DE" w:rsidRPr="00C076DE" w:rsidRDefault="00C076DE" w:rsidP="00C076DE">
      <w:pPr>
        <w:spacing w:after="120" w:line="264" w:lineRule="auto"/>
        <w:ind w:firstLine="720"/>
        <w:jc w:val="both"/>
        <w:rPr>
          <w:rFonts w:cs="Times New Roman"/>
          <w:sz w:val="28"/>
          <w:szCs w:val="28"/>
        </w:rPr>
      </w:pPr>
      <w:r>
        <w:rPr>
          <w:rFonts w:cs="Times New Roman"/>
          <w:sz w:val="28"/>
          <w:szCs w:val="28"/>
        </w:rPr>
        <w:t xml:space="preserve">- Về </w:t>
      </w:r>
      <w:r w:rsidRPr="00C076DE">
        <w:rPr>
          <w:rFonts w:cs="Times New Roman"/>
          <w:sz w:val="28"/>
          <w:szCs w:val="28"/>
        </w:rPr>
        <w:t>cân đối kinh phí thực hiện giai đoạn 2027–2030, tiếp thu ý kiến của Sở Tài chính tại Công văn số 11025/STC-TCHCSN ngày 17/10/2026, Sở Nông nghiệp và Môi trường đã rà soát, xác định nhu cầu kinh phí dự kiến trên cơ sở chiều dài hệ thống đê điều, số lượng nhân viên quản lý đê nhân dân, số đội tuần tra, canh gác, mức thù lao đề xuất và các kịch bản báo động lũ.</w:t>
      </w:r>
      <w:r>
        <w:rPr>
          <w:rFonts w:cs="Times New Roman"/>
          <w:sz w:val="28"/>
          <w:szCs w:val="28"/>
        </w:rPr>
        <w:t xml:space="preserve"> </w:t>
      </w:r>
      <w:r w:rsidRPr="00C076DE">
        <w:rPr>
          <w:rFonts w:cs="Times New Roman"/>
          <w:sz w:val="28"/>
          <w:szCs w:val="28"/>
        </w:rPr>
        <w:t>Tổng nhu cầu kinh phí dự kiến khoảng 27,936 tỷ đồng/năm, tương ứng khoảng 111,744 tỷ đồng giai đoạn 2027–2030. Đây là số liệu tính toán phục vụ đánh giá nhu cầu nguồn lực, không phải mức kinh phí phân bổ cố định hằng năm. Kinh phí thực tế được xác định trên cơ sở số lượng nhân viên quản lý đê nhân dân được cấp có thẩm quyền quyết định; số đội, số người và thời gian thực tế được huy động tham gia tuần tra, canh gác; mức thù lao theo quy định và khả năng cân đối các nguồn kinh phí hợp pháp.</w:t>
      </w:r>
      <w:r>
        <w:rPr>
          <w:rFonts w:cs="Times New Roman"/>
          <w:sz w:val="28"/>
          <w:szCs w:val="28"/>
        </w:rPr>
        <w:t xml:space="preserve"> </w:t>
      </w:r>
      <w:r w:rsidRPr="00C076DE">
        <w:rPr>
          <w:rFonts w:cs="Times New Roman"/>
          <w:sz w:val="28"/>
          <w:szCs w:val="28"/>
        </w:rPr>
        <w:t>Hằng năm, căn cứ nhu cầu thực tế và khả năng cân đối ngân sách, Ủy ban nhân dân cấp xã lập dự toán kinh phí theo quy định; Sở Tài chính tổng hợp, tham mưu cấp có thẩm quyền xem xét bố trí kinh phí phù hợp với quy định của pháp luật về ngân sách nhà nước, Quỹ phòng, chống thiên tai và các quy định có liên quan.</w:t>
      </w:r>
    </w:p>
    <w:p w:rsidR="00DF026D" w:rsidRPr="00DF026D" w:rsidRDefault="00F25FDC" w:rsidP="00DF026D">
      <w:pPr>
        <w:pStyle w:val="Heading3"/>
        <w:spacing w:before="0" w:after="120" w:line="264" w:lineRule="auto"/>
        <w:ind w:firstLine="720"/>
        <w:jc w:val="both"/>
        <w:rPr>
          <w:rFonts w:ascii="Times New Roman" w:hAnsi="Times New Roman" w:cs="Times New Roman"/>
          <w:color w:val="auto"/>
          <w:sz w:val="28"/>
          <w:szCs w:val="28"/>
        </w:rPr>
      </w:pPr>
      <w:r w:rsidRPr="00DF026D">
        <w:rPr>
          <w:rFonts w:ascii="Times New Roman" w:hAnsi="Times New Roman" w:cs="Times New Roman"/>
          <w:color w:val="auto"/>
          <w:spacing w:val="-2"/>
          <w:sz w:val="28"/>
          <w:szCs w:val="28"/>
        </w:rPr>
        <w:t>5.</w:t>
      </w:r>
      <w:r w:rsidRPr="00DF026D">
        <w:rPr>
          <w:rFonts w:ascii="Times New Roman" w:hAnsi="Times New Roman" w:cs="Times New Roman"/>
          <w:b w:val="0"/>
          <w:color w:val="auto"/>
          <w:spacing w:val="-2"/>
          <w:sz w:val="28"/>
          <w:szCs w:val="28"/>
        </w:rPr>
        <w:t xml:space="preserve"> </w:t>
      </w:r>
      <w:r w:rsidR="00DF026D" w:rsidRPr="00DF026D">
        <w:rPr>
          <w:rFonts w:ascii="Times New Roman" w:hAnsi="Times New Roman" w:cs="Times New Roman"/>
          <w:color w:val="auto"/>
          <w:sz w:val="28"/>
          <w:szCs w:val="28"/>
        </w:rPr>
        <w:t>Về thẩm quyền, trình tự xem xét, ban hành Quyết định</w:t>
      </w:r>
    </w:p>
    <w:p w:rsidR="00DF026D" w:rsidRPr="00DF026D" w:rsidRDefault="00DF026D" w:rsidP="00DF026D">
      <w:pPr>
        <w:pStyle w:val="NormalWeb"/>
        <w:spacing w:before="0" w:beforeAutospacing="0" w:after="120" w:afterAutospacing="0" w:line="264" w:lineRule="auto"/>
        <w:ind w:firstLine="720"/>
        <w:jc w:val="both"/>
        <w:rPr>
          <w:b/>
          <w:sz w:val="28"/>
          <w:szCs w:val="28"/>
        </w:rPr>
      </w:pPr>
      <w:r w:rsidRPr="00DF026D">
        <w:rPr>
          <w:rStyle w:val="Strong"/>
          <w:b w:val="0"/>
          <w:sz w:val="28"/>
          <w:szCs w:val="28"/>
        </w:rPr>
        <w:t>a) Về thẩm quyền của Ủy ban nhân dân thành phố</w:t>
      </w:r>
    </w:p>
    <w:p w:rsidR="00DF026D" w:rsidRPr="00DF026D" w:rsidRDefault="00DF026D" w:rsidP="00DF026D">
      <w:pPr>
        <w:pStyle w:val="NormalWeb"/>
        <w:spacing w:before="0" w:beforeAutospacing="0" w:after="120" w:afterAutospacing="0" w:line="264" w:lineRule="auto"/>
        <w:ind w:firstLine="720"/>
        <w:jc w:val="both"/>
        <w:rPr>
          <w:sz w:val="28"/>
          <w:szCs w:val="28"/>
        </w:rPr>
      </w:pPr>
      <w:r w:rsidRPr="00DF026D">
        <w:rPr>
          <w:sz w:val="28"/>
          <w:szCs w:val="28"/>
        </w:rPr>
        <w:t xml:space="preserve">Căn cứ điểm a khoản 2 Điều 21 Luật Ban hành văn bản quy phạm pháp luật số 64/2025/QH15 được sửa đổi, bổ sung bởi Luật số 87/2025/QH15; khoản 3 Điều 37 và khoản 2 Điều 24 Luật Đê điều số 79/2006/QH11 được sửa đổi, bổ sung bởi Luật số 146/2025/QH15; khoản 1 Điều 4 Quy chế làm việc của Ủy ban nhân dân thành phố ban hành kèm theo Quyết định số 46/2026/QĐ-UBND ngày 15/6/2026, việc ban hành Quyết định quy định cơ cấu tổ chức, nguồn kinh phí và chế độ thù lao đối với lực lượng quản lý đê nhân dân; mức thù lao đối với lực </w:t>
      </w:r>
      <w:r w:rsidRPr="00DF026D">
        <w:rPr>
          <w:sz w:val="28"/>
          <w:szCs w:val="28"/>
        </w:rPr>
        <w:lastRenderedPageBreak/>
        <w:t>lượng tuần tra, canh gác bảo vệ đê điều trong mùa lũ trên địa bàn thành phố Hải Phòng thuộc thẩm quyền của Ủy ban nhân dân thành phố.</w:t>
      </w:r>
    </w:p>
    <w:p w:rsidR="00DF026D" w:rsidRPr="00DF026D" w:rsidRDefault="00DF026D" w:rsidP="00DF026D">
      <w:pPr>
        <w:pStyle w:val="NormalWeb"/>
        <w:spacing w:before="0" w:beforeAutospacing="0" w:after="120" w:afterAutospacing="0" w:line="264" w:lineRule="auto"/>
        <w:ind w:firstLine="720"/>
        <w:jc w:val="both"/>
        <w:rPr>
          <w:b/>
          <w:sz w:val="28"/>
          <w:szCs w:val="28"/>
        </w:rPr>
      </w:pPr>
      <w:r w:rsidRPr="00DF026D">
        <w:rPr>
          <w:rStyle w:val="Strong"/>
          <w:b w:val="0"/>
          <w:sz w:val="28"/>
          <w:szCs w:val="28"/>
        </w:rPr>
        <w:t>b) Về thẩm quyền ký ban hành Quyết định</w:t>
      </w:r>
    </w:p>
    <w:p w:rsidR="00DF026D" w:rsidRPr="00DF026D" w:rsidRDefault="00DF026D" w:rsidP="00DF026D">
      <w:pPr>
        <w:pStyle w:val="NormalWeb"/>
        <w:spacing w:before="0" w:beforeAutospacing="0" w:after="120" w:afterAutospacing="0" w:line="264" w:lineRule="auto"/>
        <w:ind w:firstLine="720"/>
        <w:jc w:val="both"/>
        <w:rPr>
          <w:sz w:val="28"/>
          <w:szCs w:val="28"/>
        </w:rPr>
      </w:pPr>
      <w:r w:rsidRPr="00DF026D">
        <w:rPr>
          <w:sz w:val="28"/>
          <w:szCs w:val="28"/>
        </w:rPr>
        <w:t>Theo điểm e khoản 3 Điều 5 Quy chế làm việc của Ủy ban nhân dân thành phố ban hành kèm theo Quyết định số 46/2026/QĐ-UBND, Chủ tịch Ủy ban nhân dân thành phố ký các văn bản thuộc thẩm quyền của Ủy ban nhân dân thành phố hoặc giao Phó Chủ tịch Ủy ban nhân dân thành phố ký theo quy định.</w:t>
      </w:r>
    </w:p>
    <w:p w:rsidR="00DF026D" w:rsidRPr="00DF026D" w:rsidRDefault="00DF026D" w:rsidP="00DF026D">
      <w:pPr>
        <w:pStyle w:val="NormalWeb"/>
        <w:spacing w:before="0" w:beforeAutospacing="0" w:after="120" w:afterAutospacing="0" w:line="264" w:lineRule="auto"/>
        <w:ind w:firstLine="720"/>
        <w:jc w:val="both"/>
        <w:rPr>
          <w:b/>
          <w:sz w:val="28"/>
          <w:szCs w:val="28"/>
        </w:rPr>
      </w:pPr>
      <w:r w:rsidRPr="00DF026D">
        <w:rPr>
          <w:rStyle w:val="Strong"/>
          <w:b w:val="0"/>
          <w:sz w:val="28"/>
          <w:szCs w:val="28"/>
        </w:rPr>
        <w:t>c) Về hình thức lấy ý kiến, biểu quyết của tập thể Ủy ban nhân dân thành phố</w:t>
      </w:r>
    </w:p>
    <w:p w:rsidR="00DF026D" w:rsidRPr="00DF026D" w:rsidRDefault="00DF026D" w:rsidP="00DF026D">
      <w:pPr>
        <w:pStyle w:val="NormalWeb"/>
        <w:spacing w:before="0" w:beforeAutospacing="0" w:after="120" w:afterAutospacing="0" w:line="264" w:lineRule="auto"/>
        <w:ind w:firstLine="720"/>
        <w:jc w:val="both"/>
        <w:rPr>
          <w:sz w:val="28"/>
          <w:szCs w:val="28"/>
        </w:rPr>
      </w:pPr>
      <w:r w:rsidRPr="00DF026D">
        <w:rPr>
          <w:sz w:val="28"/>
          <w:szCs w:val="28"/>
        </w:rPr>
        <w:t>Theo khoản 2 Điều 3 Quy chế làm việc của Ủy ban nhân dân thành phố ban hành kèm theo Quyết định số 46/2026/QĐ-UBND, tập thể Ủy ban nhân dân thành phố xem xét, quyết định công việc thông qua hình thức thảo luận tại phiên họp hoặc biểu quyết bằng phiếu lấy ý kiến các thành viên Ủy ban nhân dân thành phố.</w:t>
      </w:r>
    </w:p>
    <w:p w:rsidR="00DF026D" w:rsidRPr="00DF026D" w:rsidRDefault="00DF026D" w:rsidP="00DF026D">
      <w:pPr>
        <w:pStyle w:val="NormalWeb"/>
        <w:spacing w:before="0" w:beforeAutospacing="0" w:after="120" w:afterAutospacing="0" w:line="264" w:lineRule="auto"/>
        <w:ind w:firstLine="720"/>
        <w:jc w:val="both"/>
        <w:rPr>
          <w:sz w:val="28"/>
          <w:szCs w:val="28"/>
        </w:rPr>
      </w:pPr>
      <w:r w:rsidRPr="00DF026D">
        <w:rPr>
          <w:sz w:val="28"/>
          <w:szCs w:val="28"/>
        </w:rPr>
        <w:t>Dự thảo Quyết định được xây dựng trên cơ sở các nội dung pháp luật về đê điều giao Ủy ban nhân dân cấp tỉnh quy định; nội dung chủ yếu liên quan đến cơ cấu tổ chức, chế độ thù lao và nguồn kinh phí thực hiện đối với lực lượng quản lý đê nhân dân và lực lượng tuần tra, canh gác bảo vệ đê điều trong mùa lũ; không thuộc trường hợp bắt buộc phải thảo luận tại phiên họp Ủy ban nhân dân thành phố.</w:t>
      </w:r>
    </w:p>
    <w:p w:rsidR="00DF026D" w:rsidRPr="00DF026D" w:rsidRDefault="00DF026D" w:rsidP="00DF026D">
      <w:pPr>
        <w:pStyle w:val="NormalWeb"/>
        <w:spacing w:before="0" w:beforeAutospacing="0" w:after="120" w:afterAutospacing="0" w:line="264" w:lineRule="auto"/>
        <w:ind w:firstLine="720"/>
        <w:jc w:val="both"/>
        <w:rPr>
          <w:sz w:val="28"/>
          <w:szCs w:val="28"/>
        </w:rPr>
      </w:pPr>
      <w:r w:rsidRPr="00DF026D">
        <w:rPr>
          <w:sz w:val="28"/>
          <w:szCs w:val="28"/>
        </w:rPr>
        <w:t xml:space="preserve">Vì vậy, Sở Nông nghiệp và Môi trường đề xuất Ủy ban nhân dân thành phố xem xét, quyết định thông qua hình thức </w:t>
      </w:r>
      <w:r w:rsidRPr="00DF026D">
        <w:rPr>
          <w:rStyle w:val="Strong"/>
          <w:b w:val="0"/>
          <w:sz w:val="28"/>
          <w:szCs w:val="28"/>
        </w:rPr>
        <w:t>biểu quyết bằng phiếu lấy ý kiến các thành viên Ủy ban nhân dân thành phố</w:t>
      </w:r>
      <w:r w:rsidRPr="00DF026D">
        <w:rPr>
          <w:sz w:val="28"/>
          <w:szCs w:val="28"/>
        </w:rPr>
        <w:t xml:space="preserve"> theo Quy chế làm việc và quy định pháp luật có liên quan, bảo đảm tiến độ ban hành Quyết định trong tháng 11 năm 2026.</w:t>
      </w:r>
    </w:p>
    <w:p w:rsidR="00DF026D" w:rsidRPr="00DF026D" w:rsidRDefault="00DF026D" w:rsidP="00DF026D">
      <w:pPr>
        <w:pStyle w:val="NormalWeb"/>
        <w:spacing w:before="0" w:beforeAutospacing="0" w:after="120" w:afterAutospacing="0" w:line="264" w:lineRule="auto"/>
        <w:ind w:firstLine="720"/>
        <w:jc w:val="both"/>
        <w:rPr>
          <w:b/>
          <w:sz w:val="28"/>
          <w:szCs w:val="28"/>
        </w:rPr>
      </w:pPr>
      <w:r w:rsidRPr="00DF026D">
        <w:rPr>
          <w:rStyle w:val="Strong"/>
          <w:b w:val="0"/>
          <w:sz w:val="28"/>
          <w:szCs w:val="28"/>
        </w:rPr>
        <w:t>d) Về xin ý kiến Ban Thường vụ Thành ủy, Thường trực Thành ủy</w:t>
      </w:r>
    </w:p>
    <w:p w:rsidR="00DF026D" w:rsidRPr="00DF026D" w:rsidRDefault="00DF026D" w:rsidP="00DF026D">
      <w:pPr>
        <w:pStyle w:val="NormalWeb"/>
        <w:spacing w:before="0" w:beforeAutospacing="0" w:after="120" w:afterAutospacing="0" w:line="264" w:lineRule="auto"/>
        <w:ind w:firstLine="720"/>
        <w:jc w:val="both"/>
        <w:rPr>
          <w:sz w:val="28"/>
          <w:szCs w:val="28"/>
        </w:rPr>
      </w:pPr>
      <w:r w:rsidRPr="00DF026D">
        <w:rPr>
          <w:sz w:val="28"/>
          <w:szCs w:val="28"/>
        </w:rPr>
        <w:t>Qua rà soát, đối chiếu các quy định tại Quy chế làm việc của Ban Chấp hành Đảng bộ thành phố Hải Phòng khóa I, nhiệm kỳ 2025–2030 ban hành kèm theo Quy chế số 12-QC/TU ngày 09/10/2026 của Thành ủy, đặc biệt là khoản 3, khoản 8, khoản 11, khoản 15 Điều 2 và khoản 5 Điều 3, nội dung dự thảo Quyết định thuộc phạm vi được pháp luật về đê điều giao Ủy ban nhân dân cấp tỉnh quy định.</w:t>
      </w:r>
    </w:p>
    <w:p w:rsidR="00DF026D" w:rsidRPr="00DF026D" w:rsidRDefault="00DF026D" w:rsidP="00DF026D">
      <w:pPr>
        <w:pStyle w:val="NormalWeb"/>
        <w:spacing w:before="0" w:beforeAutospacing="0" w:after="120" w:afterAutospacing="0" w:line="264" w:lineRule="auto"/>
        <w:ind w:firstLine="720"/>
        <w:jc w:val="both"/>
        <w:rPr>
          <w:sz w:val="28"/>
          <w:szCs w:val="28"/>
        </w:rPr>
      </w:pPr>
      <w:r w:rsidRPr="00DF026D">
        <w:rPr>
          <w:sz w:val="28"/>
          <w:szCs w:val="28"/>
        </w:rPr>
        <w:t>Dự thảo Quyết định không quy định về thành lập, tổ chức lại cơ quan hành chính nhà nước, đơn vị sự nghiệp công lập; không đề xuất chủ trương đầu tư, điều chỉnh dự toán ngân sách nhà nước hoặc ban hành cơ chế, chính sách ưu đãi, khuyến khích, hỗ trợ đặc thù ngoài phạm vi được pháp luật chuyên ngành giao.</w:t>
      </w:r>
    </w:p>
    <w:p w:rsidR="00DF026D" w:rsidRPr="00DF026D" w:rsidRDefault="00DF026D" w:rsidP="00DF026D">
      <w:pPr>
        <w:pStyle w:val="NormalWeb"/>
        <w:spacing w:before="0" w:beforeAutospacing="0" w:after="120" w:afterAutospacing="0" w:line="264" w:lineRule="auto"/>
        <w:ind w:firstLine="720"/>
        <w:jc w:val="both"/>
        <w:rPr>
          <w:sz w:val="28"/>
          <w:szCs w:val="28"/>
        </w:rPr>
      </w:pPr>
      <w:r w:rsidRPr="00DF026D">
        <w:rPr>
          <w:sz w:val="28"/>
          <w:szCs w:val="28"/>
        </w:rPr>
        <w:lastRenderedPageBreak/>
        <w:t>Do đó, nội dung dự thảo Quyết định không thuộc trường hợp phải xin ý kiến Ban Thường vụ Thành ủy hoặc Thường trực Thành ủy theo Quy chế số 12-QC/TU. Sở Nông nghiệp và Môi trường đề xuất trình Ủy ban nhân dân thành phố xem xét, quyết định theo thẩm quyền.</w:t>
      </w:r>
    </w:p>
    <w:p w:rsidR="00E917F2" w:rsidRPr="00CC2D9D" w:rsidRDefault="00F95F3A" w:rsidP="00DF026D">
      <w:pPr>
        <w:pStyle w:val="VNHHeading"/>
        <w:widowControl w:val="0"/>
        <w:spacing w:before="0" w:after="120" w:line="264" w:lineRule="auto"/>
        <w:ind w:firstLine="720"/>
        <w:jc w:val="both"/>
        <w:rPr>
          <w:spacing w:val="-2"/>
          <w:sz w:val="28"/>
          <w:szCs w:val="28"/>
        </w:rPr>
      </w:pPr>
      <w:r w:rsidRPr="00DF026D">
        <w:rPr>
          <w:rFonts w:cs="Times New Roman"/>
          <w:spacing w:val="-2"/>
          <w:sz w:val="28"/>
          <w:szCs w:val="28"/>
        </w:rPr>
        <w:t>V. DỰ KIẾN NGUỒN LỰC, ĐIỀU KIỆN BẢO ĐẢM</w:t>
      </w:r>
      <w:r w:rsidR="00051978" w:rsidRPr="00DF026D">
        <w:rPr>
          <w:rFonts w:cs="Times New Roman"/>
          <w:spacing w:val="-2"/>
          <w:sz w:val="28"/>
          <w:szCs w:val="28"/>
        </w:rPr>
        <w:t xml:space="preserve"> CHO VIỆC</w:t>
      </w:r>
      <w:r w:rsidRPr="00DF026D">
        <w:rPr>
          <w:rFonts w:cs="Times New Roman"/>
          <w:spacing w:val="-2"/>
          <w:sz w:val="28"/>
          <w:szCs w:val="28"/>
        </w:rPr>
        <w:t xml:space="preserve"> THI HÀNH VĂN BẢN</w:t>
      </w:r>
      <w:r w:rsidR="00051978" w:rsidRPr="00DF026D">
        <w:rPr>
          <w:rFonts w:cs="Times New Roman"/>
          <w:spacing w:val="-2"/>
          <w:sz w:val="28"/>
          <w:szCs w:val="28"/>
        </w:rPr>
        <w:t xml:space="preserve"> VÀ THỜI GIAN TRÌNH T</w:t>
      </w:r>
      <w:r w:rsidR="00051978" w:rsidRPr="00CC2D9D">
        <w:rPr>
          <w:spacing w:val="-2"/>
          <w:sz w:val="28"/>
          <w:szCs w:val="28"/>
        </w:rPr>
        <w:t>HÔNG QUA/BAN HÀNH</w:t>
      </w:r>
    </w:p>
    <w:p w:rsidR="00E917F2" w:rsidRPr="00CC2D9D" w:rsidRDefault="00F95F3A" w:rsidP="006A2962">
      <w:pPr>
        <w:pStyle w:val="VNHHeading"/>
        <w:widowControl w:val="0"/>
        <w:spacing w:before="0" w:after="120" w:line="264" w:lineRule="auto"/>
        <w:ind w:firstLine="720"/>
        <w:jc w:val="both"/>
        <w:rPr>
          <w:spacing w:val="-2"/>
          <w:sz w:val="28"/>
          <w:szCs w:val="28"/>
        </w:rPr>
      </w:pPr>
      <w:r w:rsidRPr="00CC2D9D">
        <w:rPr>
          <w:spacing w:val="-2"/>
          <w:sz w:val="28"/>
          <w:szCs w:val="28"/>
        </w:rPr>
        <w:t>1. Về tổ chức thực hiện</w:t>
      </w:r>
    </w:p>
    <w:p w:rsidR="00E917F2" w:rsidRPr="00CC2D9D" w:rsidRDefault="00F95F3A" w:rsidP="006A2962">
      <w:pPr>
        <w:pStyle w:val="VNHJustify"/>
        <w:widowControl w:val="0"/>
        <w:spacing w:after="120" w:line="264" w:lineRule="auto"/>
        <w:ind w:firstLine="720"/>
        <w:rPr>
          <w:spacing w:val="-2"/>
          <w:sz w:val="28"/>
          <w:szCs w:val="28"/>
        </w:rPr>
      </w:pPr>
      <w:r w:rsidRPr="00CC2D9D">
        <w:rPr>
          <w:spacing w:val="-2"/>
          <w:sz w:val="28"/>
          <w:szCs w:val="28"/>
        </w:rPr>
        <w:t>Việc thực hiện Quyết định không làm phát sinh biên chế nhà nước. Lực lượng quản lý đê nhân dân và lực lượng tuần tra, canh gác bảo vệ đê điều trong mùa lũ được tổ chức, quản lý, huy động tại địa phương theo quyết định của cơ quan có thẩm quyền; hoạt động dưới sự quản lý, chỉ đạo trực tiếp của Ủy ban nhân dân cấp xã nơi có đê và sự hướng dẫn chuyên môn của cơ quan quản lý đê điều.</w:t>
      </w:r>
    </w:p>
    <w:p w:rsidR="00E917F2" w:rsidRPr="00CC2D9D" w:rsidRDefault="00F95F3A" w:rsidP="006A2962">
      <w:pPr>
        <w:pStyle w:val="VNHHeading"/>
        <w:widowControl w:val="0"/>
        <w:spacing w:before="0" w:after="120" w:line="264" w:lineRule="auto"/>
        <w:ind w:firstLine="720"/>
        <w:jc w:val="both"/>
        <w:rPr>
          <w:spacing w:val="-2"/>
          <w:sz w:val="28"/>
          <w:szCs w:val="28"/>
        </w:rPr>
      </w:pPr>
      <w:r w:rsidRPr="00CC2D9D">
        <w:rPr>
          <w:spacing w:val="-2"/>
          <w:sz w:val="28"/>
          <w:szCs w:val="28"/>
        </w:rPr>
        <w:t>2. Về kinh phí thực hiện</w:t>
      </w:r>
    </w:p>
    <w:p w:rsidR="002C125D" w:rsidRDefault="002C125D" w:rsidP="006A2962">
      <w:pPr>
        <w:pStyle w:val="VNHJustify"/>
        <w:widowControl w:val="0"/>
        <w:spacing w:after="120" w:line="264" w:lineRule="auto"/>
        <w:ind w:firstLine="720"/>
        <w:rPr>
          <w:sz w:val="28"/>
          <w:szCs w:val="28"/>
        </w:rPr>
      </w:pPr>
      <w:r>
        <w:rPr>
          <w:sz w:val="28"/>
          <w:szCs w:val="28"/>
        </w:rPr>
        <w:t xml:space="preserve">a) </w:t>
      </w:r>
      <w:r w:rsidR="00F26A5C" w:rsidRPr="004621C3">
        <w:rPr>
          <w:sz w:val="28"/>
          <w:szCs w:val="28"/>
        </w:rPr>
        <w:t>Dự kiến tổng nhu cầu kinh phí cho 01 năm theo kịch bản lũ</w:t>
      </w:r>
      <w:r>
        <w:rPr>
          <w:sz w:val="28"/>
          <w:szCs w:val="28"/>
        </w:rPr>
        <w:t>:</w:t>
      </w:r>
      <w:r w:rsidR="00F26A5C" w:rsidRPr="004621C3">
        <w:rPr>
          <w:sz w:val="28"/>
          <w:szCs w:val="28"/>
        </w:rPr>
        <w:t xml:space="preserve"> </w:t>
      </w:r>
    </w:p>
    <w:p w:rsidR="00F26A5C" w:rsidRPr="004621C3" w:rsidRDefault="002C125D" w:rsidP="006A2962">
      <w:pPr>
        <w:pStyle w:val="VNHJustify"/>
        <w:widowControl w:val="0"/>
        <w:spacing w:after="120" w:line="264" w:lineRule="auto"/>
        <w:ind w:firstLine="720"/>
        <w:rPr>
          <w:spacing w:val="-2"/>
          <w:sz w:val="28"/>
          <w:szCs w:val="28"/>
        </w:rPr>
      </w:pPr>
      <w:r>
        <w:rPr>
          <w:sz w:val="28"/>
          <w:szCs w:val="28"/>
        </w:rPr>
        <w:t>K</w:t>
      </w:r>
      <w:r w:rsidR="00F26A5C" w:rsidRPr="004621C3">
        <w:rPr>
          <w:sz w:val="28"/>
          <w:szCs w:val="28"/>
        </w:rPr>
        <w:t>hoảng 27,936 tỷ đồng</w:t>
      </w:r>
      <w:r>
        <w:rPr>
          <w:sz w:val="28"/>
          <w:szCs w:val="28"/>
        </w:rPr>
        <w:t>; trong đó:</w:t>
      </w:r>
      <w:r w:rsidR="00F26A5C" w:rsidRPr="004621C3">
        <w:rPr>
          <w:sz w:val="28"/>
          <w:szCs w:val="28"/>
        </w:rPr>
        <w:t xml:space="preserve"> thù lao lực lượng quản lý đê nhân dân khoảng 8,015 tỷ đồng và thù lao tuần tra, canh gác khoảng 19,921 tỷ đồng</w:t>
      </w:r>
      <w:r w:rsidR="004621C3">
        <w:rPr>
          <w:sz w:val="28"/>
          <w:szCs w:val="28"/>
        </w:rPr>
        <w:t>; cụ thể:</w:t>
      </w:r>
    </w:p>
    <w:p w:rsidR="00CC4959" w:rsidRPr="00CC2D9D" w:rsidRDefault="00E32AE1" w:rsidP="006A2962">
      <w:pPr>
        <w:pStyle w:val="VNHJustify"/>
        <w:widowControl w:val="0"/>
        <w:spacing w:after="120" w:line="264" w:lineRule="auto"/>
        <w:ind w:firstLine="720"/>
        <w:rPr>
          <w:spacing w:val="-2"/>
          <w:sz w:val="28"/>
          <w:szCs w:val="28"/>
        </w:rPr>
      </w:pPr>
      <w:r>
        <w:rPr>
          <w:spacing w:val="-2"/>
          <w:sz w:val="28"/>
          <w:szCs w:val="28"/>
        </w:rPr>
        <w:t>*</w:t>
      </w:r>
      <w:r w:rsidR="00CC4959" w:rsidRPr="00CC2D9D">
        <w:rPr>
          <w:spacing w:val="-2"/>
          <w:sz w:val="28"/>
          <w:szCs w:val="28"/>
        </w:rPr>
        <w:t xml:space="preserve"> Dự kiến kinh phí thù lao lực lượng quản lý đê nhân dân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2410"/>
        <w:gridCol w:w="3792"/>
      </w:tblGrid>
      <w:tr w:rsidR="00CC2D9D" w:rsidRPr="00CC2D9D" w:rsidTr="002C125D">
        <w:trPr>
          <w:jc w:val="center"/>
        </w:trPr>
        <w:tc>
          <w:tcPr>
            <w:tcW w:w="2693" w:type="dxa"/>
            <w:vAlign w:val="center"/>
          </w:tcPr>
          <w:p w:rsidR="000F741B" w:rsidRPr="00CC2D9D" w:rsidRDefault="000F741B" w:rsidP="006A2962">
            <w:pPr>
              <w:widowControl w:val="0"/>
              <w:spacing w:after="0" w:line="240" w:lineRule="auto"/>
              <w:jc w:val="center"/>
              <w:rPr>
                <w:szCs w:val="26"/>
              </w:rPr>
            </w:pPr>
            <w:r w:rsidRPr="00CC2D9D">
              <w:rPr>
                <w:b/>
                <w:szCs w:val="26"/>
              </w:rPr>
              <w:t>Khoản mục</w:t>
            </w:r>
          </w:p>
        </w:tc>
        <w:tc>
          <w:tcPr>
            <w:tcW w:w="2410" w:type="dxa"/>
            <w:vAlign w:val="center"/>
          </w:tcPr>
          <w:p w:rsidR="000F741B" w:rsidRPr="00CC2D9D" w:rsidRDefault="000F741B" w:rsidP="006A2962">
            <w:pPr>
              <w:widowControl w:val="0"/>
              <w:spacing w:after="0" w:line="240" w:lineRule="auto"/>
              <w:jc w:val="center"/>
              <w:rPr>
                <w:szCs w:val="26"/>
              </w:rPr>
            </w:pPr>
            <w:r w:rsidRPr="00CC2D9D">
              <w:rPr>
                <w:b/>
                <w:szCs w:val="26"/>
              </w:rPr>
              <w:t>Kết quả</w:t>
            </w:r>
          </w:p>
        </w:tc>
        <w:tc>
          <w:tcPr>
            <w:tcW w:w="3792" w:type="dxa"/>
            <w:vAlign w:val="center"/>
          </w:tcPr>
          <w:p w:rsidR="000F741B" w:rsidRPr="00CC2D9D" w:rsidRDefault="009C7BD1" w:rsidP="006A2962">
            <w:pPr>
              <w:widowControl w:val="0"/>
              <w:spacing w:after="0" w:line="240" w:lineRule="auto"/>
              <w:jc w:val="center"/>
              <w:rPr>
                <w:szCs w:val="26"/>
              </w:rPr>
            </w:pPr>
            <w:r w:rsidRPr="00CC2D9D">
              <w:rPr>
                <w:b/>
                <w:szCs w:val="26"/>
              </w:rPr>
              <w:t>G</w:t>
            </w:r>
            <w:r w:rsidR="000F741B" w:rsidRPr="00CC2D9D">
              <w:rPr>
                <w:b/>
                <w:szCs w:val="26"/>
              </w:rPr>
              <w:t>hi chú</w:t>
            </w:r>
          </w:p>
        </w:tc>
      </w:tr>
      <w:tr w:rsidR="00CC2D9D" w:rsidRPr="00CC2D9D" w:rsidTr="002C125D">
        <w:trPr>
          <w:jc w:val="center"/>
        </w:trPr>
        <w:tc>
          <w:tcPr>
            <w:tcW w:w="2693" w:type="dxa"/>
            <w:vAlign w:val="center"/>
          </w:tcPr>
          <w:p w:rsidR="004E4858" w:rsidRPr="00CC2D9D" w:rsidRDefault="00070DB4" w:rsidP="006A2962">
            <w:pPr>
              <w:widowControl w:val="0"/>
              <w:spacing w:after="0" w:line="240" w:lineRule="auto"/>
              <w:rPr>
                <w:szCs w:val="26"/>
              </w:rPr>
            </w:pPr>
            <w:r w:rsidRPr="00CC2D9D">
              <w:rPr>
                <w:szCs w:val="26"/>
              </w:rPr>
              <w:t>Toàn bộ hệ thống đê điều tạm tính</w:t>
            </w:r>
          </w:p>
        </w:tc>
        <w:tc>
          <w:tcPr>
            <w:tcW w:w="2410" w:type="dxa"/>
            <w:vAlign w:val="center"/>
          </w:tcPr>
          <w:p w:rsidR="004E4858" w:rsidRPr="00CC2D9D" w:rsidRDefault="004E4858" w:rsidP="006A2962">
            <w:pPr>
              <w:widowControl w:val="0"/>
              <w:spacing w:after="0" w:line="240" w:lineRule="auto"/>
              <w:jc w:val="center"/>
              <w:rPr>
                <w:szCs w:val="26"/>
              </w:rPr>
            </w:pPr>
            <w:r w:rsidRPr="00CC2D9D">
              <w:rPr>
                <w:szCs w:val="26"/>
              </w:rPr>
              <w:t>789,245 km</w:t>
            </w:r>
          </w:p>
        </w:tc>
        <w:tc>
          <w:tcPr>
            <w:tcW w:w="3792" w:type="dxa"/>
            <w:vAlign w:val="center"/>
          </w:tcPr>
          <w:p w:rsidR="004E4858" w:rsidRPr="00CC2D9D" w:rsidRDefault="004E4858" w:rsidP="006A2962">
            <w:pPr>
              <w:widowControl w:val="0"/>
              <w:spacing w:after="0" w:line="240" w:lineRule="auto"/>
              <w:rPr>
                <w:szCs w:val="26"/>
              </w:rPr>
            </w:pPr>
            <w:r w:rsidRPr="00CC2D9D">
              <w:rPr>
                <w:szCs w:val="26"/>
              </w:rPr>
              <w:t>Theo Văn bản số 1295-CV/ĐU ngày 17/6/2026 của Đảng ủy UBND TP</w:t>
            </w:r>
          </w:p>
        </w:tc>
      </w:tr>
      <w:tr w:rsidR="00CC2D9D" w:rsidRPr="00CC2D9D" w:rsidTr="002C125D">
        <w:trPr>
          <w:trHeight w:val="461"/>
          <w:jc w:val="center"/>
        </w:trPr>
        <w:tc>
          <w:tcPr>
            <w:tcW w:w="2693" w:type="dxa"/>
            <w:vAlign w:val="center"/>
          </w:tcPr>
          <w:p w:rsidR="004E4858" w:rsidRPr="00CC2D9D" w:rsidRDefault="004E4858" w:rsidP="006A2962">
            <w:pPr>
              <w:widowControl w:val="0"/>
              <w:spacing w:after="0" w:line="240" w:lineRule="auto"/>
              <w:rPr>
                <w:szCs w:val="26"/>
              </w:rPr>
            </w:pPr>
            <w:r w:rsidRPr="00CC2D9D">
              <w:rPr>
                <w:szCs w:val="26"/>
              </w:rPr>
              <w:t>Định mức bố trí bình quân</w:t>
            </w:r>
          </w:p>
        </w:tc>
        <w:tc>
          <w:tcPr>
            <w:tcW w:w="2410" w:type="dxa"/>
            <w:vAlign w:val="center"/>
          </w:tcPr>
          <w:p w:rsidR="004E4858" w:rsidRPr="00CC2D9D" w:rsidRDefault="004E4858" w:rsidP="006A2962">
            <w:pPr>
              <w:widowControl w:val="0"/>
              <w:spacing w:after="0" w:line="240" w:lineRule="auto"/>
              <w:jc w:val="center"/>
              <w:rPr>
                <w:szCs w:val="26"/>
              </w:rPr>
            </w:pPr>
            <w:r w:rsidRPr="00CC2D9D">
              <w:rPr>
                <w:szCs w:val="26"/>
              </w:rPr>
              <w:t>03 km/người</w:t>
            </w:r>
          </w:p>
        </w:tc>
        <w:tc>
          <w:tcPr>
            <w:tcW w:w="3792" w:type="dxa"/>
            <w:vAlign w:val="center"/>
          </w:tcPr>
          <w:p w:rsidR="004E4858" w:rsidRPr="00CC2D9D" w:rsidRDefault="004E4858" w:rsidP="006A2962">
            <w:pPr>
              <w:widowControl w:val="0"/>
              <w:spacing w:after="0" w:line="240" w:lineRule="auto"/>
              <w:rPr>
                <w:szCs w:val="26"/>
              </w:rPr>
            </w:pPr>
            <w:r w:rsidRPr="00CC2D9D">
              <w:rPr>
                <w:szCs w:val="26"/>
              </w:rPr>
              <w:t>Theo quy định tại khoản 2 Điều 2 Thông tư số 26/2009/TT-BNN</w:t>
            </w:r>
          </w:p>
        </w:tc>
      </w:tr>
      <w:tr w:rsidR="00CC2D9D" w:rsidRPr="00CC2D9D" w:rsidTr="002C125D">
        <w:trPr>
          <w:jc w:val="center"/>
        </w:trPr>
        <w:tc>
          <w:tcPr>
            <w:tcW w:w="2693" w:type="dxa"/>
            <w:vAlign w:val="center"/>
          </w:tcPr>
          <w:p w:rsidR="004E4858" w:rsidRPr="00CC2D9D" w:rsidRDefault="004E4858" w:rsidP="006A2962">
            <w:pPr>
              <w:widowControl w:val="0"/>
              <w:spacing w:after="0" w:line="240" w:lineRule="auto"/>
              <w:rPr>
                <w:szCs w:val="26"/>
              </w:rPr>
            </w:pPr>
            <w:r w:rsidRPr="00CC2D9D">
              <w:rPr>
                <w:szCs w:val="26"/>
              </w:rPr>
              <w:t>Số nhân viên quản lý đê nhân dân dự kiến</w:t>
            </w:r>
          </w:p>
        </w:tc>
        <w:tc>
          <w:tcPr>
            <w:tcW w:w="2410" w:type="dxa"/>
            <w:vAlign w:val="center"/>
          </w:tcPr>
          <w:p w:rsidR="004E4858" w:rsidRPr="00CC2D9D" w:rsidRDefault="004E4858" w:rsidP="006A2962">
            <w:pPr>
              <w:widowControl w:val="0"/>
              <w:spacing w:after="0" w:line="240" w:lineRule="auto"/>
              <w:jc w:val="center"/>
              <w:rPr>
                <w:szCs w:val="26"/>
              </w:rPr>
            </w:pPr>
            <w:r w:rsidRPr="00CC2D9D">
              <w:rPr>
                <w:szCs w:val="26"/>
              </w:rPr>
              <w:t>264 người</w:t>
            </w:r>
          </w:p>
        </w:tc>
        <w:tc>
          <w:tcPr>
            <w:tcW w:w="3792" w:type="dxa"/>
            <w:vAlign w:val="center"/>
          </w:tcPr>
          <w:p w:rsidR="00F26A5C" w:rsidRPr="00CC2D9D" w:rsidRDefault="004E4858" w:rsidP="006A2962">
            <w:pPr>
              <w:widowControl w:val="0"/>
              <w:spacing w:after="0" w:line="240" w:lineRule="auto"/>
              <w:rPr>
                <w:szCs w:val="26"/>
              </w:rPr>
            </w:pPr>
            <w:r w:rsidRPr="00CC2D9D">
              <w:rPr>
                <w:szCs w:val="26"/>
              </w:rPr>
              <w:t>789,245/3 = 263,08</w:t>
            </w:r>
            <w:r w:rsidR="00BC1010" w:rsidRPr="00CC2D9D">
              <w:rPr>
                <w:szCs w:val="26"/>
              </w:rPr>
              <w:t xml:space="preserve"> </w:t>
            </w:r>
          </w:p>
          <w:p w:rsidR="004E4858" w:rsidRPr="00CC2D9D" w:rsidRDefault="00BC1010" w:rsidP="006A2962">
            <w:pPr>
              <w:widowControl w:val="0"/>
              <w:spacing w:after="0" w:line="240" w:lineRule="auto"/>
              <w:rPr>
                <w:szCs w:val="26"/>
              </w:rPr>
            </w:pPr>
            <w:r w:rsidRPr="00CC2D9D">
              <w:rPr>
                <w:szCs w:val="26"/>
              </w:rPr>
              <w:t>(làm tròn 264)</w:t>
            </w:r>
          </w:p>
        </w:tc>
      </w:tr>
      <w:tr w:rsidR="00CC2D9D" w:rsidRPr="00CC2D9D" w:rsidTr="002C125D">
        <w:trPr>
          <w:jc w:val="center"/>
        </w:trPr>
        <w:tc>
          <w:tcPr>
            <w:tcW w:w="2693" w:type="dxa"/>
            <w:vAlign w:val="center"/>
          </w:tcPr>
          <w:p w:rsidR="004E4858" w:rsidRPr="00CC2D9D" w:rsidRDefault="004E4858" w:rsidP="006A2962">
            <w:pPr>
              <w:widowControl w:val="0"/>
              <w:spacing w:after="0" w:line="240" w:lineRule="auto"/>
              <w:rPr>
                <w:szCs w:val="26"/>
              </w:rPr>
            </w:pPr>
            <w:r w:rsidRPr="00CC2D9D">
              <w:rPr>
                <w:szCs w:val="26"/>
              </w:rPr>
              <w:t>Mức thù lao 01 người/năm</w:t>
            </w:r>
          </w:p>
        </w:tc>
        <w:tc>
          <w:tcPr>
            <w:tcW w:w="2410" w:type="dxa"/>
            <w:vAlign w:val="center"/>
          </w:tcPr>
          <w:p w:rsidR="004E4858" w:rsidRPr="00CC2D9D" w:rsidRDefault="004E4858" w:rsidP="006A2962">
            <w:pPr>
              <w:widowControl w:val="0"/>
              <w:spacing w:after="0" w:line="240" w:lineRule="auto"/>
              <w:jc w:val="center"/>
              <w:rPr>
                <w:szCs w:val="26"/>
              </w:rPr>
            </w:pPr>
            <w:r w:rsidRPr="00CC2D9D">
              <w:rPr>
                <w:szCs w:val="26"/>
              </w:rPr>
              <w:t>30.360.000 đồng</w:t>
            </w:r>
          </w:p>
        </w:tc>
        <w:tc>
          <w:tcPr>
            <w:tcW w:w="3792" w:type="dxa"/>
            <w:vAlign w:val="center"/>
          </w:tcPr>
          <w:p w:rsidR="004E4858" w:rsidRPr="00CC2D9D" w:rsidRDefault="004E4858" w:rsidP="006A2962">
            <w:pPr>
              <w:widowControl w:val="0"/>
              <w:spacing w:after="0" w:line="240" w:lineRule="auto"/>
              <w:rPr>
                <w:szCs w:val="26"/>
              </w:rPr>
            </w:pPr>
            <w:r w:rsidRPr="00CC2D9D">
              <w:rPr>
                <w:szCs w:val="26"/>
              </w:rPr>
              <w:t>2.530.000 đồng x 12 tháng</w:t>
            </w:r>
          </w:p>
        </w:tc>
      </w:tr>
      <w:tr w:rsidR="00CC2D9D" w:rsidRPr="00CC2D9D" w:rsidTr="002C125D">
        <w:trPr>
          <w:jc w:val="center"/>
        </w:trPr>
        <w:tc>
          <w:tcPr>
            <w:tcW w:w="2693" w:type="dxa"/>
            <w:vAlign w:val="center"/>
          </w:tcPr>
          <w:p w:rsidR="004E4858" w:rsidRPr="00CC2D9D" w:rsidRDefault="004E4858" w:rsidP="00222A91">
            <w:pPr>
              <w:widowControl w:val="0"/>
              <w:spacing w:after="0" w:line="240" w:lineRule="auto"/>
              <w:rPr>
                <w:b/>
                <w:szCs w:val="26"/>
              </w:rPr>
            </w:pPr>
            <w:r w:rsidRPr="00CC2D9D">
              <w:rPr>
                <w:b/>
                <w:szCs w:val="26"/>
              </w:rPr>
              <w:t>Kinh phí dự kiến/năm</w:t>
            </w:r>
          </w:p>
        </w:tc>
        <w:tc>
          <w:tcPr>
            <w:tcW w:w="2410" w:type="dxa"/>
            <w:vAlign w:val="center"/>
          </w:tcPr>
          <w:p w:rsidR="004E4858" w:rsidRPr="00CC2D9D" w:rsidRDefault="004E4858" w:rsidP="006A2962">
            <w:pPr>
              <w:widowControl w:val="0"/>
              <w:spacing w:after="0" w:line="240" w:lineRule="auto"/>
              <w:jc w:val="center"/>
              <w:rPr>
                <w:b/>
                <w:szCs w:val="26"/>
              </w:rPr>
            </w:pPr>
            <w:r w:rsidRPr="00CC2D9D">
              <w:rPr>
                <w:b/>
                <w:szCs w:val="26"/>
              </w:rPr>
              <w:t>8.015.040.000 đồng</w:t>
            </w:r>
          </w:p>
        </w:tc>
        <w:tc>
          <w:tcPr>
            <w:tcW w:w="3792" w:type="dxa"/>
            <w:vAlign w:val="center"/>
          </w:tcPr>
          <w:p w:rsidR="004E4858" w:rsidRPr="00CC2D9D" w:rsidRDefault="004E4858" w:rsidP="006A2962">
            <w:pPr>
              <w:widowControl w:val="0"/>
              <w:spacing w:after="0" w:line="240" w:lineRule="auto"/>
              <w:rPr>
                <w:b/>
                <w:szCs w:val="26"/>
              </w:rPr>
            </w:pPr>
            <w:r w:rsidRPr="00CC2D9D">
              <w:rPr>
                <w:b/>
                <w:szCs w:val="26"/>
              </w:rPr>
              <w:t>Tương đương 8,015 tỷ đồng</w:t>
            </w:r>
          </w:p>
        </w:tc>
      </w:tr>
    </w:tbl>
    <w:p w:rsidR="004E4858" w:rsidRDefault="00E32AE1" w:rsidP="006A2962">
      <w:pPr>
        <w:pStyle w:val="VNHJustify"/>
        <w:widowControl w:val="0"/>
        <w:spacing w:before="120" w:after="120" w:line="264" w:lineRule="auto"/>
        <w:ind w:firstLine="720"/>
        <w:rPr>
          <w:sz w:val="28"/>
          <w:szCs w:val="28"/>
        </w:rPr>
      </w:pPr>
      <w:r>
        <w:rPr>
          <w:sz w:val="28"/>
          <w:szCs w:val="28"/>
        </w:rPr>
        <w:t>*</w:t>
      </w:r>
      <w:r w:rsidR="004E4858" w:rsidRPr="00CC2D9D">
        <w:rPr>
          <w:sz w:val="28"/>
          <w:szCs w:val="28"/>
        </w:rPr>
        <w:t xml:space="preserve"> Dự kiến kinh phí thù lao tuần tra, canh gác bảo vệ đê điều trong mùa lũ trên toàn bộ hệ thống đê điều</w:t>
      </w:r>
    </w:p>
    <w:p w:rsidR="004621C3" w:rsidRPr="002C125D" w:rsidRDefault="00E32AE1" w:rsidP="006A2962">
      <w:pPr>
        <w:pStyle w:val="VNHNoIndent"/>
        <w:widowControl w:val="0"/>
        <w:spacing w:after="120" w:line="264" w:lineRule="auto"/>
        <w:ind w:firstLine="720"/>
        <w:rPr>
          <w:rFonts w:cs="Times New Roman"/>
          <w:spacing w:val="-2"/>
          <w:sz w:val="28"/>
          <w:szCs w:val="28"/>
        </w:rPr>
      </w:pPr>
      <w:r>
        <w:rPr>
          <w:rFonts w:cs="Times New Roman"/>
          <w:spacing w:val="-2"/>
          <w:sz w:val="28"/>
          <w:szCs w:val="28"/>
        </w:rPr>
        <w:t>-</w:t>
      </w:r>
      <w:r w:rsidR="004621C3" w:rsidRPr="002C125D">
        <w:rPr>
          <w:rFonts w:cs="Times New Roman"/>
          <w:spacing w:val="-2"/>
          <w:sz w:val="28"/>
          <w:szCs w:val="28"/>
        </w:rPr>
        <w:t xml:space="preserve"> </w:t>
      </w:r>
      <w:r w:rsidR="002C125D" w:rsidRPr="002C125D">
        <w:rPr>
          <w:rFonts w:cs="Times New Roman"/>
          <w:spacing w:val="-2"/>
          <w:sz w:val="28"/>
          <w:szCs w:val="28"/>
        </w:rPr>
        <w:t>D</w:t>
      </w:r>
      <w:r w:rsidR="004621C3" w:rsidRPr="002C125D">
        <w:rPr>
          <w:rFonts w:cs="Times New Roman"/>
          <w:spacing w:val="-2"/>
          <w:sz w:val="28"/>
          <w:szCs w:val="28"/>
        </w:rPr>
        <w:t>ự kiến mức thù lao theo mức lương cơ sở hiện hành:</w:t>
      </w:r>
    </w:p>
    <w:tbl>
      <w:tblPr>
        <w:tblStyle w:val="TableGrid"/>
        <w:tblW w:w="0" w:type="auto"/>
        <w:jc w:val="center"/>
        <w:tblLook w:val="04A0" w:firstRow="1" w:lastRow="0" w:firstColumn="1" w:lastColumn="0" w:noHBand="0" w:noVBand="1"/>
      </w:tblPr>
      <w:tblGrid>
        <w:gridCol w:w="2601"/>
        <w:gridCol w:w="2551"/>
        <w:gridCol w:w="3599"/>
      </w:tblGrid>
      <w:tr w:rsidR="002C125D" w:rsidRPr="002C125D" w:rsidTr="002C125D">
        <w:trPr>
          <w:jc w:val="center"/>
        </w:trPr>
        <w:tc>
          <w:tcPr>
            <w:tcW w:w="2601" w:type="dxa"/>
            <w:vAlign w:val="center"/>
          </w:tcPr>
          <w:p w:rsidR="004621C3" w:rsidRPr="002C125D" w:rsidRDefault="004621C3" w:rsidP="006A2962">
            <w:pPr>
              <w:widowControl w:val="0"/>
              <w:jc w:val="center"/>
              <w:rPr>
                <w:spacing w:val="-2"/>
                <w:szCs w:val="26"/>
              </w:rPr>
            </w:pPr>
            <w:r w:rsidRPr="002C125D">
              <w:rPr>
                <w:b/>
                <w:spacing w:val="-2"/>
                <w:szCs w:val="26"/>
              </w:rPr>
              <w:t>Nội dung</w:t>
            </w:r>
          </w:p>
        </w:tc>
        <w:tc>
          <w:tcPr>
            <w:tcW w:w="2551" w:type="dxa"/>
            <w:vAlign w:val="center"/>
          </w:tcPr>
          <w:p w:rsidR="004621C3" w:rsidRPr="002C125D" w:rsidRDefault="004621C3" w:rsidP="006A2962">
            <w:pPr>
              <w:widowControl w:val="0"/>
              <w:jc w:val="center"/>
              <w:rPr>
                <w:spacing w:val="-2"/>
                <w:szCs w:val="26"/>
              </w:rPr>
            </w:pPr>
            <w:r w:rsidRPr="002C125D">
              <w:rPr>
                <w:b/>
                <w:spacing w:val="-2"/>
                <w:szCs w:val="26"/>
              </w:rPr>
              <w:t>Công thức</w:t>
            </w:r>
          </w:p>
        </w:tc>
        <w:tc>
          <w:tcPr>
            <w:tcW w:w="3599" w:type="dxa"/>
            <w:vAlign w:val="center"/>
          </w:tcPr>
          <w:p w:rsidR="004621C3" w:rsidRPr="002C125D" w:rsidRDefault="004621C3" w:rsidP="006A2962">
            <w:pPr>
              <w:widowControl w:val="0"/>
              <w:jc w:val="center"/>
              <w:rPr>
                <w:spacing w:val="-2"/>
                <w:szCs w:val="26"/>
              </w:rPr>
            </w:pPr>
            <w:r w:rsidRPr="002C125D">
              <w:rPr>
                <w:b/>
                <w:spacing w:val="-2"/>
                <w:szCs w:val="26"/>
              </w:rPr>
              <w:t>Mức tiền ước tính</w:t>
            </w:r>
          </w:p>
        </w:tc>
      </w:tr>
      <w:tr w:rsidR="002C125D" w:rsidRPr="002C125D" w:rsidTr="002C125D">
        <w:trPr>
          <w:jc w:val="center"/>
        </w:trPr>
        <w:tc>
          <w:tcPr>
            <w:tcW w:w="2601" w:type="dxa"/>
            <w:vAlign w:val="center"/>
          </w:tcPr>
          <w:p w:rsidR="004621C3" w:rsidRPr="002C125D" w:rsidRDefault="004621C3" w:rsidP="006A2962">
            <w:pPr>
              <w:widowControl w:val="0"/>
              <w:jc w:val="both"/>
              <w:rPr>
                <w:spacing w:val="-2"/>
                <w:szCs w:val="26"/>
              </w:rPr>
            </w:pPr>
            <w:r w:rsidRPr="002C125D">
              <w:rPr>
                <w:spacing w:val="-2"/>
                <w:szCs w:val="26"/>
              </w:rPr>
              <w:t>Ngày công lao động trung bình</w:t>
            </w:r>
          </w:p>
        </w:tc>
        <w:tc>
          <w:tcPr>
            <w:tcW w:w="2551" w:type="dxa"/>
            <w:vAlign w:val="center"/>
          </w:tcPr>
          <w:p w:rsidR="004621C3" w:rsidRPr="002C125D" w:rsidRDefault="004621C3" w:rsidP="006A2962">
            <w:pPr>
              <w:widowControl w:val="0"/>
              <w:jc w:val="center"/>
              <w:rPr>
                <w:spacing w:val="-2"/>
                <w:szCs w:val="26"/>
              </w:rPr>
            </w:pPr>
            <w:r w:rsidRPr="002C125D">
              <w:rPr>
                <w:spacing w:val="-2"/>
                <w:szCs w:val="26"/>
              </w:rPr>
              <w:t>2.530.000/26</w:t>
            </w:r>
          </w:p>
        </w:tc>
        <w:tc>
          <w:tcPr>
            <w:tcW w:w="3599" w:type="dxa"/>
            <w:vAlign w:val="center"/>
          </w:tcPr>
          <w:p w:rsidR="004621C3" w:rsidRPr="002C125D" w:rsidRDefault="004621C3" w:rsidP="006A2962">
            <w:pPr>
              <w:widowControl w:val="0"/>
              <w:jc w:val="both"/>
              <w:rPr>
                <w:spacing w:val="-2"/>
                <w:szCs w:val="26"/>
              </w:rPr>
            </w:pPr>
            <w:r w:rsidRPr="002C125D">
              <w:rPr>
                <w:spacing w:val="-2"/>
                <w:szCs w:val="26"/>
              </w:rPr>
              <w:t>Khoảng 97.300 đồng/ngày</w:t>
            </w:r>
          </w:p>
        </w:tc>
      </w:tr>
      <w:tr w:rsidR="002C125D" w:rsidRPr="002C125D" w:rsidTr="002C125D">
        <w:trPr>
          <w:jc w:val="center"/>
        </w:trPr>
        <w:tc>
          <w:tcPr>
            <w:tcW w:w="2601" w:type="dxa"/>
            <w:vAlign w:val="center"/>
          </w:tcPr>
          <w:p w:rsidR="004621C3" w:rsidRPr="002C125D" w:rsidRDefault="004621C3" w:rsidP="006A2962">
            <w:pPr>
              <w:widowControl w:val="0"/>
              <w:rPr>
                <w:szCs w:val="26"/>
              </w:rPr>
            </w:pPr>
            <w:r w:rsidRPr="002C125D">
              <w:rPr>
                <w:szCs w:val="26"/>
              </w:rPr>
              <w:t>Ca ban ngày 08 giờ (Ca 1, Ca 2)</w:t>
            </w:r>
          </w:p>
        </w:tc>
        <w:tc>
          <w:tcPr>
            <w:tcW w:w="2551" w:type="dxa"/>
            <w:vAlign w:val="center"/>
          </w:tcPr>
          <w:p w:rsidR="004621C3" w:rsidRPr="002C125D" w:rsidRDefault="004621C3" w:rsidP="006A2962">
            <w:pPr>
              <w:widowControl w:val="0"/>
              <w:jc w:val="center"/>
              <w:rPr>
                <w:szCs w:val="26"/>
              </w:rPr>
            </w:pPr>
            <w:r w:rsidRPr="002C125D">
              <w:rPr>
                <w:szCs w:val="26"/>
              </w:rPr>
              <w:t>(2.530.000/26) x 1,5</w:t>
            </w:r>
          </w:p>
        </w:tc>
        <w:tc>
          <w:tcPr>
            <w:tcW w:w="3599" w:type="dxa"/>
            <w:vAlign w:val="center"/>
          </w:tcPr>
          <w:p w:rsidR="004621C3" w:rsidRPr="002C125D" w:rsidRDefault="004621C3" w:rsidP="006A2962">
            <w:pPr>
              <w:widowControl w:val="0"/>
              <w:rPr>
                <w:szCs w:val="26"/>
              </w:rPr>
            </w:pPr>
            <w:r w:rsidRPr="002C125D">
              <w:rPr>
                <w:szCs w:val="26"/>
              </w:rPr>
              <w:t>Khoảng 145.962 đồng/người/ca</w:t>
            </w:r>
          </w:p>
        </w:tc>
      </w:tr>
      <w:tr w:rsidR="002C125D" w:rsidRPr="002C125D" w:rsidTr="002C125D">
        <w:trPr>
          <w:jc w:val="center"/>
        </w:trPr>
        <w:tc>
          <w:tcPr>
            <w:tcW w:w="2601" w:type="dxa"/>
            <w:vAlign w:val="center"/>
          </w:tcPr>
          <w:p w:rsidR="004621C3" w:rsidRPr="002C125D" w:rsidRDefault="004621C3" w:rsidP="006A2962">
            <w:pPr>
              <w:widowControl w:val="0"/>
              <w:rPr>
                <w:szCs w:val="26"/>
              </w:rPr>
            </w:pPr>
            <w:r w:rsidRPr="002C125D">
              <w:rPr>
                <w:szCs w:val="26"/>
              </w:rPr>
              <w:t xml:space="preserve">Ca ban đêm 08 giờ </w:t>
            </w:r>
            <w:r w:rsidRPr="002C125D">
              <w:rPr>
                <w:szCs w:val="26"/>
              </w:rPr>
              <w:lastRenderedPageBreak/>
              <w:t>(Ca 3)</w:t>
            </w:r>
          </w:p>
        </w:tc>
        <w:tc>
          <w:tcPr>
            <w:tcW w:w="2551" w:type="dxa"/>
            <w:vAlign w:val="center"/>
          </w:tcPr>
          <w:p w:rsidR="004621C3" w:rsidRPr="002C125D" w:rsidRDefault="004621C3" w:rsidP="006A2962">
            <w:pPr>
              <w:widowControl w:val="0"/>
              <w:jc w:val="center"/>
              <w:rPr>
                <w:szCs w:val="26"/>
              </w:rPr>
            </w:pPr>
            <w:r w:rsidRPr="002C125D">
              <w:rPr>
                <w:szCs w:val="26"/>
              </w:rPr>
              <w:lastRenderedPageBreak/>
              <w:t>(2.530.000/26) x 2</w:t>
            </w:r>
          </w:p>
        </w:tc>
        <w:tc>
          <w:tcPr>
            <w:tcW w:w="3599" w:type="dxa"/>
            <w:vAlign w:val="center"/>
          </w:tcPr>
          <w:p w:rsidR="004621C3" w:rsidRPr="002C125D" w:rsidRDefault="004621C3" w:rsidP="006A2962">
            <w:pPr>
              <w:widowControl w:val="0"/>
              <w:rPr>
                <w:szCs w:val="26"/>
              </w:rPr>
            </w:pPr>
            <w:r w:rsidRPr="002C125D">
              <w:rPr>
                <w:szCs w:val="26"/>
              </w:rPr>
              <w:t>Khoảng 194.615 đồng/người/ca</w:t>
            </w:r>
          </w:p>
        </w:tc>
      </w:tr>
      <w:tr w:rsidR="002C125D" w:rsidRPr="002C125D" w:rsidTr="002C125D">
        <w:trPr>
          <w:jc w:val="center"/>
        </w:trPr>
        <w:tc>
          <w:tcPr>
            <w:tcW w:w="2601" w:type="dxa"/>
            <w:vAlign w:val="center"/>
          </w:tcPr>
          <w:p w:rsidR="004621C3" w:rsidRPr="002C125D" w:rsidRDefault="004621C3" w:rsidP="006A2962">
            <w:pPr>
              <w:widowControl w:val="0"/>
              <w:jc w:val="both"/>
              <w:rPr>
                <w:spacing w:val="-2"/>
                <w:szCs w:val="26"/>
              </w:rPr>
            </w:pPr>
            <w:r w:rsidRPr="002C125D">
              <w:rPr>
                <w:spacing w:val="-2"/>
                <w:szCs w:val="26"/>
              </w:rPr>
              <w:lastRenderedPageBreak/>
              <w:t>Thù lao quản lý đê nhân dân</w:t>
            </w:r>
          </w:p>
        </w:tc>
        <w:tc>
          <w:tcPr>
            <w:tcW w:w="2551" w:type="dxa"/>
            <w:vAlign w:val="center"/>
          </w:tcPr>
          <w:p w:rsidR="004621C3" w:rsidRPr="002C125D" w:rsidRDefault="004621C3" w:rsidP="006A2962">
            <w:pPr>
              <w:widowControl w:val="0"/>
              <w:jc w:val="center"/>
              <w:rPr>
                <w:spacing w:val="-2"/>
                <w:szCs w:val="26"/>
              </w:rPr>
            </w:pPr>
            <w:r w:rsidRPr="002C125D">
              <w:rPr>
                <w:spacing w:val="-2"/>
                <w:szCs w:val="26"/>
              </w:rPr>
              <w:t>01 mức lương cơ sở</w:t>
            </w:r>
          </w:p>
        </w:tc>
        <w:tc>
          <w:tcPr>
            <w:tcW w:w="3599" w:type="dxa"/>
            <w:vAlign w:val="center"/>
          </w:tcPr>
          <w:p w:rsidR="004621C3" w:rsidRPr="002C125D" w:rsidRDefault="004621C3" w:rsidP="006A2962">
            <w:pPr>
              <w:widowControl w:val="0"/>
              <w:jc w:val="both"/>
              <w:rPr>
                <w:spacing w:val="-2"/>
                <w:szCs w:val="26"/>
              </w:rPr>
            </w:pPr>
            <w:r w:rsidRPr="002C125D">
              <w:rPr>
                <w:spacing w:val="-2"/>
                <w:szCs w:val="26"/>
              </w:rPr>
              <w:t>2.530.000 đồng/người/tháng</w:t>
            </w:r>
          </w:p>
        </w:tc>
      </w:tr>
    </w:tbl>
    <w:p w:rsidR="004E4858" w:rsidRPr="00CC2D9D" w:rsidRDefault="009E435A" w:rsidP="006A2962">
      <w:pPr>
        <w:widowControl w:val="0"/>
        <w:ind w:firstLine="720"/>
        <w:rPr>
          <w:sz w:val="28"/>
          <w:szCs w:val="28"/>
        </w:rPr>
      </w:pPr>
      <w:r w:rsidRPr="00CC2D9D">
        <w:rPr>
          <w:sz w:val="28"/>
          <w:szCs w:val="28"/>
        </w:rPr>
        <w:t xml:space="preserve">- </w:t>
      </w:r>
      <w:r w:rsidR="002C125D">
        <w:rPr>
          <w:sz w:val="28"/>
          <w:szCs w:val="28"/>
        </w:rPr>
        <w:t>D</w:t>
      </w:r>
      <w:r w:rsidR="004621C3">
        <w:rPr>
          <w:sz w:val="28"/>
          <w:szCs w:val="28"/>
        </w:rPr>
        <w:t>ự kiến s</w:t>
      </w:r>
      <w:r w:rsidRPr="00CC2D9D">
        <w:rPr>
          <w:sz w:val="28"/>
          <w:szCs w:val="28"/>
        </w:rPr>
        <w:t>ố đội tuần tra</w:t>
      </w:r>
      <w:r w:rsidR="004621C3">
        <w:rPr>
          <w:sz w:val="28"/>
          <w:szCs w:val="28"/>
        </w:rPr>
        <w:t>, canh gác</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1701"/>
        <w:gridCol w:w="4109"/>
      </w:tblGrid>
      <w:tr w:rsidR="00CC2D9D" w:rsidRPr="00CC2D9D" w:rsidTr="00D551DC">
        <w:trPr>
          <w:trHeight w:val="256"/>
          <w:jc w:val="center"/>
        </w:trPr>
        <w:tc>
          <w:tcPr>
            <w:tcW w:w="2977" w:type="dxa"/>
            <w:vAlign w:val="center"/>
          </w:tcPr>
          <w:p w:rsidR="00F26A5C" w:rsidRPr="00CC2D9D" w:rsidRDefault="00F26A5C" w:rsidP="006A2962">
            <w:pPr>
              <w:widowControl w:val="0"/>
              <w:spacing w:after="0" w:line="240" w:lineRule="auto"/>
              <w:jc w:val="center"/>
              <w:rPr>
                <w:szCs w:val="26"/>
              </w:rPr>
            </w:pPr>
            <w:r w:rsidRPr="00CC2D9D">
              <w:rPr>
                <w:b/>
                <w:szCs w:val="26"/>
              </w:rPr>
              <w:t>Khoản mục</w:t>
            </w:r>
          </w:p>
        </w:tc>
        <w:tc>
          <w:tcPr>
            <w:tcW w:w="1701" w:type="dxa"/>
            <w:vAlign w:val="center"/>
          </w:tcPr>
          <w:p w:rsidR="00F26A5C" w:rsidRPr="00CC2D9D" w:rsidRDefault="00F26A5C" w:rsidP="006A2962">
            <w:pPr>
              <w:widowControl w:val="0"/>
              <w:spacing w:after="0" w:line="240" w:lineRule="auto"/>
              <w:jc w:val="center"/>
              <w:rPr>
                <w:szCs w:val="26"/>
              </w:rPr>
            </w:pPr>
            <w:r w:rsidRPr="00CC2D9D">
              <w:rPr>
                <w:b/>
                <w:szCs w:val="26"/>
              </w:rPr>
              <w:t>Kết quả</w:t>
            </w:r>
          </w:p>
        </w:tc>
        <w:tc>
          <w:tcPr>
            <w:tcW w:w="4109" w:type="dxa"/>
            <w:vAlign w:val="center"/>
          </w:tcPr>
          <w:p w:rsidR="00F26A5C" w:rsidRPr="00CC2D9D" w:rsidRDefault="00F26A5C" w:rsidP="006A2962">
            <w:pPr>
              <w:widowControl w:val="0"/>
              <w:spacing w:after="0" w:line="240" w:lineRule="auto"/>
              <w:jc w:val="center"/>
              <w:rPr>
                <w:szCs w:val="26"/>
              </w:rPr>
            </w:pPr>
            <w:r w:rsidRPr="00CC2D9D">
              <w:rPr>
                <w:b/>
                <w:szCs w:val="26"/>
              </w:rPr>
              <w:t>Ghi chú</w:t>
            </w:r>
          </w:p>
        </w:tc>
      </w:tr>
      <w:tr w:rsidR="00CC2D9D" w:rsidRPr="00CC2D9D" w:rsidTr="00D551DC">
        <w:trPr>
          <w:trHeight w:val="501"/>
          <w:jc w:val="center"/>
        </w:trPr>
        <w:tc>
          <w:tcPr>
            <w:tcW w:w="2977" w:type="dxa"/>
            <w:vAlign w:val="center"/>
          </w:tcPr>
          <w:p w:rsidR="001264EB" w:rsidRPr="00CC2D9D" w:rsidRDefault="00070DB4" w:rsidP="006A2962">
            <w:pPr>
              <w:widowControl w:val="0"/>
              <w:spacing w:after="0" w:line="240" w:lineRule="auto"/>
              <w:rPr>
                <w:szCs w:val="26"/>
              </w:rPr>
            </w:pPr>
            <w:r w:rsidRPr="00CC2D9D">
              <w:rPr>
                <w:szCs w:val="26"/>
              </w:rPr>
              <w:t>Chiều dài hệ thống đê sông</w:t>
            </w:r>
          </w:p>
        </w:tc>
        <w:tc>
          <w:tcPr>
            <w:tcW w:w="1701" w:type="dxa"/>
            <w:vAlign w:val="center"/>
          </w:tcPr>
          <w:p w:rsidR="001264EB" w:rsidRPr="00CC2D9D" w:rsidRDefault="001264EB" w:rsidP="006A2962">
            <w:pPr>
              <w:widowControl w:val="0"/>
              <w:spacing w:after="0" w:line="240" w:lineRule="auto"/>
              <w:jc w:val="center"/>
              <w:rPr>
                <w:szCs w:val="26"/>
              </w:rPr>
            </w:pPr>
            <w:r w:rsidRPr="00CC2D9D">
              <w:rPr>
                <w:szCs w:val="26"/>
              </w:rPr>
              <w:t>604,15 km</w:t>
            </w:r>
          </w:p>
        </w:tc>
        <w:tc>
          <w:tcPr>
            <w:tcW w:w="4109" w:type="dxa"/>
            <w:vAlign w:val="center"/>
          </w:tcPr>
          <w:p w:rsidR="001264EB" w:rsidRPr="00CC2D9D" w:rsidRDefault="001264EB" w:rsidP="006A2962">
            <w:pPr>
              <w:widowControl w:val="0"/>
              <w:spacing w:after="0" w:line="240" w:lineRule="auto"/>
              <w:jc w:val="both"/>
              <w:rPr>
                <w:szCs w:val="26"/>
              </w:rPr>
            </w:pPr>
            <w:r w:rsidRPr="00CC2D9D">
              <w:rPr>
                <w:szCs w:val="26"/>
              </w:rPr>
              <w:t>Theo Văn bản số 1295-CV/ĐU ngày 17/6/2026 của Đảng ủy UBND TP</w:t>
            </w:r>
          </w:p>
        </w:tc>
      </w:tr>
      <w:tr w:rsidR="00CC2D9D" w:rsidRPr="00CC2D9D" w:rsidTr="00D551DC">
        <w:trPr>
          <w:jc w:val="center"/>
        </w:trPr>
        <w:tc>
          <w:tcPr>
            <w:tcW w:w="2977" w:type="dxa"/>
            <w:vAlign w:val="center"/>
          </w:tcPr>
          <w:p w:rsidR="001264EB" w:rsidRPr="00CC2D9D" w:rsidRDefault="001264EB" w:rsidP="006A2962">
            <w:pPr>
              <w:widowControl w:val="0"/>
              <w:spacing w:after="0" w:line="240" w:lineRule="auto"/>
              <w:rPr>
                <w:szCs w:val="26"/>
              </w:rPr>
            </w:pPr>
            <w:r w:rsidRPr="00CC2D9D">
              <w:rPr>
                <w:szCs w:val="26"/>
              </w:rPr>
              <w:t>Bình quân chiều dài/đội</w:t>
            </w:r>
          </w:p>
        </w:tc>
        <w:tc>
          <w:tcPr>
            <w:tcW w:w="1701" w:type="dxa"/>
            <w:vAlign w:val="center"/>
          </w:tcPr>
          <w:p w:rsidR="001264EB" w:rsidRPr="00CC2D9D" w:rsidRDefault="001264EB" w:rsidP="006A2962">
            <w:pPr>
              <w:widowControl w:val="0"/>
              <w:spacing w:after="0" w:line="240" w:lineRule="auto"/>
              <w:jc w:val="center"/>
              <w:rPr>
                <w:szCs w:val="26"/>
              </w:rPr>
            </w:pPr>
            <w:r w:rsidRPr="00CC2D9D">
              <w:rPr>
                <w:szCs w:val="26"/>
              </w:rPr>
              <w:t>1,5 km/đội</w:t>
            </w:r>
          </w:p>
        </w:tc>
        <w:tc>
          <w:tcPr>
            <w:tcW w:w="4109" w:type="dxa"/>
            <w:vAlign w:val="center"/>
          </w:tcPr>
          <w:p w:rsidR="001264EB" w:rsidRPr="00CC2D9D" w:rsidRDefault="001264EB" w:rsidP="006A2962">
            <w:pPr>
              <w:widowControl w:val="0"/>
              <w:spacing w:after="0" w:line="240" w:lineRule="auto"/>
              <w:jc w:val="both"/>
              <w:rPr>
                <w:szCs w:val="26"/>
              </w:rPr>
            </w:pPr>
            <w:r w:rsidRPr="00CC2D9D">
              <w:rPr>
                <w:szCs w:val="26"/>
              </w:rPr>
              <w:t>Theo quy định tại khoản 2 Điều 2 Thông tư số 01/2009/TT-BNN</w:t>
            </w:r>
          </w:p>
        </w:tc>
      </w:tr>
      <w:tr w:rsidR="00CC2D9D" w:rsidRPr="00CC2D9D" w:rsidTr="00D551DC">
        <w:trPr>
          <w:jc w:val="center"/>
        </w:trPr>
        <w:tc>
          <w:tcPr>
            <w:tcW w:w="2977" w:type="dxa"/>
            <w:vAlign w:val="center"/>
          </w:tcPr>
          <w:p w:rsidR="001264EB" w:rsidRPr="00CC2D9D" w:rsidRDefault="001264EB" w:rsidP="006A2962">
            <w:pPr>
              <w:widowControl w:val="0"/>
              <w:spacing w:after="0" w:line="240" w:lineRule="auto"/>
              <w:rPr>
                <w:szCs w:val="26"/>
              </w:rPr>
            </w:pPr>
            <w:r w:rsidRPr="00CC2D9D">
              <w:rPr>
                <w:szCs w:val="26"/>
              </w:rPr>
              <w:t>Số đội tuần tra dự kiến</w:t>
            </w:r>
          </w:p>
        </w:tc>
        <w:tc>
          <w:tcPr>
            <w:tcW w:w="1701" w:type="dxa"/>
            <w:vAlign w:val="center"/>
          </w:tcPr>
          <w:p w:rsidR="001264EB" w:rsidRPr="00CC2D9D" w:rsidRDefault="001264EB" w:rsidP="006A2962">
            <w:pPr>
              <w:widowControl w:val="0"/>
              <w:spacing w:after="0" w:line="240" w:lineRule="auto"/>
              <w:jc w:val="center"/>
              <w:rPr>
                <w:szCs w:val="26"/>
              </w:rPr>
            </w:pPr>
            <w:r w:rsidRPr="00CC2D9D">
              <w:rPr>
                <w:szCs w:val="26"/>
              </w:rPr>
              <w:t>403 đội</w:t>
            </w:r>
          </w:p>
        </w:tc>
        <w:tc>
          <w:tcPr>
            <w:tcW w:w="4109" w:type="dxa"/>
            <w:vAlign w:val="center"/>
          </w:tcPr>
          <w:p w:rsidR="001264EB" w:rsidRPr="00CC2D9D" w:rsidRDefault="001264EB" w:rsidP="006A2962">
            <w:pPr>
              <w:widowControl w:val="0"/>
              <w:spacing w:after="0" w:line="240" w:lineRule="auto"/>
              <w:jc w:val="both"/>
              <w:rPr>
                <w:szCs w:val="26"/>
              </w:rPr>
            </w:pPr>
            <w:r w:rsidRPr="00CC2D9D">
              <w:rPr>
                <w:szCs w:val="26"/>
              </w:rPr>
              <w:t>604,15 /1,5 = 402,76</w:t>
            </w:r>
          </w:p>
          <w:p w:rsidR="001264EB" w:rsidRPr="00CC2D9D" w:rsidRDefault="001264EB" w:rsidP="006A2962">
            <w:pPr>
              <w:widowControl w:val="0"/>
              <w:spacing w:after="0" w:line="240" w:lineRule="auto"/>
              <w:jc w:val="both"/>
              <w:rPr>
                <w:szCs w:val="26"/>
              </w:rPr>
            </w:pPr>
            <w:r w:rsidRPr="00CC2D9D">
              <w:rPr>
                <w:szCs w:val="26"/>
              </w:rPr>
              <w:t>(làm tròn 403)</w:t>
            </w:r>
          </w:p>
        </w:tc>
      </w:tr>
    </w:tbl>
    <w:p w:rsidR="00BC1010" w:rsidRPr="002C125D" w:rsidRDefault="00BC1010" w:rsidP="006A2962">
      <w:pPr>
        <w:pStyle w:val="VNHJustify"/>
        <w:widowControl w:val="0"/>
        <w:spacing w:before="120" w:after="120" w:line="264" w:lineRule="auto"/>
        <w:ind w:firstLine="720"/>
        <w:rPr>
          <w:sz w:val="28"/>
          <w:szCs w:val="28"/>
        </w:rPr>
      </w:pPr>
      <w:r w:rsidRPr="004621C3">
        <w:rPr>
          <w:sz w:val="28"/>
          <w:szCs w:val="28"/>
        </w:rPr>
        <w:t xml:space="preserve">- </w:t>
      </w:r>
      <w:r w:rsidR="002C125D">
        <w:rPr>
          <w:sz w:val="28"/>
          <w:szCs w:val="28"/>
        </w:rPr>
        <w:t>Dự kiến k</w:t>
      </w:r>
      <w:r w:rsidRPr="004621C3">
        <w:rPr>
          <w:sz w:val="28"/>
          <w:szCs w:val="28"/>
        </w:rPr>
        <w:t xml:space="preserve">inh phí theo cấp báo động lũ: </w:t>
      </w: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1"/>
        <w:gridCol w:w="2268"/>
        <w:gridCol w:w="2675"/>
        <w:gridCol w:w="2410"/>
      </w:tblGrid>
      <w:tr w:rsidR="00CC2D9D" w:rsidRPr="00CC2D9D" w:rsidTr="006A2962">
        <w:trPr>
          <w:jc w:val="center"/>
        </w:trPr>
        <w:tc>
          <w:tcPr>
            <w:tcW w:w="1701" w:type="dxa"/>
            <w:vAlign w:val="center"/>
          </w:tcPr>
          <w:p w:rsidR="00F26A5C" w:rsidRPr="00CC2D9D" w:rsidRDefault="00F26A5C" w:rsidP="006A2962">
            <w:pPr>
              <w:widowControl w:val="0"/>
              <w:spacing w:after="0" w:line="240" w:lineRule="auto"/>
              <w:jc w:val="center"/>
              <w:rPr>
                <w:szCs w:val="26"/>
              </w:rPr>
            </w:pPr>
            <w:r w:rsidRPr="00CC2D9D">
              <w:rPr>
                <w:b/>
                <w:szCs w:val="26"/>
              </w:rPr>
              <w:t>Cấp báo động lũ</w:t>
            </w:r>
          </w:p>
        </w:tc>
        <w:tc>
          <w:tcPr>
            <w:tcW w:w="2268" w:type="dxa"/>
            <w:vAlign w:val="center"/>
          </w:tcPr>
          <w:p w:rsidR="00F26A5C" w:rsidRDefault="00F26A5C" w:rsidP="006A2962">
            <w:pPr>
              <w:widowControl w:val="0"/>
              <w:spacing w:after="0" w:line="240" w:lineRule="auto"/>
              <w:jc w:val="center"/>
              <w:rPr>
                <w:b/>
                <w:szCs w:val="26"/>
              </w:rPr>
            </w:pPr>
            <w:r w:rsidRPr="00CC2D9D">
              <w:rPr>
                <w:b/>
                <w:szCs w:val="26"/>
              </w:rPr>
              <w:t>Số người/đội/ngày</w:t>
            </w:r>
          </w:p>
          <w:p w:rsidR="00D551DC" w:rsidRPr="00D551DC" w:rsidRDefault="00D551DC" w:rsidP="006A2962">
            <w:pPr>
              <w:widowControl w:val="0"/>
              <w:spacing w:after="0" w:line="240" w:lineRule="auto"/>
              <w:jc w:val="center"/>
              <w:rPr>
                <w:szCs w:val="26"/>
              </w:rPr>
            </w:pPr>
            <w:r w:rsidRPr="00D551DC">
              <w:rPr>
                <w:szCs w:val="26"/>
              </w:rPr>
              <w:t>(Điều 8 Thông tư số 01/2009)</w:t>
            </w:r>
          </w:p>
        </w:tc>
        <w:tc>
          <w:tcPr>
            <w:tcW w:w="2675" w:type="dxa"/>
            <w:vAlign w:val="center"/>
          </w:tcPr>
          <w:p w:rsidR="00F26A5C" w:rsidRPr="00CC2D9D" w:rsidRDefault="00F26A5C" w:rsidP="006A2962">
            <w:pPr>
              <w:widowControl w:val="0"/>
              <w:spacing w:after="0" w:line="240" w:lineRule="auto"/>
              <w:jc w:val="center"/>
              <w:rPr>
                <w:szCs w:val="26"/>
              </w:rPr>
            </w:pPr>
            <w:r w:rsidRPr="00CC2D9D">
              <w:rPr>
                <w:b/>
                <w:szCs w:val="26"/>
              </w:rPr>
              <w:t>Kinh phí 01 đội/ngày</w:t>
            </w:r>
          </w:p>
        </w:tc>
        <w:tc>
          <w:tcPr>
            <w:tcW w:w="2410" w:type="dxa"/>
            <w:vAlign w:val="center"/>
          </w:tcPr>
          <w:p w:rsidR="00F26A5C" w:rsidRPr="00CC2D9D" w:rsidRDefault="00F26A5C" w:rsidP="006A2962">
            <w:pPr>
              <w:widowControl w:val="0"/>
              <w:spacing w:after="0" w:line="240" w:lineRule="auto"/>
              <w:jc w:val="center"/>
              <w:rPr>
                <w:szCs w:val="26"/>
              </w:rPr>
            </w:pPr>
            <w:r w:rsidRPr="00CC2D9D">
              <w:rPr>
                <w:b/>
                <w:szCs w:val="26"/>
              </w:rPr>
              <w:t xml:space="preserve">Kinh phí </w:t>
            </w:r>
            <w:r w:rsidR="00B43CA0">
              <w:rPr>
                <w:b/>
                <w:szCs w:val="26"/>
              </w:rPr>
              <w:t>403</w:t>
            </w:r>
            <w:r w:rsidRPr="00CC2D9D">
              <w:rPr>
                <w:b/>
                <w:szCs w:val="26"/>
              </w:rPr>
              <w:t xml:space="preserve"> đội/ngày</w:t>
            </w:r>
          </w:p>
        </w:tc>
      </w:tr>
      <w:tr w:rsidR="00CC2D9D" w:rsidRPr="00CC2D9D" w:rsidTr="006A2962">
        <w:trPr>
          <w:jc w:val="center"/>
        </w:trPr>
        <w:tc>
          <w:tcPr>
            <w:tcW w:w="1701" w:type="dxa"/>
            <w:vAlign w:val="center"/>
          </w:tcPr>
          <w:p w:rsidR="00BC1010" w:rsidRPr="00CC2D9D" w:rsidRDefault="00BC1010" w:rsidP="006A2962">
            <w:pPr>
              <w:widowControl w:val="0"/>
              <w:spacing w:after="0" w:line="240" w:lineRule="auto"/>
              <w:rPr>
                <w:szCs w:val="26"/>
              </w:rPr>
            </w:pPr>
            <w:r w:rsidRPr="00CC2D9D">
              <w:rPr>
                <w:szCs w:val="26"/>
              </w:rPr>
              <w:t>Báo động</w:t>
            </w:r>
            <w:r w:rsidR="00D551DC">
              <w:rPr>
                <w:szCs w:val="26"/>
              </w:rPr>
              <w:t xml:space="preserve"> ở</w:t>
            </w:r>
            <w:r w:rsidRPr="00CC2D9D">
              <w:rPr>
                <w:szCs w:val="26"/>
              </w:rPr>
              <w:t xml:space="preserve"> lũ cấp I</w:t>
            </w:r>
          </w:p>
        </w:tc>
        <w:tc>
          <w:tcPr>
            <w:tcW w:w="2268" w:type="dxa"/>
            <w:vAlign w:val="center"/>
          </w:tcPr>
          <w:p w:rsidR="00D551DC" w:rsidRDefault="006735FE" w:rsidP="006A2962">
            <w:pPr>
              <w:widowControl w:val="0"/>
              <w:spacing w:after="0" w:line="240" w:lineRule="auto"/>
              <w:jc w:val="center"/>
            </w:pPr>
            <w:r>
              <w:t xml:space="preserve">Ca </w:t>
            </w:r>
            <w:r w:rsidR="006A2962">
              <w:t>1: 2 người</w:t>
            </w:r>
          </w:p>
          <w:p w:rsidR="006A2962" w:rsidRDefault="006A2962" w:rsidP="006A2962">
            <w:pPr>
              <w:widowControl w:val="0"/>
              <w:spacing w:after="0" w:line="240" w:lineRule="auto"/>
              <w:jc w:val="center"/>
            </w:pPr>
            <w:r>
              <w:t>Ca 2: 2 người</w:t>
            </w:r>
          </w:p>
          <w:p w:rsidR="00101BB4" w:rsidRDefault="006735FE" w:rsidP="006A2962">
            <w:pPr>
              <w:widowControl w:val="0"/>
              <w:spacing w:after="0" w:line="240" w:lineRule="auto"/>
              <w:jc w:val="center"/>
            </w:pPr>
            <w:r>
              <w:t>Ca 3: 4 người</w:t>
            </w:r>
          </w:p>
        </w:tc>
        <w:tc>
          <w:tcPr>
            <w:tcW w:w="2675" w:type="dxa"/>
            <w:vAlign w:val="center"/>
          </w:tcPr>
          <w:p w:rsidR="00D551DC" w:rsidRDefault="006735FE" w:rsidP="006A2962">
            <w:pPr>
              <w:widowControl w:val="0"/>
              <w:spacing w:after="0" w:line="240" w:lineRule="auto"/>
              <w:jc w:val="center"/>
            </w:pPr>
            <w:r>
              <w:t>1.362.308 đồng</w:t>
            </w:r>
          </w:p>
          <w:p w:rsidR="00101BB4" w:rsidRPr="002C125D" w:rsidRDefault="006735FE" w:rsidP="006A2962">
            <w:pPr>
              <w:widowControl w:val="0"/>
              <w:spacing w:after="0" w:line="240" w:lineRule="auto"/>
              <w:jc w:val="center"/>
              <w:rPr>
                <w:i/>
              </w:rPr>
            </w:pPr>
            <w:r w:rsidRPr="002C125D">
              <w:rPr>
                <w:i/>
              </w:rPr>
              <w:t>(</w:t>
            </w:r>
            <w:r w:rsidR="00D551DC" w:rsidRPr="002C125D">
              <w:rPr>
                <w:i/>
              </w:rPr>
              <w:t xml:space="preserve">= </w:t>
            </w:r>
            <w:r w:rsidRPr="002C125D">
              <w:rPr>
                <w:i/>
              </w:rPr>
              <w:t>2 x 2 x 145.962 + 4 x 194.615)</w:t>
            </w:r>
          </w:p>
        </w:tc>
        <w:tc>
          <w:tcPr>
            <w:tcW w:w="2410" w:type="dxa"/>
            <w:vAlign w:val="center"/>
          </w:tcPr>
          <w:p w:rsidR="002C125D" w:rsidRDefault="006735FE" w:rsidP="006A2962">
            <w:pPr>
              <w:widowControl w:val="0"/>
              <w:spacing w:after="0" w:line="240" w:lineRule="auto"/>
              <w:jc w:val="center"/>
            </w:pPr>
            <w:r>
              <w:t>549.010.000 đồng</w:t>
            </w:r>
          </w:p>
          <w:p w:rsidR="00101BB4" w:rsidRPr="002C125D" w:rsidRDefault="006735FE" w:rsidP="006A2962">
            <w:pPr>
              <w:widowControl w:val="0"/>
              <w:spacing w:after="0" w:line="240" w:lineRule="auto"/>
              <w:jc w:val="center"/>
              <w:rPr>
                <w:i/>
              </w:rPr>
            </w:pPr>
            <w:r w:rsidRPr="002C125D">
              <w:rPr>
                <w:i/>
              </w:rPr>
              <w:t>(</w:t>
            </w:r>
            <w:r w:rsidR="002C125D" w:rsidRPr="002C125D">
              <w:rPr>
                <w:i/>
              </w:rPr>
              <w:t xml:space="preserve">= </w:t>
            </w:r>
            <w:r w:rsidRPr="002C125D">
              <w:rPr>
                <w:i/>
              </w:rPr>
              <w:t>1.362.308 x 403)</w:t>
            </w:r>
          </w:p>
        </w:tc>
      </w:tr>
      <w:tr w:rsidR="00CC2D9D" w:rsidRPr="00CC2D9D" w:rsidTr="006A2962">
        <w:trPr>
          <w:jc w:val="center"/>
        </w:trPr>
        <w:tc>
          <w:tcPr>
            <w:tcW w:w="1701" w:type="dxa"/>
            <w:vAlign w:val="center"/>
          </w:tcPr>
          <w:p w:rsidR="00BC1010" w:rsidRPr="00CC2D9D" w:rsidRDefault="00BC1010" w:rsidP="006A2962">
            <w:pPr>
              <w:widowControl w:val="0"/>
              <w:spacing w:after="0" w:line="240" w:lineRule="auto"/>
              <w:rPr>
                <w:szCs w:val="26"/>
              </w:rPr>
            </w:pPr>
            <w:r w:rsidRPr="00CC2D9D">
              <w:rPr>
                <w:szCs w:val="26"/>
              </w:rPr>
              <w:t>Báo động</w:t>
            </w:r>
            <w:r w:rsidR="00D551DC">
              <w:rPr>
                <w:szCs w:val="26"/>
              </w:rPr>
              <w:t xml:space="preserve"> ở</w:t>
            </w:r>
            <w:r w:rsidRPr="00CC2D9D">
              <w:rPr>
                <w:szCs w:val="26"/>
              </w:rPr>
              <w:t xml:space="preserve"> lũ cấp II</w:t>
            </w:r>
          </w:p>
        </w:tc>
        <w:tc>
          <w:tcPr>
            <w:tcW w:w="2268" w:type="dxa"/>
            <w:vAlign w:val="center"/>
          </w:tcPr>
          <w:p w:rsidR="00D551DC" w:rsidRDefault="006A2962" w:rsidP="006A2962">
            <w:pPr>
              <w:widowControl w:val="0"/>
              <w:spacing w:after="0" w:line="240" w:lineRule="auto"/>
              <w:jc w:val="center"/>
            </w:pPr>
            <w:r>
              <w:t>Ca 1: 4 người</w:t>
            </w:r>
          </w:p>
          <w:p w:rsidR="00D551DC" w:rsidRDefault="006A2962" w:rsidP="006A2962">
            <w:pPr>
              <w:widowControl w:val="0"/>
              <w:spacing w:after="0" w:line="240" w:lineRule="auto"/>
              <w:jc w:val="center"/>
            </w:pPr>
            <w:r>
              <w:t>Ca 2: 4 người</w:t>
            </w:r>
          </w:p>
          <w:p w:rsidR="00101BB4" w:rsidRDefault="006735FE" w:rsidP="006A2962">
            <w:pPr>
              <w:widowControl w:val="0"/>
              <w:spacing w:after="0" w:line="240" w:lineRule="auto"/>
              <w:jc w:val="center"/>
            </w:pPr>
            <w:r>
              <w:t>Ca 3: 6 người</w:t>
            </w:r>
          </w:p>
        </w:tc>
        <w:tc>
          <w:tcPr>
            <w:tcW w:w="2675" w:type="dxa"/>
            <w:vAlign w:val="center"/>
          </w:tcPr>
          <w:p w:rsidR="00D551DC" w:rsidRDefault="006735FE" w:rsidP="006A2962">
            <w:pPr>
              <w:widowControl w:val="0"/>
              <w:spacing w:after="0" w:line="240" w:lineRule="auto"/>
              <w:jc w:val="center"/>
            </w:pPr>
            <w:r>
              <w:t>2.335.385 đồng</w:t>
            </w:r>
          </w:p>
          <w:p w:rsidR="00101BB4" w:rsidRPr="002C125D" w:rsidRDefault="006735FE" w:rsidP="006A2962">
            <w:pPr>
              <w:widowControl w:val="0"/>
              <w:spacing w:after="0" w:line="240" w:lineRule="auto"/>
              <w:jc w:val="center"/>
              <w:rPr>
                <w:i/>
              </w:rPr>
            </w:pPr>
            <w:r w:rsidRPr="002C125D">
              <w:rPr>
                <w:i/>
              </w:rPr>
              <w:t>(</w:t>
            </w:r>
            <w:r w:rsidR="002C125D" w:rsidRPr="002C125D">
              <w:rPr>
                <w:i/>
              </w:rPr>
              <w:t xml:space="preserve">= </w:t>
            </w:r>
            <w:r w:rsidRPr="002C125D">
              <w:rPr>
                <w:i/>
              </w:rPr>
              <w:t>2 x 4 x 145.962 + 6 x 194.615)</w:t>
            </w:r>
          </w:p>
        </w:tc>
        <w:tc>
          <w:tcPr>
            <w:tcW w:w="2410" w:type="dxa"/>
            <w:vAlign w:val="center"/>
          </w:tcPr>
          <w:p w:rsidR="002C125D" w:rsidRDefault="006735FE" w:rsidP="006A2962">
            <w:pPr>
              <w:widowControl w:val="0"/>
              <w:spacing w:after="0" w:line="240" w:lineRule="auto"/>
              <w:jc w:val="center"/>
            </w:pPr>
            <w:r>
              <w:t>941.160.000 đồng</w:t>
            </w:r>
          </w:p>
          <w:p w:rsidR="00101BB4" w:rsidRPr="002C125D" w:rsidRDefault="006735FE" w:rsidP="006A2962">
            <w:pPr>
              <w:widowControl w:val="0"/>
              <w:spacing w:after="0" w:line="240" w:lineRule="auto"/>
              <w:jc w:val="center"/>
              <w:rPr>
                <w:i/>
              </w:rPr>
            </w:pPr>
            <w:r w:rsidRPr="002C125D">
              <w:rPr>
                <w:i/>
              </w:rPr>
              <w:t>(</w:t>
            </w:r>
            <w:r w:rsidR="002C125D" w:rsidRPr="002C125D">
              <w:rPr>
                <w:i/>
              </w:rPr>
              <w:t xml:space="preserve">= </w:t>
            </w:r>
            <w:r w:rsidRPr="002C125D">
              <w:rPr>
                <w:i/>
              </w:rPr>
              <w:t>2.335.385 x 403)</w:t>
            </w:r>
          </w:p>
        </w:tc>
      </w:tr>
      <w:tr w:rsidR="00CC2D9D" w:rsidRPr="00CC2D9D" w:rsidTr="006A2962">
        <w:trPr>
          <w:jc w:val="center"/>
        </w:trPr>
        <w:tc>
          <w:tcPr>
            <w:tcW w:w="1701" w:type="dxa"/>
            <w:vAlign w:val="center"/>
          </w:tcPr>
          <w:p w:rsidR="00BC1010" w:rsidRPr="00CC2D9D" w:rsidRDefault="00BC1010" w:rsidP="006A2962">
            <w:pPr>
              <w:widowControl w:val="0"/>
              <w:spacing w:after="0" w:line="240" w:lineRule="auto"/>
              <w:rPr>
                <w:szCs w:val="26"/>
              </w:rPr>
            </w:pPr>
            <w:r w:rsidRPr="00CC2D9D">
              <w:rPr>
                <w:szCs w:val="26"/>
              </w:rPr>
              <w:t>Báo động</w:t>
            </w:r>
            <w:r w:rsidR="00D551DC">
              <w:rPr>
                <w:szCs w:val="26"/>
              </w:rPr>
              <w:t xml:space="preserve"> ở</w:t>
            </w:r>
            <w:r w:rsidRPr="00CC2D9D">
              <w:rPr>
                <w:szCs w:val="26"/>
              </w:rPr>
              <w:t xml:space="preserve"> lũ cấp III trở lên hoặc cấp II có bão khẩn cấp</w:t>
            </w:r>
          </w:p>
        </w:tc>
        <w:tc>
          <w:tcPr>
            <w:tcW w:w="2268" w:type="dxa"/>
            <w:vAlign w:val="center"/>
          </w:tcPr>
          <w:p w:rsidR="00D551DC" w:rsidRDefault="006A2962" w:rsidP="006A2962">
            <w:pPr>
              <w:widowControl w:val="0"/>
              <w:spacing w:after="0" w:line="240" w:lineRule="auto"/>
              <w:jc w:val="center"/>
            </w:pPr>
            <w:r>
              <w:t>Ca 1: 6 người</w:t>
            </w:r>
          </w:p>
          <w:p w:rsidR="00D551DC" w:rsidRDefault="006A2962" w:rsidP="006A2962">
            <w:pPr>
              <w:widowControl w:val="0"/>
              <w:spacing w:after="0" w:line="240" w:lineRule="auto"/>
              <w:jc w:val="center"/>
            </w:pPr>
            <w:r>
              <w:t>Ca 2: 6 người</w:t>
            </w:r>
          </w:p>
          <w:p w:rsidR="00101BB4" w:rsidRDefault="006735FE" w:rsidP="006A2962">
            <w:pPr>
              <w:widowControl w:val="0"/>
              <w:spacing w:after="0" w:line="240" w:lineRule="auto"/>
              <w:jc w:val="center"/>
            </w:pPr>
            <w:r>
              <w:t>Ca 3: 12 người</w:t>
            </w:r>
          </w:p>
        </w:tc>
        <w:tc>
          <w:tcPr>
            <w:tcW w:w="2675" w:type="dxa"/>
            <w:vAlign w:val="center"/>
          </w:tcPr>
          <w:p w:rsidR="002C125D" w:rsidRDefault="006735FE" w:rsidP="006A2962">
            <w:pPr>
              <w:widowControl w:val="0"/>
              <w:spacing w:after="0" w:line="240" w:lineRule="auto"/>
              <w:jc w:val="center"/>
            </w:pPr>
            <w:r>
              <w:t xml:space="preserve">4.086.923 đồng </w:t>
            </w:r>
          </w:p>
          <w:p w:rsidR="00101BB4" w:rsidRPr="002C125D" w:rsidRDefault="006735FE" w:rsidP="006A2962">
            <w:pPr>
              <w:widowControl w:val="0"/>
              <w:spacing w:after="0" w:line="240" w:lineRule="auto"/>
              <w:jc w:val="center"/>
              <w:rPr>
                <w:i/>
              </w:rPr>
            </w:pPr>
            <w:r w:rsidRPr="002C125D">
              <w:rPr>
                <w:i/>
              </w:rPr>
              <w:t>(</w:t>
            </w:r>
            <w:r w:rsidR="002C125D">
              <w:rPr>
                <w:i/>
              </w:rPr>
              <w:t xml:space="preserve">= </w:t>
            </w:r>
            <w:r w:rsidRPr="002C125D">
              <w:rPr>
                <w:i/>
              </w:rPr>
              <w:t>2 x 6 x 145.962 + 12 x 194.615)</w:t>
            </w:r>
          </w:p>
        </w:tc>
        <w:tc>
          <w:tcPr>
            <w:tcW w:w="2410" w:type="dxa"/>
            <w:vAlign w:val="center"/>
          </w:tcPr>
          <w:p w:rsidR="002C125D" w:rsidRDefault="006735FE" w:rsidP="006A2962">
            <w:pPr>
              <w:widowControl w:val="0"/>
              <w:spacing w:after="0" w:line="240" w:lineRule="auto"/>
              <w:jc w:val="center"/>
            </w:pPr>
            <w:r>
              <w:t>1.647.030.000 đồng</w:t>
            </w:r>
          </w:p>
          <w:p w:rsidR="00101BB4" w:rsidRPr="002C125D" w:rsidRDefault="006735FE" w:rsidP="006A2962">
            <w:pPr>
              <w:widowControl w:val="0"/>
              <w:spacing w:after="0" w:line="240" w:lineRule="auto"/>
              <w:jc w:val="center"/>
              <w:rPr>
                <w:i/>
              </w:rPr>
            </w:pPr>
            <w:r w:rsidRPr="002C125D">
              <w:rPr>
                <w:i/>
              </w:rPr>
              <w:t>(</w:t>
            </w:r>
            <w:r w:rsidR="002C125D" w:rsidRPr="002C125D">
              <w:rPr>
                <w:i/>
              </w:rPr>
              <w:t xml:space="preserve">= </w:t>
            </w:r>
            <w:r w:rsidRPr="002C125D">
              <w:rPr>
                <w:i/>
              </w:rPr>
              <w:t>4.086.923 x 403)</w:t>
            </w:r>
          </w:p>
        </w:tc>
      </w:tr>
    </w:tbl>
    <w:p w:rsidR="002C125D" w:rsidRPr="002C125D" w:rsidRDefault="00BC1010" w:rsidP="006A2962">
      <w:pPr>
        <w:pStyle w:val="VNHJustify"/>
        <w:widowControl w:val="0"/>
        <w:spacing w:before="120" w:after="120" w:line="264" w:lineRule="auto"/>
        <w:ind w:firstLine="720"/>
        <w:rPr>
          <w:sz w:val="28"/>
          <w:szCs w:val="28"/>
        </w:rPr>
      </w:pPr>
      <w:r w:rsidRPr="002C125D">
        <w:rPr>
          <w:sz w:val="28"/>
          <w:szCs w:val="28"/>
        </w:rPr>
        <w:t xml:space="preserve">- </w:t>
      </w:r>
      <w:r w:rsidR="002C125D" w:rsidRPr="002C125D">
        <w:rPr>
          <w:sz w:val="28"/>
          <w:szCs w:val="28"/>
        </w:rPr>
        <w:t>Dự kiến k</w:t>
      </w:r>
      <w:r w:rsidRPr="002C125D">
        <w:rPr>
          <w:sz w:val="28"/>
          <w:szCs w:val="28"/>
        </w:rPr>
        <w:t xml:space="preserve">inh phí theo các kịch bản số ngày báo động lũ </w:t>
      </w:r>
      <w:r w:rsidR="002C125D" w:rsidRPr="002C125D">
        <w:rPr>
          <w:sz w:val="28"/>
          <w:szCs w:val="28"/>
        </w:rPr>
        <w:t>trong 1 năm</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44"/>
        <w:gridCol w:w="1191"/>
        <w:gridCol w:w="1134"/>
        <w:gridCol w:w="1276"/>
        <w:gridCol w:w="1734"/>
        <w:gridCol w:w="2058"/>
      </w:tblGrid>
      <w:tr w:rsidR="00CC2D9D" w:rsidRPr="002C125D" w:rsidTr="006A2962">
        <w:trPr>
          <w:jc w:val="center"/>
        </w:trPr>
        <w:tc>
          <w:tcPr>
            <w:tcW w:w="1644" w:type="dxa"/>
            <w:vAlign w:val="center"/>
          </w:tcPr>
          <w:p w:rsidR="00F26A5C" w:rsidRPr="002C125D" w:rsidRDefault="00F26A5C" w:rsidP="006A2962">
            <w:pPr>
              <w:widowControl w:val="0"/>
              <w:spacing w:after="0" w:line="240" w:lineRule="auto"/>
              <w:jc w:val="center"/>
              <w:rPr>
                <w:szCs w:val="26"/>
              </w:rPr>
            </w:pPr>
            <w:r w:rsidRPr="002C125D">
              <w:rPr>
                <w:b/>
                <w:szCs w:val="26"/>
              </w:rPr>
              <w:t>Phương án</w:t>
            </w:r>
          </w:p>
        </w:tc>
        <w:tc>
          <w:tcPr>
            <w:tcW w:w="1191" w:type="dxa"/>
            <w:vAlign w:val="center"/>
          </w:tcPr>
          <w:p w:rsidR="00F26A5C" w:rsidRPr="002C125D" w:rsidRDefault="00F26A5C" w:rsidP="006A2962">
            <w:pPr>
              <w:widowControl w:val="0"/>
              <w:spacing w:after="0" w:line="240" w:lineRule="auto"/>
              <w:jc w:val="center"/>
              <w:rPr>
                <w:szCs w:val="26"/>
              </w:rPr>
            </w:pPr>
            <w:r w:rsidRPr="002C125D">
              <w:rPr>
                <w:b/>
                <w:szCs w:val="26"/>
              </w:rPr>
              <w:t>Số ngày (cấp I)</w:t>
            </w:r>
          </w:p>
        </w:tc>
        <w:tc>
          <w:tcPr>
            <w:tcW w:w="1134" w:type="dxa"/>
            <w:vAlign w:val="center"/>
          </w:tcPr>
          <w:p w:rsidR="00F26A5C" w:rsidRPr="002C125D" w:rsidRDefault="00F26A5C" w:rsidP="006A2962">
            <w:pPr>
              <w:widowControl w:val="0"/>
              <w:spacing w:after="0" w:line="240" w:lineRule="auto"/>
              <w:jc w:val="center"/>
              <w:rPr>
                <w:szCs w:val="26"/>
              </w:rPr>
            </w:pPr>
            <w:r w:rsidRPr="002C125D">
              <w:rPr>
                <w:b/>
                <w:szCs w:val="26"/>
              </w:rPr>
              <w:t>Số ngày (cấp II)</w:t>
            </w:r>
          </w:p>
        </w:tc>
        <w:tc>
          <w:tcPr>
            <w:tcW w:w="1276" w:type="dxa"/>
            <w:vAlign w:val="center"/>
          </w:tcPr>
          <w:p w:rsidR="00F26A5C" w:rsidRPr="002C125D" w:rsidRDefault="00F26A5C" w:rsidP="006A2962">
            <w:pPr>
              <w:widowControl w:val="0"/>
              <w:spacing w:after="0" w:line="240" w:lineRule="auto"/>
              <w:jc w:val="center"/>
              <w:rPr>
                <w:szCs w:val="26"/>
              </w:rPr>
            </w:pPr>
            <w:r w:rsidRPr="002C125D">
              <w:rPr>
                <w:b/>
                <w:szCs w:val="26"/>
              </w:rPr>
              <w:t>Số ngày (cấp III)</w:t>
            </w:r>
          </w:p>
        </w:tc>
        <w:tc>
          <w:tcPr>
            <w:tcW w:w="1734" w:type="dxa"/>
            <w:vAlign w:val="center"/>
          </w:tcPr>
          <w:p w:rsidR="00F26A5C" w:rsidRPr="002C125D" w:rsidRDefault="00F26A5C" w:rsidP="006A2962">
            <w:pPr>
              <w:widowControl w:val="0"/>
              <w:spacing w:after="0" w:line="240" w:lineRule="auto"/>
              <w:jc w:val="center"/>
              <w:rPr>
                <w:szCs w:val="26"/>
              </w:rPr>
            </w:pPr>
            <w:r w:rsidRPr="002C125D">
              <w:rPr>
                <w:b/>
                <w:szCs w:val="26"/>
              </w:rPr>
              <w:t>Kinh phí/năm</w:t>
            </w:r>
            <w:r w:rsidRPr="002C125D">
              <w:rPr>
                <w:b/>
                <w:szCs w:val="26"/>
              </w:rPr>
              <w:br/>
              <w:t>(tỷ đồng)</w:t>
            </w:r>
          </w:p>
        </w:tc>
        <w:tc>
          <w:tcPr>
            <w:tcW w:w="2058" w:type="dxa"/>
            <w:vAlign w:val="center"/>
          </w:tcPr>
          <w:p w:rsidR="00F26A5C" w:rsidRPr="002C125D" w:rsidRDefault="00F26A5C" w:rsidP="006A2962">
            <w:pPr>
              <w:widowControl w:val="0"/>
              <w:spacing w:after="0" w:line="240" w:lineRule="auto"/>
              <w:jc w:val="center"/>
              <w:rPr>
                <w:b/>
                <w:szCs w:val="26"/>
              </w:rPr>
            </w:pPr>
            <w:r w:rsidRPr="002C125D">
              <w:rPr>
                <w:b/>
                <w:szCs w:val="26"/>
              </w:rPr>
              <w:t>Ghi chú</w:t>
            </w:r>
          </w:p>
        </w:tc>
      </w:tr>
      <w:tr w:rsidR="00CC2D9D" w:rsidRPr="002C125D" w:rsidTr="006A2962">
        <w:trPr>
          <w:jc w:val="center"/>
        </w:trPr>
        <w:tc>
          <w:tcPr>
            <w:tcW w:w="1644" w:type="dxa"/>
            <w:vAlign w:val="center"/>
          </w:tcPr>
          <w:p w:rsidR="001264EB" w:rsidRPr="002C125D" w:rsidRDefault="001264EB" w:rsidP="006A2962">
            <w:pPr>
              <w:widowControl w:val="0"/>
              <w:spacing w:after="0" w:line="240" w:lineRule="auto"/>
              <w:rPr>
                <w:szCs w:val="26"/>
              </w:rPr>
            </w:pPr>
            <w:r w:rsidRPr="002C125D">
              <w:rPr>
                <w:szCs w:val="26"/>
              </w:rPr>
              <w:t>Phương án 1</w:t>
            </w:r>
          </w:p>
        </w:tc>
        <w:tc>
          <w:tcPr>
            <w:tcW w:w="1191" w:type="dxa"/>
            <w:vAlign w:val="center"/>
          </w:tcPr>
          <w:p w:rsidR="001264EB" w:rsidRPr="002C125D" w:rsidRDefault="001264EB" w:rsidP="006A2962">
            <w:pPr>
              <w:widowControl w:val="0"/>
              <w:spacing w:after="0" w:line="240" w:lineRule="auto"/>
              <w:jc w:val="right"/>
              <w:rPr>
                <w:szCs w:val="26"/>
              </w:rPr>
            </w:pPr>
            <w:r w:rsidRPr="002C125D">
              <w:rPr>
                <w:szCs w:val="26"/>
              </w:rPr>
              <w:t>12</w:t>
            </w:r>
          </w:p>
        </w:tc>
        <w:tc>
          <w:tcPr>
            <w:tcW w:w="1134" w:type="dxa"/>
            <w:vAlign w:val="center"/>
          </w:tcPr>
          <w:p w:rsidR="001264EB" w:rsidRPr="002C125D" w:rsidRDefault="001264EB" w:rsidP="006A2962">
            <w:pPr>
              <w:widowControl w:val="0"/>
              <w:spacing w:after="0" w:line="240" w:lineRule="auto"/>
              <w:jc w:val="right"/>
              <w:rPr>
                <w:szCs w:val="26"/>
              </w:rPr>
            </w:pPr>
            <w:r w:rsidRPr="002C125D">
              <w:rPr>
                <w:szCs w:val="26"/>
              </w:rPr>
              <w:t>3</w:t>
            </w:r>
          </w:p>
        </w:tc>
        <w:tc>
          <w:tcPr>
            <w:tcW w:w="1276" w:type="dxa"/>
            <w:vAlign w:val="center"/>
          </w:tcPr>
          <w:p w:rsidR="001264EB" w:rsidRPr="002C125D" w:rsidRDefault="001264EB" w:rsidP="006A2962">
            <w:pPr>
              <w:widowControl w:val="0"/>
              <w:spacing w:after="0" w:line="240" w:lineRule="auto"/>
              <w:jc w:val="right"/>
              <w:rPr>
                <w:szCs w:val="26"/>
              </w:rPr>
            </w:pPr>
            <w:r w:rsidRPr="002C125D">
              <w:rPr>
                <w:szCs w:val="26"/>
              </w:rPr>
              <w:t>1</w:t>
            </w:r>
          </w:p>
        </w:tc>
        <w:tc>
          <w:tcPr>
            <w:tcW w:w="1734" w:type="dxa"/>
            <w:vAlign w:val="center"/>
          </w:tcPr>
          <w:p w:rsidR="00101BB4" w:rsidRPr="002C125D" w:rsidRDefault="006735FE" w:rsidP="006A2962">
            <w:pPr>
              <w:widowControl w:val="0"/>
              <w:spacing w:after="0" w:line="240" w:lineRule="auto"/>
              <w:jc w:val="right"/>
              <w:rPr>
                <w:szCs w:val="26"/>
              </w:rPr>
            </w:pPr>
            <w:r w:rsidRPr="002C125D">
              <w:rPr>
                <w:szCs w:val="26"/>
              </w:rPr>
              <w:t>11,059</w:t>
            </w:r>
          </w:p>
        </w:tc>
        <w:tc>
          <w:tcPr>
            <w:tcW w:w="2058" w:type="dxa"/>
          </w:tcPr>
          <w:p w:rsidR="00101BB4" w:rsidRPr="002C125D" w:rsidRDefault="00101BB4" w:rsidP="006A2962">
            <w:pPr>
              <w:widowControl w:val="0"/>
              <w:spacing w:after="0" w:line="240" w:lineRule="auto"/>
              <w:rPr>
                <w:szCs w:val="26"/>
              </w:rPr>
            </w:pPr>
          </w:p>
        </w:tc>
      </w:tr>
      <w:tr w:rsidR="00CC2D9D" w:rsidRPr="002C125D" w:rsidTr="006A2962">
        <w:trPr>
          <w:trHeight w:val="1122"/>
          <w:jc w:val="center"/>
        </w:trPr>
        <w:tc>
          <w:tcPr>
            <w:tcW w:w="1644" w:type="dxa"/>
            <w:vAlign w:val="center"/>
          </w:tcPr>
          <w:p w:rsidR="001264EB" w:rsidRPr="002C125D" w:rsidRDefault="001264EB" w:rsidP="006A2962">
            <w:pPr>
              <w:widowControl w:val="0"/>
              <w:spacing w:after="0" w:line="240" w:lineRule="auto"/>
              <w:rPr>
                <w:b/>
                <w:szCs w:val="26"/>
              </w:rPr>
            </w:pPr>
            <w:r w:rsidRPr="002C125D">
              <w:rPr>
                <w:b/>
                <w:szCs w:val="26"/>
              </w:rPr>
              <w:t>Phương án 2 (Đề xuất)</w:t>
            </w:r>
          </w:p>
        </w:tc>
        <w:tc>
          <w:tcPr>
            <w:tcW w:w="1191" w:type="dxa"/>
            <w:vAlign w:val="center"/>
          </w:tcPr>
          <w:p w:rsidR="001264EB" w:rsidRPr="002C125D" w:rsidRDefault="001264EB" w:rsidP="006A2962">
            <w:pPr>
              <w:widowControl w:val="0"/>
              <w:spacing w:after="0" w:line="240" w:lineRule="auto"/>
              <w:jc w:val="right"/>
              <w:rPr>
                <w:b/>
                <w:szCs w:val="26"/>
              </w:rPr>
            </w:pPr>
            <w:r w:rsidRPr="002C125D">
              <w:rPr>
                <w:b/>
                <w:szCs w:val="26"/>
              </w:rPr>
              <w:t>17</w:t>
            </w:r>
          </w:p>
        </w:tc>
        <w:tc>
          <w:tcPr>
            <w:tcW w:w="1134" w:type="dxa"/>
            <w:vAlign w:val="center"/>
          </w:tcPr>
          <w:p w:rsidR="001264EB" w:rsidRPr="002C125D" w:rsidRDefault="001264EB" w:rsidP="006A2962">
            <w:pPr>
              <w:widowControl w:val="0"/>
              <w:spacing w:after="0" w:line="240" w:lineRule="auto"/>
              <w:jc w:val="right"/>
              <w:rPr>
                <w:b/>
                <w:szCs w:val="26"/>
              </w:rPr>
            </w:pPr>
            <w:r w:rsidRPr="002C125D">
              <w:rPr>
                <w:b/>
                <w:szCs w:val="26"/>
              </w:rPr>
              <w:t>6</w:t>
            </w:r>
          </w:p>
        </w:tc>
        <w:tc>
          <w:tcPr>
            <w:tcW w:w="1276" w:type="dxa"/>
            <w:vAlign w:val="center"/>
          </w:tcPr>
          <w:p w:rsidR="001264EB" w:rsidRPr="002C125D" w:rsidRDefault="001264EB" w:rsidP="006A2962">
            <w:pPr>
              <w:widowControl w:val="0"/>
              <w:spacing w:after="0" w:line="240" w:lineRule="auto"/>
              <w:jc w:val="right"/>
              <w:rPr>
                <w:b/>
                <w:szCs w:val="26"/>
              </w:rPr>
            </w:pPr>
            <w:r w:rsidRPr="002C125D">
              <w:rPr>
                <w:b/>
                <w:szCs w:val="26"/>
              </w:rPr>
              <w:t>3</w:t>
            </w:r>
          </w:p>
        </w:tc>
        <w:tc>
          <w:tcPr>
            <w:tcW w:w="1734" w:type="dxa"/>
            <w:vAlign w:val="center"/>
          </w:tcPr>
          <w:p w:rsidR="00101BB4" w:rsidRPr="002C125D" w:rsidRDefault="006735FE" w:rsidP="006A2962">
            <w:pPr>
              <w:widowControl w:val="0"/>
              <w:spacing w:after="0" w:line="240" w:lineRule="auto"/>
              <w:jc w:val="right"/>
              <w:rPr>
                <w:b/>
                <w:szCs w:val="26"/>
              </w:rPr>
            </w:pPr>
            <w:r w:rsidRPr="002C125D">
              <w:rPr>
                <w:b/>
                <w:szCs w:val="26"/>
              </w:rPr>
              <w:t>19,921</w:t>
            </w:r>
          </w:p>
        </w:tc>
        <w:tc>
          <w:tcPr>
            <w:tcW w:w="2058" w:type="dxa"/>
          </w:tcPr>
          <w:p w:rsidR="00101BB4" w:rsidRPr="002C125D" w:rsidRDefault="002C125D" w:rsidP="006A2962">
            <w:pPr>
              <w:widowControl w:val="0"/>
              <w:spacing w:after="0" w:line="240" w:lineRule="auto"/>
              <w:jc w:val="both"/>
              <w:rPr>
                <w:szCs w:val="26"/>
              </w:rPr>
            </w:pPr>
            <w:r w:rsidRPr="002C125D">
              <w:rPr>
                <w:szCs w:val="26"/>
              </w:rPr>
              <w:t>Theo số liệu 3 năm gần đây do Đài KTTV TPHP cung cấp</w:t>
            </w:r>
          </w:p>
        </w:tc>
      </w:tr>
      <w:tr w:rsidR="00CC2D9D" w:rsidRPr="002C125D" w:rsidTr="006A2962">
        <w:trPr>
          <w:jc w:val="center"/>
        </w:trPr>
        <w:tc>
          <w:tcPr>
            <w:tcW w:w="1644" w:type="dxa"/>
            <w:vAlign w:val="center"/>
          </w:tcPr>
          <w:p w:rsidR="001264EB" w:rsidRPr="002C125D" w:rsidRDefault="001264EB" w:rsidP="006A2962">
            <w:pPr>
              <w:widowControl w:val="0"/>
              <w:spacing w:after="0" w:line="240" w:lineRule="auto"/>
              <w:rPr>
                <w:szCs w:val="26"/>
              </w:rPr>
            </w:pPr>
            <w:r w:rsidRPr="002C125D">
              <w:rPr>
                <w:szCs w:val="26"/>
              </w:rPr>
              <w:t>Phương án 3</w:t>
            </w:r>
          </w:p>
        </w:tc>
        <w:tc>
          <w:tcPr>
            <w:tcW w:w="1191" w:type="dxa"/>
            <w:vAlign w:val="center"/>
          </w:tcPr>
          <w:p w:rsidR="001264EB" w:rsidRPr="002C125D" w:rsidRDefault="001264EB" w:rsidP="006A2962">
            <w:pPr>
              <w:widowControl w:val="0"/>
              <w:spacing w:after="0" w:line="240" w:lineRule="auto"/>
              <w:jc w:val="right"/>
              <w:rPr>
                <w:szCs w:val="26"/>
              </w:rPr>
            </w:pPr>
            <w:r w:rsidRPr="002C125D">
              <w:rPr>
                <w:szCs w:val="26"/>
              </w:rPr>
              <w:t>22</w:t>
            </w:r>
          </w:p>
        </w:tc>
        <w:tc>
          <w:tcPr>
            <w:tcW w:w="1134" w:type="dxa"/>
            <w:vAlign w:val="center"/>
          </w:tcPr>
          <w:p w:rsidR="001264EB" w:rsidRPr="002C125D" w:rsidRDefault="001264EB" w:rsidP="006A2962">
            <w:pPr>
              <w:widowControl w:val="0"/>
              <w:spacing w:after="0" w:line="240" w:lineRule="auto"/>
              <w:jc w:val="right"/>
              <w:rPr>
                <w:szCs w:val="26"/>
              </w:rPr>
            </w:pPr>
            <w:r w:rsidRPr="002C125D">
              <w:rPr>
                <w:szCs w:val="26"/>
              </w:rPr>
              <w:t>9</w:t>
            </w:r>
          </w:p>
        </w:tc>
        <w:tc>
          <w:tcPr>
            <w:tcW w:w="1276" w:type="dxa"/>
            <w:vAlign w:val="center"/>
          </w:tcPr>
          <w:p w:rsidR="001264EB" w:rsidRPr="002C125D" w:rsidRDefault="001264EB" w:rsidP="006A2962">
            <w:pPr>
              <w:widowControl w:val="0"/>
              <w:spacing w:after="0" w:line="240" w:lineRule="auto"/>
              <w:jc w:val="right"/>
              <w:rPr>
                <w:szCs w:val="26"/>
              </w:rPr>
            </w:pPr>
            <w:r w:rsidRPr="002C125D">
              <w:rPr>
                <w:szCs w:val="26"/>
              </w:rPr>
              <w:t>5</w:t>
            </w:r>
          </w:p>
        </w:tc>
        <w:tc>
          <w:tcPr>
            <w:tcW w:w="1734" w:type="dxa"/>
            <w:vAlign w:val="center"/>
          </w:tcPr>
          <w:p w:rsidR="00101BB4" w:rsidRPr="002C125D" w:rsidRDefault="006735FE" w:rsidP="006A2962">
            <w:pPr>
              <w:widowControl w:val="0"/>
              <w:spacing w:after="0" w:line="240" w:lineRule="auto"/>
              <w:jc w:val="right"/>
              <w:rPr>
                <w:szCs w:val="26"/>
              </w:rPr>
            </w:pPr>
            <w:r w:rsidRPr="002C125D">
              <w:rPr>
                <w:szCs w:val="26"/>
              </w:rPr>
              <w:t>28,784</w:t>
            </w:r>
          </w:p>
        </w:tc>
        <w:tc>
          <w:tcPr>
            <w:tcW w:w="2058" w:type="dxa"/>
          </w:tcPr>
          <w:p w:rsidR="00101BB4" w:rsidRPr="002C125D" w:rsidRDefault="00101BB4" w:rsidP="006A2962">
            <w:pPr>
              <w:widowControl w:val="0"/>
              <w:spacing w:after="0" w:line="240" w:lineRule="auto"/>
              <w:rPr>
                <w:szCs w:val="26"/>
              </w:rPr>
            </w:pPr>
          </w:p>
        </w:tc>
      </w:tr>
    </w:tbl>
    <w:p w:rsidR="00E32AE1" w:rsidRPr="00E32AE1" w:rsidRDefault="00E32AE1" w:rsidP="006A2962">
      <w:pPr>
        <w:pStyle w:val="VNHJustify"/>
        <w:widowControl w:val="0"/>
        <w:spacing w:before="120" w:after="120" w:line="264" w:lineRule="auto"/>
        <w:ind w:firstLine="720"/>
        <w:rPr>
          <w:sz w:val="28"/>
          <w:szCs w:val="28"/>
        </w:rPr>
      </w:pPr>
      <w:r>
        <w:rPr>
          <w:sz w:val="28"/>
          <w:szCs w:val="28"/>
        </w:rPr>
        <w:t xml:space="preserve">b) </w:t>
      </w:r>
      <w:r w:rsidRPr="004621C3">
        <w:rPr>
          <w:sz w:val="28"/>
          <w:szCs w:val="28"/>
        </w:rPr>
        <w:t>Dự kiến tổng nhu cầu kinh phí cho</w:t>
      </w:r>
      <w:r>
        <w:rPr>
          <w:sz w:val="28"/>
          <w:szCs w:val="28"/>
        </w:rPr>
        <w:t xml:space="preserve"> các giai đoạn</w:t>
      </w:r>
      <w:r w:rsidRPr="004621C3">
        <w:rPr>
          <w:sz w:val="28"/>
          <w:szCs w:val="28"/>
        </w:rPr>
        <w:t xml:space="preserve"> </w:t>
      </w:r>
      <w:r>
        <w:t>2027–2030</w:t>
      </w:r>
      <w:r>
        <w:rPr>
          <w:sz w:val="28"/>
          <w:szCs w:val="28"/>
        </w:rPr>
        <w:t>:</w:t>
      </w:r>
    </w:p>
    <w:tbl>
      <w:tblPr>
        <w:tblStyle w:val="TableGrid"/>
        <w:tblW w:w="0" w:type="auto"/>
        <w:jc w:val="center"/>
        <w:tblLook w:val="04A0" w:firstRow="1" w:lastRow="0" w:firstColumn="1" w:lastColumn="0" w:noHBand="0" w:noVBand="1"/>
      </w:tblPr>
      <w:tblGrid>
        <w:gridCol w:w="2218"/>
        <w:gridCol w:w="2218"/>
        <w:gridCol w:w="2218"/>
        <w:gridCol w:w="2218"/>
      </w:tblGrid>
      <w:tr w:rsidR="00E32AE1" w:rsidTr="00E32AE1">
        <w:trPr>
          <w:trHeight w:val="637"/>
          <w:jc w:val="center"/>
        </w:trPr>
        <w:tc>
          <w:tcPr>
            <w:tcW w:w="2218" w:type="dxa"/>
            <w:vAlign w:val="center"/>
          </w:tcPr>
          <w:p w:rsidR="00E32AE1" w:rsidRPr="00E32AE1" w:rsidRDefault="00E32AE1" w:rsidP="006A2962">
            <w:pPr>
              <w:widowControl w:val="0"/>
              <w:jc w:val="center"/>
              <w:rPr>
                <w:b/>
              </w:rPr>
            </w:pPr>
            <w:r w:rsidRPr="00E32AE1">
              <w:rPr>
                <w:b/>
              </w:rPr>
              <w:t>Năm</w:t>
            </w:r>
          </w:p>
        </w:tc>
        <w:tc>
          <w:tcPr>
            <w:tcW w:w="2218" w:type="dxa"/>
            <w:vAlign w:val="center"/>
          </w:tcPr>
          <w:p w:rsidR="00E32AE1" w:rsidRPr="00E32AE1" w:rsidRDefault="00E32AE1" w:rsidP="006A2962">
            <w:pPr>
              <w:widowControl w:val="0"/>
              <w:jc w:val="center"/>
              <w:rPr>
                <w:b/>
              </w:rPr>
            </w:pPr>
            <w:r w:rsidRPr="00E32AE1">
              <w:rPr>
                <w:b/>
              </w:rPr>
              <w:t>QLĐ nhân dân (tỷ đồng)</w:t>
            </w:r>
          </w:p>
        </w:tc>
        <w:tc>
          <w:tcPr>
            <w:tcW w:w="2218" w:type="dxa"/>
            <w:vAlign w:val="center"/>
          </w:tcPr>
          <w:p w:rsidR="00E32AE1" w:rsidRPr="00E32AE1" w:rsidRDefault="00E32AE1" w:rsidP="006A2962">
            <w:pPr>
              <w:widowControl w:val="0"/>
              <w:jc w:val="center"/>
              <w:rPr>
                <w:b/>
              </w:rPr>
            </w:pPr>
            <w:r w:rsidRPr="00E32AE1">
              <w:rPr>
                <w:b/>
              </w:rPr>
              <w:t>Tuần tra canh gác (tỷ đồng)</w:t>
            </w:r>
          </w:p>
        </w:tc>
        <w:tc>
          <w:tcPr>
            <w:tcW w:w="2218" w:type="dxa"/>
            <w:vAlign w:val="center"/>
          </w:tcPr>
          <w:p w:rsidR="00E32AE1" w:rsidRPr="00E32AE1" w:rsidRDefault="00E32AE1" w:rsidP="006A2962">
            <w:pPr>
              <w:widowControl w:val="0"/>
              <w:jc w:val="center"/>
              <w:rPr>
                <w:b/>
              </w:rPr>
            </w:pPr>
            <w:r w:rsidRPr="00E32AE1">
              <w:rPr>
                <w:b/>
              </w:rPr>
              <w:t>Tổng (tỷ đồng)</w:t>
            </w:r>
          </w:p>
        </w:tc>
      </w:tr>
      <w:tr w:rsidR="00E32AE1" w:rsidTr="00E32AE1">
        <w:trPr>
          <w:trHeight w:val="302"/>
          <w:jc w:val="center"/>
        </w:trPr>
        <w:tc>
          <w:tcPr>
            <w:tcW w:w="2218" w:type="dxa"/>
          </w:tcPr>
          <w:p w:rsidR="00E32AE1" w:rsidRDefault="00E32AE1" w:rsidP="006A2962">
            <w:pPr>
              <w:widowControl w:val="0"/>
              <w:jc w:val="center"/>
            </w:pPr>
            <w:r>
              <w:t>2027</w:t>
            </w:r>
          </w:p>
        </w:tc>
        <w:tc>
          <w:tcPr>
            <w:tcW w:w="2218" w:type="dxa"/>
          </w:tcPr>
          <w:p w:rsidR="00E32AE1" w:rsidRDefault="00E32AE1" w:rsidP="006A2962">
            <w:pPr>
              <w:widowControl w:val="0"/>
              <w:jc w:val="right"/>
            </w:pPr>
            <w:r>
              <w:t>8,015</w:t>
            </w:r>
          </w:p>
        </w:tc>
        <w:tc>
          <w:tcPr>
            <w:tcW w:w="2218" w:type="dxa"/>
          </w:tcPr>
          <w:p w:rsidR="00E32AE1" w:rsidRDefault="00E32AE1" w:rsidP="006A2962">
            <w:pPr>
              <w:widowControl w:val="0"/>
              <w:jc w:val="right"/>
            </w:pPr>
            <w:r>
              <w:t>19,921</w:t>
            </w:r>
          </w:p>
        </w:tc>
        <w:tc>
          <w:tcPr>
            <w:tcW w:w="2218" w:type="dxa"/>
          </w:tcPr>
          <w:p w:rsidR="00E32AE1" w:rsidRDefault="00E32AE1" w:rsidP="006A2962">
            <w:pPr>
              <w:widowControl w:val="0"/>
              <w:jc w:val="right"/>
            </w:pPr>
            <w:r>
              <w:t>27,936</w:t>
            </w:r>
          </w:p>
        </w:tc>
      </w:tr>
      <w:tr w:rsidR="00E32AE1" w:rsidTr="00E32AE1">
        <w:trPr>
          <w:trHeight w:val="318"/>
          <w:jc w:val="center"/>
        </w:trPr>
        <w:tc>
          <w:tcPr>
            <w:tcW w:w="2218" w:type="dxa"/>
          </w:tcPr>
          <w:p w:rsidR="00E32AE1" w:rsidRDefault="00E32AE1" w:rsidP="006A2962">
            <w:pPr>
              <w:widowControl w:val="0"/>
              <w:jc w:val="center"/>
            </w:pPr>
            <w:r>
              <w:t>2028</w:t>
            </w:r>
          </w:p>
        </w:tc>
        <w:tc>
          <w:tcPr>
            <w:tcW w:w="2218" w:type="dxa"/>
          </w:tcPr>
          <w:p w:rsidR="00E32AE1" w:rsidRDefault="00E32AE1" w:rsidP="006A2962">
            <w:pPr>
              <w:widowControl w:val="0"/>
              <w:jc w:val="right"/>
            </w:pPr>
            <w:r>
              <w:t>8,015</w:t>
            </w:r>
          </w:p>
        </w:tc>
        <w:tc>
          <w:tcPr>
            <w:tcW w:w="2218" w:type="dxa"/>
          </w:tcPr>
          <w:p w:rsidR="00E32AE1" w:rsidRDefault="00E32AE1" w:rsidP="006A2962">
            <w:pPr>
              <w:widowControl w:val="0"/>
              <w:jc w:val="right"/>
            </w:pPr>
            <w:r>
              <w:t>19,921</w:t>
            </w:r>
          </w:p>
        </w:tc>
        <w:tc>
          <w:tcPr>
            <w:tcW w:w="2218" w:type="dxa"/>
          </w:tcPr>
          <w:p w:rsidR="00E32AE1" w:rsidRDefault="00E32AE1" w:rsidP="006A2962">
            <w:pPr>
              <w:widowControl w:val="0"/>
              <w:jc w:val="right"/>
            </w:pPr>
            <w:r>
              <w:t>27,936</w:t>
            </w:r>
          </w:p>
        </w:tc>
      </w:tr>
      <w:tr w:rsidR="00E32AE1" w:rsidTr="00E32AE1">
        <w:trPr>
          <w:trHeight w:val="302"/>
          <w:jc w:val="center"/>
        </w:trPr>
        <w:tc>
          <w:tcPr>
            <w:tcW w:w="2218" w:type="dxa"/>
          </w:tcPr>
          <w:p w:rsidR="00E32AE1" w:rsidRDefault="00E32AE1" w:rsidP="006A2962">
            <w:pPr>
              <w:widowControl w:val="0"/>
              <w:jc w:val="center"/>
            </w:pPr>
            <w:r>
              <w:t>2029</w:t>
            </w:r>
          </w:p>
        </w:tc>
        <w:tc>
          <w:tcPr>
            <w:tcW w:w="2218" w:type="dxa"/>
          </w:tcPr>
          <w:p w:rsidR="00E32AE1" w:rsidRDefault="00E32AE1" w:rsidP="006A2962">
            <w:pPr>
              <w:widowControl w:val="0"/>
              <w:jc w:val="right"/>
            </w:pPr>
            <w:r>
              <w:t>8,015</w:t>
            </w:r>
          </w:p>
        </w:tc>
        <w:tc>
          <w:tcPr>
            <w:tcW w:w="2218" w:type="dxa"/>
          </w:tcPr>
          <w:p w:rsidR="00E32AE1" w:rsidRDefault="00E32AE1" w:rsidP="006A2962">
            <w:pPr>
              <w:widowControl w:val="0"/>
              <w:jc w:val="right"/>
            </w:pPr>
            <w:r>
              <w:t>19,921</w:t>
            </w:r>
          </w:p>
        </w:tc>
        <w:tc>
          <w:tcPr>
            <w:tcW w:w="2218" w:type="dxa"/>
          </w:tcPr>
          <w:p w:rsidR="00E32AE1" w:rsidRDefault="00E32AE1" w:rsidP="006A2962">
            <w:pPr>
              <w:widowControl w:val="0"/>
              <w:jc w:val="right"/>
            </w:pPr>
            <w:r>
              <w:t>27,936</w:t>
            </w:r>
          </w:p>
        </w:tc>
      </w:tr>
      <w:tr w:rsidR="00E32AE1" w:rsidTr="00E32AE1">
        <w:trPr>
          <w:trHeight w:val="318"/>
          <w:jc w:val="center"/>
        </w:trPr>
        <w:tc>
          <w:tcPr>
            <w:tcW w:w="2218" w:type="dxa"/>
          </w:tcPr>
          <w:p w:rsidR="00E32AE1" w:rsidRDefault="00E32AE1" w:rsidP="006A2962">
            <w:pPr>
              <w:widowControl w:val="0"/>
              <w:jc w:val="center"/>
            </w:pPr>
            <w:r>
              <w:t>2030</w:t>
            </w:r>
          </w:p>
        </w:tc>
        <w:tc>
          <w:tcPr>
            <w:tcW w:w="2218" w:type="dxa"/>
          </w:tcPr>
          <w:p w:rsidR="00E32AE1" w:rsidRDefault="00E32AE1" w:rsidP="006A2962">
            <w:pPr>
              <w:widowControl w:val="0"/>
              <w:jc w:val="right"/>
            </w:pPr>
            <w:r>
              <w:t>8,015</w:t>
            </w:r>
          </w:p>
        </w:tc>
        <w:tc>
          <w:tcPr>
            <w:tcW w:w="2218" w:type="dxa"/>
          </w:tcPr>
          <w:p w:rsidR="00E32AE1" w:rsidRDefault="00E32AE1" w:rsidP="006A2962">
            <w:pPr>
              <w:widowControl w:val="0"/>
              <w:jc w:val="right"/>
            </w:pPr>
            <w:r>
              <w:t>19,921</w:t>
            </w:r>
          </w:p>
        </w:tc>
        <w:tc>
          <w:tcPr>
            <w:tcW w:w="2218" w:type="dxa"/>
          </w:tcPr>
          <w:p w:rsidR="00E32AE1" w:rsidRDefault="00E32AE1" w:rsidP="006A2962">
            <w:pPr>
              <w:widowControl w:val="0"/>
              <w:jc w:val="right"/>
            </w:pPr>
            <w:r>
              <w:t>27,936</w:t>
            </w:r>
          </w:p>
        </w:tc>
      </w:tr>
      <w:tr w:rsidR="00E32AE1" w:rsidTr="00E32AE1">
        <w:trPr>
          <w:trHeight w:val="302"/>
          <w:jc w:val="center"/>
        </w:trPr>
        <w:tc>
          <w:tcPr>
            <w:tcW w:w="2218" w:type="dxa"/>
          </w:tcPr>
          <w:p w:rsidR="00E32AE1" w:rsidRPr="00E32AE1" w:rsidRDefault="00E32AE1" w:rsidP="006A2962">
            <w:pPr>
              <w:widowControl w:val="0"/>
              <w:jc w:val="center"/>
              <w:rPr>
                <w:b/>
              </w:rPr>
            </w:pPr>
            <w:r w:rsidRPr="00E32AE1">
              <w:rPr>
                <w:b/>
              </w:rPr>
              <w:t>Tổng</w:t>
            </w:r>
          </w:p>
        </w:tc>
        <w:tc>
          <w:tcPr>
            <w:tcW w:w="2218" w:type="dxa"/>
          </w:tcPr>
          <w:p w:rsidR="00E32AE1" w:rsidRPr="00E32AE1" w:rsidRDefault="00F451AD" w:rsidP="006A2962">
            <w:pPr>
              <w:widowControl w:val="0"/>
              <w:jc w:val="right"/>
              <w:rPr>
                <w:b/>
              </w:rPr>
            </w:pPr>
            <w:r>
              <w:rPr>
                <w:b/>
              </w:rPr>
              <w:t>32,060</w:t>
            </w:r>
          </w:p>
        </w:tc>
        <w:tc>
          <w:tcPr>
            <w:tcW w:w="2218" w:type="dxa"/>
          </w:tcPr>
          <w:p w:rsidR="00E32AE1" w:rsidRPr="00E32AE1" w:rsidRDefault="00F451AD" w:rsidP="006A2962">
            <w:pPr>
              <w:widowControl w:val="0"/>
              <w:jc w:val="right"/>
              <w:rPr>
                <w:b/>
              </w:rPr>
            </w:pPr>
            <w:r>
              <w:rPr>
                <w:b/>
              </w:rPr>
              <w:t>79,684</w:t>
            </w:r>
          </w:p>
        </w:tc>
        <w:tc>
          <w:tcPr>
            <w:tcW w:w="2218" w:type="dxa"/>
          </w:tcPr>
          <w:p w:rsidR="00E32AE1" w:rsidRPr="00E32AE1" w:rsidRDefault="00F451AD" w:rsidP="006A2962">
            <w:pPr>
              <w:widowControl w:val="0"/>
              <w:jc w:val="right"/>
              <w:rPr>
                <w:b/>
              </w:rPr>
            </w:pPr>
            <w:r>
              <w:rPr>
                <w:b/>
              </w:rPr>
              <w:t>111,744</w:t>
            </w:r>
          </w:p>
        </w:tc>
      </w:tr>
    </w:tbl>
    <w:p w:rsidR="00E917F2" w:rsidRPr="00CC2D9D" w:rsidRDefault="00F95F3A" w:rsidP="006A2962">
      <w:pPr>
        <w:pStyle w:val="VNHHeading"/>
        <w:widowControl w:val="0"/>
        <w:spacing w:before="240" w:after="120" w:line="264" w:lineRule="auto"/>
        <w:ind w:firstLine="720"/>
        <w:jc w:val="both"/>
        <w:rPr>
          <w:spacing w:val="-2"/>
          <w:sz w:val="28"/>
          <w:szCs w:val="28"/>
        </w:rPr>
      </w:pPr>
      <w:r w:rsidRPr="00CC2D9D">
        <w:rPr>
          <w:sz w:val="28"/>
        </w:rPr>
        <w:lastRenderedPageBreak/>
        <w:t>3. Về điều kiện bảo đảm khác</w:t>
      </w:r>
    </w:p>
    <w:p w:rsidR="00E917F2" w:rsidRPr="00CC2D9D" w:rsidRDefault="00F95F3A" w:rsidP="006A2962">
      <w:pPr>
        <w:pStyle w:val="VNHJustify"/>
        <w:widowControl w:val="0"/>
        <w:spacing w:after="120" w:line="264" w:lineRule="auto"/>
        <w:ind w:firstLine="720"/>
        <w:rPr>
          <w:spacing w:val="-2"/>
          <w:sz w:val="28"/>
          <w:szCs w:val="28"/>
        </w:rPr>
      </w:pPr>
      <w:r w:rsidRPr="00CC2D9D">
        <w:rPr>
          <w:sz w:val="28"/>
        </w:rPr>
        <w:t>Sở Nông nghiệp và Môi trường chỉ đạo Chi cục Quản lý tài nguyên nước và Phòng, chống thiên tai, các Hạt Quản lý đê phối hợp với Ủy ban nhân dân cấp xã tổ chức hướng dẫn, tập huấn chuyên môn, nghiệp vụ; thống nhất mẫu sổ sách, phù hiệu, biểu mẫu báo cáo và các nội dung chuyên môn phục vụ hoạt động của lực lượng quản lý đê nhân dân và lực lượng tuần tra, canh gác bảo vệ đê điều trong mùa lũ.</w:t>
      </w:r>
    </w:p>
    <w:p w:rsidR="00051978" w:rsidRPr="00CC2D9D" w:rsidRDefault="00051978" w:rsidP="006A2962">
      <w:pPr>
        <w:pStyle w:val="VNHJustify"/>
        <w:widowControl w:val="0"/>
        <w:spacing w:after="120" w:line="264" w:lineRule="auto"/>
        <w:ind w:firstLine="720"/>
        <w:rPr>
          <w:spacing w:val="-2"/>
          <w:sz w:val="28"/>
          <w:szCs w:val="28"/>
        </w:rPr>
      </w:pPr>
      <w:r w:rsidRPr="00CC2D9D">
        <w:rPr>
          <w:rStyle w:val="fontstyle01"/>
          <w:b/>
          <w:color w:val="auto"/>
        </w:rPr>
        <w:t>4. Dự kiến thời gian trình Ủy ban nhân dân thành phố ban hành: tháng 11 năm 2026.</w:t>
      </w:r>
    </w:p>
    <w:p w:rsidR="00E917F2" w:rsidRPr="00CC2D9D" w:rsidRDefault="00F95F3A" w:rsidP="006A2962">
      <w:pPr>
        <w:pStyle w:val="VNHHeading"/>
        <w:widowControl w:val="0"/>
        <w:spacing w:before="0" w:after="120" w:line="264" w:lineRule="auto"/>
        <w:ind w:firstLine="720"/>
        <w:jc w:val="both"/>
        <w:rPr>
          <w:spacing w:val="-2"/>
          <w:sz w:val="28"/>
          <w:szCs w:val="28"/>
        </w:rPr>
      </w:pPr>
      <w:r w:rsidRPr="00CC2D9D">
        <w:rPr>
          <w:sz w:val="28"/>
        </w:rPr>
        <w:t>VI. NHỮNG VẤN ĐỀ XIN Ý KIẾN (NẾU CÓ)</w:t>
      </w:r>
      <w:r w:rsidR="003244F0" w:rsidRPr="00CC2D9D">
        <w:rPr>
          <w:sz w:val="28"/>
        </w:rPr>
        <w:t>: Không có.</w:t>
      </w:r>
    </w:p>
    <w:p w:rsidR="00E917F2" w:rsidRPr="00CC2D9D" w:rsidRDefault="00F95F3A" w:rsidP="006A2962">
      <w:pPr>
        <w:pStyle w:val="VNHJustify"/>
        <w:widowControl w:val="0"/>
        <w:spacing w:after="120" w:line="264" w:lineRule="auto"/>
        <w:ind w:firstLine="720"/>
        <w:rPr>
          <w:spacing w:val="-2"/>
          <w:sz w:val="28"/>
          <w:szCs w:val="28"/>
        </w:rPr>
      </w:pPr>
      <w:r w:rsidRPr="00CC2D9D">
        <w:rPr>
          <w:spacing w:val="-2"/>
          <w:sz w:val="28"/>
          <w:szCs w:val="28"/>
        </w:rPr>
        <w:t>Sở Nông nghiệp và Môi trường kính trình Ủy ban nhân dân thành phố xem xét, quyết định ban hành Quyết định theo thẩm quyền.</w:t>
      </w:r>
    </w:p>
    <w:p w:rsidR="00D14929" w:rsidRPr="00CC2D9D" w:rsidRDefault="00F95F3A" w:rsidP="006A2962">
      <w:pPr>
        <w:pStyle w:val="VNHJustify"/>
        <w:widowControl w:val="0"/>
        <w:spacing w:after="120" w:line="264" w:lineRule="auto"/>
        <w:ind w:firstLine="720"/>
        <w:rPr>
          <w:spacing w:val="-2"/>
          <w:sz w:val="28"/>
          <w:szCs w:val="28"/>
        </w:rPr>
      </w:pPr>
      <w:r w:rsidRPr="00CC2D9D">
        <w:rPr>
          <w:sz w:val="28"/>
        </w:rPr>
        <w:t>Hồ sơ kèm theo Tờ trình gồm: (1) Dự thảo Quyết định của Ủy ban nhân dân thành phố; (2) Dự thảo Quy định ban hành kèm theo Quyết định; (3) Bản tổng hợp ý kiến, tiếp thu, giải trình ý kiến góp ý; (4) Báo cáo thẩm định của Sở Tư pháp; (5) Các tài liệu khác có liên quan. Các tài liệu tại mục (3), (4) sẽ được hoàn thiện sau khi lấy ý kiến, thẩm định theo quy định.</w:t>
      </w:r>
    </w:p>
    <w:tbl>
      <w:tblPr>
        <w:tblW w:w="0" w:type="auto"/>
        <w:jc w:val="center"/>
        <w:tblLook w:val="01E0" w:firstRow="1" w:lastRow="1" w:firstColumn="1" w:lastColumn="1" w:noHBand="0" w:noVBand="0"/>
      </w:tblPr>
      <w:tblGrid>
        <w:gridCol w:w="4525"/>
        <w:gridCol w:w="4526"/>
      </w:tblGrid>
      <w:tr w:rsidR="00995F8D" w:rsidRPr="00CC2D9D" w:rsidTr="00972480">
        <w:trPr>
          <w:trHeight w:val="225"/>
          <w:jc w:val="center"/>
        </w:trPr>
        <w:tc>
          <w:tcPr>
            <w:tcW w:w="4525" w:type="dxa"/>
          </w:tcPr>
          <w:p w:rsidR="00995F8D" w:rsidRPr="00CC2D9D" w:rsidRDefault="00995F8D" w:rsidP="006A2962">
            <w:pPr>
              <w:widowControl w:val="0"/>
              <w:tabs>
                <w:tab w:val="center" w:pos="7106"/>
              </w:tabs>
              <w:spacing w:after="0" w:line="240" w:lineRule="auto"/>
              <w:jc w:val="both"/>
              <w:rPr>
                <w:rFonts w:eastAsia="Calibri"/>
                <w:b/>
                <w:i/>
                <w:sz w:val="24"/>
                <w:szCs w:val="24"/>
                <w:lang w:val="sq-AL"/>
              </w:rPr>
            </w:pPr>
            <w:r w:rsidRPr="00CC2D9D">
              <w:rPr>
                <w:rFonts w:eastAsia="Calibri"/>
                <w:b/>
                <w:i/>
                <w:sz w:val="24"/>
                <w:lang w:val="sq-AL"/>
              </w:rPr>
              <w:t xml:space="preserve">  </w:t>
            </w:r>
            <w:r w:rsidRPr="00CC2D9D">
              <w:rPr>
                <w:rFonts w:eastAsia="Calibri"/>
                <w:b/>
                <w:i/>
                <w:sz w:val="24"/>
                <w:szCs w:val="24"/>
                <w:lang w:val="sq-AL"/>
              </w:rPr>
              <w:t>Nơi nhận:</w:t>
            </w:r>
          </w:p>
          <w:p w:rsidR="00995F8D" w:rsidRPr="00CC2D9D" w:rsidRDefault="00995F8D" w:rsidP="006A2962">
            <w:pPr>
              <w:widowControl w:val="0"/>
              <w:tabs>
                <w:tab w:val="center" w:pos="7106"/>
              </w:tabs>
              <w:spacing w:after="0" w:line="240" w:lineRule="auto"/>
              <w:rPr>
                <w:rFonts w:eastAsia="Calibri"/>
                <w:sz w:val="22"/>
              </w:rPr>
            </w:pPr>
            <w:r w:rsidRPr="00CC2D9D">
              <w:rPr>
                <w:rFonts w:eastAsia="Calibri"/>
                <w:sz w:val="22"/>
              </w:rPr>
              <w:t>- Như trên;</w:t>
            </w:r>
          </w:p>
          <w:p w:rsidR="00D14929" w:rsidRPr="00CC2D9D" w:rsidRDefault="00D14929" w:rsidP="006A2962">
            <w:pPr>
              <w:widowControl w:val="0"/>
              <w:tabs>
                <w:tab w:val="left" w:pos="435"/>
              </w:tabs>
              <w:spacing w:after="0" w:line="240" w:lineRule="auto"/>
              <w:rPr>
                <w:sz w:val="22"/>
              </w:rPr>
            </w:pPr>
            <w:r w:rsidRPr="00CC2D9D">
              <w:rPr>
                <w:sz w:val="22"/>
              </w:rPr>
              <w:t>- Sở Tư pháp;</w:t>
            </w:r>
          </w:p>
          <w:p w:rsidR="00D14929" w:rsidRPr="00CC2D9D" w:rsidRDefault="00D14929" w:rsidP="006A2962">
            <w:pPr>
              <w:widowControl w:val="0"/>
              <w:tabs>
                <w:tab w:val="left" w:pos="435"/>
              </w:tabs>
              <w:spacing w:after="0" w:line="240" w:lineRule="auto"/>
              <w:rPr>
                <w:sz w:val="22"/>
                <w:lang w:val="nb-NO"/>
              </w:rPr>
            </w:pPr>
            <w:r w:rsidRPr="00CC2D9D">
              <w:rPr>
                <w:sz w:val="22"/>
                <w:lang w:val="nb-NO"/>
              </w:rPr>
              <w:t xml:space="preserve">- GĐ, PGĐ Sở: </w:t>
            </w:r>
            <w:r w:rsidR="008D5FC2" w:rsidRPr="00CC2D9D">
              <w:rPr>
                <w:sz w:val="22"/>
                <w:lang w:val="nb-NO"/>
              </w:rPr>
              <w:t>Ph.V.Thuấn</w:t>
            </w:r>
            <w:r w:rsidRPr="00CC2D9D">
              <w:rPr>
                <w:sz w:val="22"/>
                <w:lang w:val="nb-NO"/>
              </w:rPr>
              <w:t>;</w:t>
            </w:r>
          </w:p>
          <w:p w:rsidR="00995F8D" w:rsidRPr="00CC2D9D" w:rsidRDefault="00D14929" w:rsidP="006A2962">
            <w:pPr>
              <w:widowControl w:val="0"/>
              <w:tabs>
                <w:tab w:val="center" w:pos="7106"/>
              </w:tabs>
              <w:spacing w:after="0" w:line="240" w:lineRule="auto"/>
              <w:rPr>
                <w:rFonts w:eastAsia="Calibri"/>
                <w:lang w:val="sq-AL"/>
              </w:rPr>
            </w:pPr>
            <w:r w:rsidRPr="00CC2D9D">
              <w:rPr>
                <w:sz w:val="22"/>
                <w:lang w:val="nb-NO"/>
              </w:rPr>
              <w:t>- Lưu: VT, CCTNNPCTT.</w:t>
            </w:r>
          </w:p>
        </w:tc>
        <w:tc>
          <w:tcPr>
            <w:tcW w:w="4526" w:type="dxa"/>
          </w:tcPr>
          <w:p w:rsidR="00995F8D" w:rsidRPr="00CC2D9D" w:rsidRDefault="00D14929" w:rsidP="006A2962">
            <w:pPr>
              <w:widowControl w:val="0"/>
              <w:tabs>
                <w:tab w:val="center" w:pos="7106"/>
              </w:tabs>
              <w:spacing w:after="0" w:line="240" w:lineRule="auto"/>
              <w:jc w:val="center"/>
              <w:rPr>
                <w:rFonts w:eastAsia="Calibri"/>
                <w:b/>
                <w:sz w:val="28"/>
                <w:szCs w:val="28"/>
              </w:rPr>
            </w:pPr>
            <w:r w:rsidRPr="00CC2D9D">
              <w:rPr>
                <w:rFonts w:eastAsia="Calibri"/>
                <w:b/>
                <w:sz w:val="28"/>
                <w:szCs w:val="28"/>
                <w:lang w:val="sq-AL"/>
              </w:rPr>
              <w:t>GIÁM ĐỐC</w:t>
            </w:r>
          </w:p>
          <w:p w:rsidR="00995F8D" w:rsidRPr="00CC2D9D" w:rsidRDefault="00995F8D" w:rsidP="006A2962">
            <w:pPr>
              <w:widowControl w:val="0"/>
              <w:tabs>
                <w:tab w:val="center" w:pos="7106"/>
              </w:tabs>
              <w:spacing w:after="0" w:line="240" w:lineRule="auto"/>
              <w:jc w:val="center"/>
              <w:rPr>
                <w:rFonts w:eastAsia="Calibri"/>
                <w:b/>
                <w:sz w:val="28"/>
                <w:szCs w:val="28"/>
              </w:rPr>
            </w:pPr>
          </w:p>
          <w:p w:rsidR="00995F8D" w:rsidRPr="00CC2D9D" w:rsidRDefault="00995F8D" w:rsidP="006A2962">
            <w:pPr>
              <w:widowControl w:val="0"/>
              <w:tabs>
                <w:tab w:val="center" w:pos="7106"/>
              </w:tabs>
              <w:spacing w:after="0" w:line="240" w:lineRule="auto"/>
              <w:jc w:val="center"/>
              <w:rPr>
                <w:rFonts w:eastAsia="Calibri"/>
                <w:b/>
                <w:sz w:val="28"/>
                <w:szCs w:val="28"/>
              </w:rPr>
            </w:pPr>
          </w:p>
          <w:p w:rsidR="00995F8D" w:rsidRPr="00CC2D9D" w:rsidRDefault="00995F8D" w:rsidP="006A2962">
            <w:pPr>
              <w:widowControl w:val="0"/>
              <w:tabs>
                <w:tab w:val="center" w:pos="7106"/>
              </w:tabs>
              <w:spacing w:after="0" w:line="240" w:lineRule="auto"/>
              <w:jc w:val="center"/>
              <w:rPr>
                <w:rFonts w:eastAsia="Calibri"/>
                <w:b/>
                <w:sz w:val="28"/>
                <w:szCs w:val="28"/>
              </w:rPr>
            </w:pPr>
          </w:p>
          <w:p w:rsidR="00995F8D" w:rsidRPr="00CC2D9D" w:rsidRDefault="00995F8D" w:rsidP="006A2962">
            <w:pPr>
              <w:widowControl w:val="0"/>
              <w:tabs>
                <w:tab w:val="center" w:pos="7106"/>
              </w:tabs>
              <w:spacing w:after="0" w:line="240" w:lineRule="auto"/>
              <w:jc w:val="center"/>
              <w:rPr>
                <w:rFonts w:eastAsia="Calibri"/>
                <w:b/>
                <w:sz w:val="28"/>
                <w:szCs w:val="28"/>
              </w:rPr>
            </w:pPr>
          </w:p>
          <w:p w:rsidR="00995F8D" w:rsidRPr="00CC2D9D" w:rsidRDefault="00995F8D" w:rsidP="006A2962">
            <w:pPr>
              <w:widowControl w:val="0"/>
              <w:tabs>
                <w:tab w:val="center" w:pos="7106"/>
              </w:tabs>
              <w:spacing w:after="0" w:line="240" w:lineRule="auto"/>
              <w:jc w:val="center"/>
              <w:rPr>
                <w:rFonts w:eastAsia="Calibri"/>
                <w:b/>
                <w:sz w:val="28"/>
                <w:szCs w:val="28"/>
              </w:rPr>
            </w:pPr>
          </w:p>
          <w:p w:rsidR="00995F8D" w:rsidRPr="00CC2D9D" w:rsidRDefault="00995F8D" w:rsidP="006A2962">
            <w:pPr>
              <w:widowControl w:val="0"/>
              <w:tabs>
                <w:tab w:val="center" w:pos="7106"/>
              </w:tabs>
              <w:spacing w:after="0" w:line="240" w:lineRule="auto"/>
              <w:jc w:val="center"/>
              <w:rPr>
                <w:rFonts w:eastAsia="Calibri"/>
                <w:b/>
                <w:sz w:val="28"/>
                <w:szCs w:val="28"/>
              </w:rPr>
            </w:pPr>
          </w:p>
          <w:p w:rsidR="00995F8D" w:rsidRPr="00CC2D9D" w:rsidRDefault="00D14929" w:rsidP="006A2962">
            <w:pPr>
              <w:widowControl w:val="0"/>
              <w:tabs>
                <w:tab w:val="center" w:pos="7106"/>
              </w:tabs>
              <w:spacing w:after="0" w:line="240" w:lineRule="auto"/>
              <w:jc w:val="center"/>
              <w:rPr>
                <w:rFonts w:eastAsia="Calibri"/>
              </w:rPr>
            </w:pPr>
            <w:r w:rsidRPr="00CC2D9D">
              <w:rPr>
                <w:rFonts w:eastAsia="Calibri"/>
                <w:b/>
                <w:sz w:val="28"/>
                <w:szCs w:val="28"/>
              </w:rPr>
              <w:t>Bùi Văn Thăng</w:t>
            </w:r>
          </w:p>
        </w:tc>
      </w:tr>
    </w:tbl>
    <w:p w:rsidR="00F95F3A" w:rsidRPr="00CC2D9D" w:rsidRDefault="00F95F3A" w:rsidP="006A2962">
      <w:pPr>
        <w:widowControl w:val="0"/>
      </w:pPr>
    </w:p>
    <w:sectPr w:rsidR="00F95F3A" w:rsidRPr="00CC2D9D" w:rsidSect="000D260B">
      <w:headerReference w:type="default" r:id="rId8"/>
      <w:footerReference w:type="default" r:id="rId9"/>
      <w:pgSz w:w="11906" w:h="16838"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3FFA" w:rsidRDefault="006A3FFA">
      <w:pPr>
        <w:spacing w:after="0" w:line="240" w:lineRule="auto"/>
      </w:pPr>
      <w:r>
        <w:separator/>
      </w:r>
    </w:p>
  </w:endnote>
  <w:endnote w:type="continuationSeparator" w:id="0">
    <w:p w:rsidR="006A3FFA" w:rsidRDefault="006A3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480" w:rsidRDefault="00972480">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3FFA" w:rsidRDefault="006A3FFA">
      <w:pPr>
        <w:spacing w:after="0" w:line="240" w:lineRule="auto"/>
      </w:pPr>
      <w:r>
        <w:separator/>
      </w:r>
    </w:p>
  </w:footnote>
  <w:footnote w:type="continuationSeparator" w:id="0">
    <w:p w:rsidR="006A3FFA" w:rsidRDefault="006A3F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1387099"/>
      <w:docPartObj>
        <w:docPartGallery w:val="Page Numbers (Top of Page)"/>
        <w:docPartUnique/>
      </w:docPartObj>
    </w:sdtPr>
    <w:sdtEndPr>
      <w:rPr>
        <w:noProof/>
      </w:rPr>
    </w:sdtEndPr>
    <w:sdtContent>
      <w:p w:rsidR="00972480" w:rsidRDefault="00972480" w:rsidP="000D260B">
        <w:pPr>
          <w:pStyle w:val="Header"/>
          <w:jc w:val="center"/>
        </w:pPr>
        <w:r>
          <w:fldChar w:fldCharType="begin"/>
        </w:r>
        <w:r>
          <w:instrText xml:space="preserve"> PAGE   \* MERGEFORMAT </w:instrText>
        </w:r>
        <w:r>
          <w:fldChar w:fldCharType="separate"/>
        </w:r>
        <w:r w:rsidR="00C076DE">
          <w:rPr>
            <w:noProof/>
          </w:rPr>
          <w:t>8</w:t>
        </w:r>
        <w:r>
          <w:rPr>
            <w:noProof/>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28812A8"/>
    <w:multiLevelType w:val="hybridMultilevel"/>
    <w:tmpl w:val="27240640"/>
    <w:lvl w:ilvl="0" w:tplc="E884CBC6">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51978"/>
    <w:rsid w:val="00055DF1"/>
    <w:rsid w:val="0006063C"/>
    <w:rsid w:val="0006252B"/>
    <w:rsid w:val="00063347"/>
    <w:rsid w:val="00066408"/>
    <w:rsid w:val="00070DB4"/>
    <w:rsid w:val="00087A11"/>
    <w:rsid w:val="000D260B"/>
    <w:rsid w:val="000F28DF"/>
    <w:rsid w:val="000F741B"/>
    <w:rsid w:val="00101BB4"/>
    <w:rsid w:val="00102550"/>
    <w:rsid w:val="001264EB"/>
    <w:rsid w:val="00126AC1"/>
    <w:rsid w:val="001300B6"/>
    <w:rsid w:val="00140F7B"/>
    <w:rsid w:val="0015074B"/>
    <w:rsid w:val="00153F94"/>
    <w:rsid w:val="001E4A9A"/>
    <w:rsid w:val="00205355"/>
    <w:rsid w:val="002065A5"/>
    <w:rsid w:val="00222A91"/>
    <w:rsid w:val="002241B6"/>
    <w:rsid w:val="0023409F"/>
    <w:rsid w:val="002700DA"/>
    <w:rsid w:val="0029639D"/>
    <w:rsid w:val="002B2D7B"/>
    <w:rsid w:val="002B56CA"/>
    <w:rsid w:val="002C125D"/>
    <w:rsid w:val="002C6F68"/>
    <w:rsid w:val="00306914"/>
    <w:rsid w:val="003244F0"/>
    <w:rsid w:val="00326525"/>
    <w:rsid w:val="00326F90"/>
    <w:rsid w:val="00346837"/>
    <w:rsid w:val="003B1663"/>
    <w:rsid w:val="003C6B09"/>
    <w:rsid w:val="003D3087"/>
    <w:rsid w:val="003E0360"/>
    <w:rsid w:val="003E6D70"/>
    <w:rsid w:val="003F0208"/>
    <w:rsid w:val="0042230A"/>
    <w:rsid w:val="004546C4"/>
    <w:rsid w:val="00454D9D"/>
    <w:rsid w:val="004621C3"/>
    <w:rsid w:val="004749C8"/>
    <w:rsid w:val="00477CC5"/>
    <w:rsid w:val="004C2336"/>
    <w:rsid w:val="004E4858"/>
    <w:rsid w:val="005168F3"/>
    <w:rsid w:val="005244D3"/>
    <w:rsid w:val="00570EA2"/>
    <w:rsid w:val="00580336"/>
    <w:rsid w:val="005D281B"/>
    <w:rsid w:val="005F0A41"/>
    <w:rsid w:val="00620288"/>
    <w:rsid w:val="00654153"/>
    <w:rsid w:val="006735FE"/>
    <w:rsid w:val="00694F0A"/>
    <w:rsid w:val="006A2962"/>
    <w:rsid w:val="006A3FFA"/>
    <w:rsid w:val="006C37E9"/>
    <w:rsid w:val="00725710"/>
    <w:rsid w:val="00726496"/>
    <w:rsid w:val="00747BE1"/>
    <w:rsid w:val="007505D0"/>
    <w:rsid w:val="00751174"/>
    <w:rsid w:val="00772C96"/>
    <w:rsid w:val="007B20F7"/>
    <w:rsid w:val="007B5687"/>
    <w:rsid w:val="0085067C"/>
    <w:rsid w:val="00860FD2"/>
    <w:rsid w:val="008A07A6"/>
    <w:rsid w:val="008C046E"/>
    <w:rsid w:val="008D5FC2"/>
    <w:rsid w:val="008D7B31"/>
    <w:rsid w:val="00933A32"/>
    <w:rsid w:val="00972480"/>
    <w:rsid w:val="00995868"/>
    <w:rsid w:val="00995F8D"/>
    <w:rsid w:val="009C63E4"/>
    <w:rsid w:val="009C7BD1"/>
    <w:rsid w:val="009E435A"/>
    <w:rsid w:val="00A248B5"/>
    <w:rsid w:val="00A2585B"/>
    <w:rsid w:val="00A45F5B"/>
    <w:rsid w:val="00AA1D8D"/>
    <w:rsid w:val="00AB6466"/>
    <w:rsid w:val="00AC6F38"/>
    <w:rsid w:val="00AF5109"/>
    <w:rsid w:val="00B16EC6"/>
    <w:rsid w:val="00B43CA0"/>
    <w:rsid w:val="00B47730"/>
    <w:rsid w:val="00B57D29"/>
    <w:rsid w:val="00B91CBC"/>
    <w:rsid w:val="00BB47D7"/>
    <w:rsid w:val="00BC0753"/>
    <w:rsid w:val="00BC1010"/>
    <w:rsid w:val="00BC34BD"/>
    <w:rsid w:val="00BE7875"/>
    <w:rsid w:val="00C076DE"/>
    <w:rsid w:val="00C27B45"/>
    <w:rsid w:val="00C33F4C"/>
    <w:rsid w:val="00C6597D"/>
    <w:rsid w:val="00CB0664"/>
    <w:rsid w:val="00CC2D9D"/>
    <w:rsid w:val="00CC340A"/>
    <w:rsid w:val="00CC4959"/>
    <w:rsid w:val="00CC6F64"/>
    <w:rsid w:val="00CF61FB"/>
    <w:rsid w:val="00D14929"/>
    <w:rsid w:val="00D2522E"/>
    <w:rsid w:val="00D27AD5"/>
    <w:rsid w:val="00D54492"/>
    <w:rsid w:val="00D551DC"/>
    <w:rsid w:val="00D704E9"/>
    <w:rsid w:val="00D7513D"/>
    <w:rsid w:val="00DB4BC7"/>
    <w:rsid w:val="00DF026D"/>
    <w:rsid w:val="00DF5945"/>
    <w:rsid w:val="00E04AE2"/>
    <w:rsid w:val="00E22BC0"/>
    <w:rsid w:val="00E32AE1"/>
    <w:rsid w:val="00E674A7"/>
    <w:rsid w:val="00E917F2"/>
    <w:rsid w:val="00EF0A12"/>
    <w:rsid w:val="00EF317D"/>
    <w:rsid w:val="00F25FDC"/>
    <w:rsid w:val="00F26A5C"/>
    <w:rsid w:val="00F36F0A"/>
    <w:rsid w:val="00F451AD"/>
    <w:rsid w:val="00F95F3A"/>
    <w:rsid w:val="00F96308"/>
    <w:rsid w:val="00FC3BD5"/>
    <w:rsid w:val="00FC693F"/>
    <w:rsid w:val="00FF10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9DBDFA2"/>
  <w14:defaultImageDpi w14:val="300"/>
  <w15:docId w15:val="{B6C038BD-1941-4208-869D-3936A6A6B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Times New Roman" w:eastAsia="Times New Roman" w:hAnsi="Times New Roman"/>
      <w:sz w:val="26"/>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VNHTitle">
    <w:name w:val="VNH_Title"/>
    <w:pPr>
      <w:spacing w:after="60"/>
      <w:jc w:val="center"/>
    </w:pPr>
    <w:rPr>
      <w:rFonts w:ascii="Times New Roman" w:eastAsia="Times New Roman" w:hAnsi="Times New Roman"/>
      <w:b/>
      <w:sz w:val="28"/>
    </w:rPr>
  </w:style>
  <w:style w:type="paragraph" w:customStyle="1" w:styleId="VNHHeading">
    <w:name w:val="VNH_Heading"/>
    <w:pPr>
      <w:spacing w:before="120" w:after="60"/>
    </w:pPr>
    <w:rPr>
      <w:rFonts w:ascii="Times New Roman" w:eastAsia="Times New Roman" w:hAnsi="Times New Roman"/>
      <w:b/>
      <w:sz w:val="26"/>
    </w:rPr>
  </w:style>
  <w:style w:type="paragraph" w:customStyle="1" w:styleId="VNHCenter">
    <w:name w:val="VNH_Center"/>
    <w:pPr>
      <w:spacing w:after="40"/>
      <w:jc w:val="center"/>
    </w:pPr>
    <w:rPr>
      <w:rFonts w:ascii="Times New Roman" w:eastAsia="Times New Roman" w:hAnsi="Times New Roman"/>
      <w:sz w:val="26"/>
    </w:rPr>
  </w:style>
  <w:style w:type="paragraph" w:customStyle="1" w:styleId="VNHJustify">
    <w:name w:val="VNH_Justify"/>
    <w:pPr>
      <w:spacing w:after="60" w:line="240" w:lineRule="auto"/>
      <w:ind w:firstLine="567"/>
      <w:jc w:val="both"/>
    </w:pPr>
    <w:rPr>
      <w:rFonts w:ascii="Times New Roman" w:eastAsia="Times New Roman" w:hAnsi="Times New Roman"/>
      <w:sz w:val="26"/>
    </w:rPr>
  </w:style>
  <w:style w:type="paragraph" w:customStyle="1" w:styleId="VNHNoIndent">
    <w:name w:val="VNH_NoIndent"/>
    <w:pPr>
      <w:spacing w:after="60"/>
      <w:jc w:val="both"/>
    </w:pPr>
    <w:rPr>
      <w:rFonts w:ascii="Times New Roman" w:eastAsia="Times New Roman" w:hAnsi="Times New Roman"/>
      <w:sz w:val="26"/>
    </w:rPr>
  </w:style>
  <w:style w:type="paragraph" w:customStyle="1" w:styleId="VNHSmall">
    <w:name w:val="VNH_Small"/>
    <w:pPr>
      <w:spacing w:after="0"/>
    </w:pPr>
    <w:rPr>
      <w:rFonts w:ascii="Times New Roman" w:eastAsia="Times New Roman" w:hAnsi="Times New Roman"/>
      <w:sz w:val="24"/>
    </w:rPr>
  </w:style>
  <w:style w:type="character" w:customStyle="1" w:styleId="fontstyle01">
    <w:name w:val="fontstyle01"/>
    <w:basedOn w:val="DefaultParagraphFont"/>
    <w:rsid w:val="000F28DF"/>
    <w:rPr>
      <w:rFonts w:ascii="Times New Roman" w:hAnsi="Times New Roman" w:cs="Times New Roman" w:hint="default"/>
      <w:b w:val="0"/>
      <w:bCs w:val="0"/>
      <w:i w:val="0"/>
      <w:iCs w:val="0"/>
      <w:color w:val="000000"/>
      <w:sz w:val="28"/>
      <w:szCs w:val="28"/>
    </w:rPr>
  </w:style>
  <w:style w:type="character" w:customStyle="1" w:styleId="fontstyle21">
    <w:name w:val="fontstyle21"/>
    <w:basedOn w:val="DefaultParagraphFont"/>
    <w:rsid w:val="00051978"/>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semiHidden/>
    <w:unhideWhenUsed/>
    <w:rsid w:val="00A2585B"/>
    <w:pPr>
      <w:spacing w:before="100" w:beforeAutospacing="1" w:after="100" w:afterAutospacing="1" w:line="240" w:lineRule="auto"/>
    </w:pPr>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534157">
      <w:bodyDiv w:val="1"/>
      <w:marLeft w:val="0"/>
      <w:marRight w:val="0"/>
      <w:marTop w:val="0"/>
      <w:marBottom w:val="0"/>
      <w:divBdr>
        <w:top w:val="none" w:sz="0" w:space="0" w:color="auto"/>
        <w:left w:val="none" w:sz="0" w:space="0" w:color="auto"/>
        <w:bottom w:val="none" w:sz="0" w:space="0" w:color="auto"/>
        <w:right w:val="none" w:sz="0" w:space="0" w:color="auto"/>
      </w:divBdr>
    </w:div>
    <w:div w:id="762800011">
      <w:bodyDiv w:val="1"/>
      <w:marLeft w:val="0"/>
      <w:marRight w:val="0"/>
      <w:marTop w:val="0"/>
      <w:marBottom w:val="0"/>
      <w:divBdr>
        <w:top w:val="none" w:sz="0" w:space="0" w:color="auto"/>
        <w:left w:val="none" w:sz="0" w:space="0" w:color="auto"/>
        <w:bottom w:val="none" w:sz="0" w:space="0" w:color="auto"/>
        <w:right w:val="none" w:sz="0" w:space="0" w:color="auto"/>
      </w:divBdr>
    </w:div>
    <w:div w:id="1068379960">
      <w:bodyDiv w:val="1"/>
      <w:marLeft w:val="0"/>
      <w:marRight w:val="0"/>
      <w:marTop w:val="0"/>
      <w:marBottom w:val="0"/>
      <w:divBdr>
        <w:top w:val="none" w:sz="0" w:space="0" w:color="auto"/>
        <w:left w:val="none" w:sz="0" w:space="0" w:color="auto"/>
        <w:bottom w:val="none" w:sz="0" w:space="0" w:color="auto"/>
        <w:right w:val="none" w:sz="0" w:space="0" w:color="auto"/>
      </w:divBdr>
    </w:div>
    <w:div w:id="1142582275">
      <w:bodyDiv w:val="1"/>
      <w:marLeft w:val="0"/>
      <w:marRight w:val="0"/>
      <w:marTop w:val="0"/>
      <w:marBottom w:val="0"/>
      <w:divBdr>
        <w:top w:val="none" w:sz="0" w:space="0" w:color="auto"/>
        <w:left w:val="none" w:sz="0" w:space="0" w:color="auto"/>
        <w:bottom w:val="none" w:sz="0" w:space="0" w:color="auto"/>
        <w:right w:val="none" w:sz="0" w:space="0" w:color="auto"/>
      </w:divBdr>
    </w:div>
    <w:div w:id="1580140784">
      <w:bodyDiv w:val="1"/>
      <w:marLeft w:val="0"/>
      <w:marRight w:val="0"/>
      <w:marTop w:val="0"/>
      <w:marBottom w:val="0"/>
      <w:divBdr>
        <w:top w:val="none" w:sz="0" w:space="0" w:color="auto"/>
        <w:left w:val="none" w:sz="0" w:space="0" w:color="auto"/>
        <w:bottom w:val="none" w:sz="0" w:space="0" w:color="auto"/>
        <w:right w:val="none" w:sz="0" w:space="0" w:color="auto"/>
      </w:divBdr>
    </w:div>
    <w:div w:id="1886287448">
      <w:bodyDiv w:val="1"/>
      <w:marLeft w:val="0"/>
      <w:marRight w:val="0"/>
      <w:marTop w:val="0"/>
      <w:marBottom w:val="0"/>
      <w:divBdr>
        <w:top w:val="none" w:sz="0" w:space="0" w:color="auto"/>
        <w:left w:val="none" w:sz="0" w:space="0" w:color="auto"/>
        <w:bottom w:val="none" w:sz="0" w:space="0" w:color="auto"/>
        <w:right w:val="none" w:sz="0" w:space="0" w:color="auto"/>
      </w:divBdr>
    </w:div>
    <w:div w:id="19576347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B9045E-26C8-458E-860F-97F9D5E82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1076</TotalTime>
  <Pages>14</Pages>
  <Words>4734</Words>
  <Characters>26984</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31655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Admin</cp:lastModifiedBy>
  <cp:revision>88</cp:revision>
  <dcterms:created xsi:type="dcterms:W3CDTF">2013-12-23T23:15:00Z</dcterms:created>
  <dcterms:modified xsi:type="dcterms:W3CDTF">2026-10-30T02:32:00Z</dcterms:modified>
  <cp:category/>
</cp:coreProperties>
</file>