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639" w:type="dxa"/>
        <w:jc w:val="center"/>
        <w:tblLayout w:type="fixed"/>
        <w:tblLook w:val="04A0" w:firstRow="1" w:lastRow="0" w:firstColumn="1" w:lastColumn="0" w:noHBand="0" w:noVBand="1"/>
      </w:tblPr>
      <w:tblGrid>
        <w:gridCol w:w="3545"/>
        <w:gridCol w:w="6094"/>
      </w:tblGrid>
      <w:tr w:rsidR="000C67E1" w:rsidRPr="000C67E1" w:rsidTr="00B072E9">
        <w:trPr>
          <w:jc w:val="center"/>
        </w:trPr>
        <w:tc>
          <w:tcPr>
            <w:tcW w:w="3545" w:type="dxa"/>
            <w:tcBorders>
              <w:top w:val="nil"/>
              <w:left w:val="nil"/>
              <w:bottom w:val="nil"/>
              <w:right w:val="nil"/>
            </w:tcBorders>
          </w:tcPr>
          <w:p w:rsidR="00B072E9" w:rsidRPr="000C67E1" w:rsidRDefault="00B072E9" w:rsidP="00B072E9">
            <w:pPr>
              <w:widowControl w:val="0"/>
              <w:spacing w:after="0" w:line="240" w:lineRule="auto"/>
              <w:jc w:val="center"/>
              <w:rPr>
                <w:spacing w:val="-2"/>
                <w:sz w:val="26"/>
                <w:szCs w:val="26"/>
              </w:rPr>
            </w:pPr>
            <w:r w:rsidRPr="000C67E1">
              <w:rPr>
                <w:b/>
                <w:spacing w:val="-2"/>
                <w:sz w:val="26"/>
                <w:szCs w:val="26"/>
              </w:rPr>
              <w:t>ỦY BAN NHÂN DÂN</w:t>
            </w:r>
          </w:p>
          <w:p w:rsidR="00B072E9" w:rsidRPr="000C67E1" w:rsidRDefault="00B072E9" w:rsidP="00B072E9">
            <w:pPr>
              <w:widowControl w:val="0"/>
              <w:spacing w:after="0" w:line="240" w:lineRule="auto"/>
              <w:jc w:val="center"/>
              <w:rPr>
                <w:spacing w:val="-2"/>
                <w:sz w:val="26"/>
                <w:szCs w:val="26"/>
              </w:rPr>
            </w:pPr>
            <w:r w:rsidRPr="000C67E1">
              <w:rPr>
                <w:b/>
                <w:spacing w:val="-2"/>
                <w:sz w:val="26"/>
                <w:szCs w:val="26"/>
              </w:rPr>
              <w:t>THÀNH PHỐ HẢI PHÒNG</w:t>
            </w:r>
          </w:p>
          <w:p w:rsidR="00B072E9" w:rsidRPr="000C67E1" w:rsidRDefault="00B072E9" w:rsidP="00B072E9">
            <w:pPr>
              <w:widowControl w:val="0"/>
              <w:spacing w:after="0" w:line="240" w:lineRule="auto"/>
              <w:jc w:val="center"/>
              <w:rPr>
                <w:spacing w:val="-2"/>
                <w:sz w:val="26"/>
                <w:szCs w:val="26"/>
              </w:rPr>
            </w:pPr>
            <w:r w:rsidRPr="000C67E1">
              <w:rPr>
                <w:noProof/>
                <w:spacing w:val="-2"/>
                <w:sz w:val="26"/>
                <w:szCs w:val="26"/>
              </w:rPr>
              <mc:AlternateContent>
                <mc:Choice Requires="wps">
                  <w:drawing>
                    <wp:anchor distT="0" distB="0" distL="114300" distR="114300" simplePos="0" relativeHeight="251651584" behindDoc="0" locked="0" layoutInCell="1" allowOverlap="1" wp14:anchorId="383EAD12" wp14:editId="578254E5">
                      <wp:simplePos x="0" y="0"/>
                      <wp:positionH relativeFrom="column">
                        <wp:posOffset>508635</wp:posOffset>
                      </wp:positionH>
                      <wp:positionV relativeFrom="paragraph">
                        <wp:posOffset>14605</wp:posOffset>
                      </wp:positionV>
                      <wp:extent cx="9715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71550" cy="0"/>
                              </a:xfrm>
                              <a:prstGeom prst="line">
                                <a:avLst/>
                              </a:prstGeom>
                              <a:ln w="952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2E5597CF" id="Straight Connector 1" o:spid="_x0000_s1026" style="position:absolute;z-index:251651584;visibility:visible;mso-wrap-style:square;mso-wrap-distance-left:9pt;mso-wrap-distance-top:0;mso-wrap-distance-right:9pt;mso-wrap-distance-bottom:0;mso-position-horizontal:absolute;mso-position-horizontal-relative:text;mso-position-vertical:absolute;mso-position-vertical-relative:text" from="40.05pt,1.15pt" to="116.55pt,1.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" strokecolor="black [3213]"/>
                  </w:pict>
                </mc:Fallback>
              </mc:AlternateContent>
            </w:r>
          </w:p>
        </w:tc>
        <w:tc>
          <w:tcPr>
            <w:tcW w:w="6094" w:type="dxa"/>
            <w:tcBorders>
              <w:top w:val="nil"/>
              <w:left w:val="nil"/>
              <w:bottom w:val="nil"/>
              <w:right w:val="nil"/>
            </w:tcBorders>
          </w:tcPr>
          <w:p w:rsidR="00B072E9" w:rsidRPr="000C67E1" w:rsidRDefault="00B072E9" w:rsidP="00B072E9">
            <w:pPr>
              <w:widowControl w:val="0"/>
              <w:spacing w:after="0" w:line="240" w:lineRule="auto"/>
              <w:jc w:val="center"/>
              <w:rPr>
                <w:spacing w:val="-2"/>
                <w:sz w:val="26"/>
                <w:szCs w:val="26"/>
              </w:rPr>
            </w:pPr>
            <w:r w:rsidRPr="000C67E1">
              <w:rPr>
                <w:b/>
                <w:spacing w:val="-2"/>
                <w:sz w:val="26"/>
                <w:szCs w:val="26"/>
              </w:rPr>
              <w:t>CỘNG HÒA XÃ HỘI CHỦ NGHĨA VIỆT NAM</w:t>
            </w:r>
          </w:p>
          <w:p w:rsidR="00B072E9" w:rsidRPr="000C67E1" w:rsidRDefault="00B072E9" w:rsidP="00B072E9">
            <w:pPr>
              <w:widowControl w:val="0"/>
              <w:spacing w:after="0" w:line="240" w:lineRule="auto"/>
              <w:jc w:val="center"/>
              <w:rPr>
                <w:spacing w:val="-2"/>
                <w:szCs w:val="28"/>
              </w:rPr>
            </w:pPr>
            <w:r w:rsidRPr="000C67E1">
              <w:rPr>
                <w:b/>
                <w:spacing w:val="-2"/>
                <w:szCs w:val="28"/>
              </w:rPr>
              <w:t>Độc lập - Tự do - Hạnh phúc</w:t>
            </w:r>
          </w:p>
          <w:p w:rsidR="00B072E9" w:rsidRPr="000C67E1" w:rsidRDefault="00B072E9" w:rsidP="00B072E9">
            <w:pPr>
              <w:widowControl w:val="0"/>
              <w:spacing w:after="0" w:line="240" w:lineRule="auto"/>
              <w:jc w:val="center"/>
              <w:rPr>
                <w:spacing w:val="-2"/>
                <w:sz w:val="26"/>
                <w:szCs w:val="26"/>
              </w:rPr>
            </w:pPr>
            <w:r w:rsidRPr="000C67E1">
              <w:rPr>
                <w:noProof/>
                <w:spacing w:val="-2"/>
                <w:sz w:val="26"/>
                <w:szCs w:val="26"/>
              </w:rPr>
              <mc:AlternateContent>
                <mc:Choice Requires="wps">
                  <w:drawing>
                    <wp:anchor distT="0" distB="0" distL="114300" distR="114300" simplePos="0" relativeHeight="251657728" behindDoc="0" locked="0" layoutInCell="1" allowOverlap="1" wp14:anchorId="3DFFA85D" wp14:editId="13EAC317">
                      <wp:simplePos x="0" y="0"/>
                      <wp:positionH relativeFrom="column">
                        <wp:posOffset>800099</wp:posOffset>
                      </wp:positionH>
                      <wp:positionV relativeFrom="paragraph">
                        <wp:posOffset>38100</wp:posOffset>
                      </wp:positionV>
                      <wp:extent cx="2124075" cy="0"/>
                      <wp:effectExtent l="0" t="0" r="28575" b="19050"/>
                      <wp:wrapNone/>
                      <wp:docPr id="2" name="Straight Connector 2"/>
                      <wp:cNvGraphicFramePr/>
                      <a:graphic xmlns:a="http://schemas.openxmlformats.org/drawingml/2006/main">
                        <a:graphicData uri="http://schemas.microsoft.com/office/word/2010/wordprocessingShape">
                          <wps:wsp>
                            <wps:cNvCnPr/>
                            <wps:spPr>
                              <a:xfrm>
                                <a:off x="0" y="0"/>
                                <a:ext cx="2124075" cy="0"/>
                              </a:xfrm>
                              <a:prstGeom prst="line">
                                <a:avLst/>
                              </a:prstGeom>
                              <a:ln w="952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44D2464D" id="Straight Connector 2" o:spid="_x0000_s1026" style="position:absolute;z-index:2516577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63pt,3pt" to="230.25pt,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" strokecolor="black [3213]"/>
                  </w:pict>
                </mc:Fallback>
              </mc:AlternateContent>
            </w:r>
          </w:p>
        </w:tc>
      </w:tr>
      <w:tr w:rsidR="00B072E9" w:rsidRPr="000C67E1" w:rsidTr="00B072E9">
        <w:trPr>
          <w:jc w:val="center"/>
        </w:trPr>
        <w:tc>
          <w:tcPr>
            <w:tcW w:w="3545" w:type="dxa"/>
            <w:tcBorders>
              <w:top w:val="nil"/>
              <w:left w:val="nil"/>
              <w:bottom w:val="nil"/>
              <w:right w:val="nil"/>
            </w:tcBorders>
          </w:tcPr>
          <w:p w:rsidR="00B072E9" w:rsidRPr="000C67E1" w:rsidRDefault="00B072E9" w:rsidP="00B072E9">
            <w:pPr>
              <w:widowControl w:val="0"/>
              <w:spacing w:after="0" w:line="240" w:lineRule="auto"/>
              <w:jc w:val="center"/>
              <w:rPr>
                <w:spacing w:val="-2"/>
              </w:rPr>
            </w:pPr>
            <w:r w:rsidRPr="000C67E1">
              <w:rPr>
                <w:spacing w:val="-2"/>
              </w:rPr>
              <w:t>Số:             /2026/QĐ-UBND</w:t>
            </w:r>
          </w:p>
          <w:p w:rsidR="00E26138" w:rsidRPr="000C67E1" w:rsidRDefault="00E26138" w:rsidP="00B072E9">
            <w:pPr>
              <w:widowControl w:val="0"/>
              <w:spacing w:after="0" w:line="240" w:lineRule="auto"/>
              <w:jc w:val="center"/>
              <w:rPr>
                <w:b/>
                <w:spacing w:val="-2"/>
              </w:rPr>
            </w:pPr>
            <w:r w:rsidRPr="000C67E1">
              <w:rPr>
                <w:b/>
                <w:spacing w:val="-2"/>
              </w:rPr>
              <w:t>(DỰ THẢO)</w:t>
            </w:r>
          </w:p>
        </w:tc>
        <w:tc>
          <w:tcPr>
            <w:tcW w:w="6094" w:type="dxa"/>
            <w:tcBorders>
              <w:top w:val="nil"/>
              <w:left w:val="nil"/>
              <w:bottom w:val="nil"/>
              <w:right w:val="nil"/>
            </w:tcBorders>
          </w:tcPr>
          <w:p w:rsidR="00B072E9" w:rsidRPr="000C67E1" w:rsidRDefault="00B072E9" w:rsidP="00B072E9">
            <w:pPr>
              <w:widowControl w:val="0"/>
              <w:spacing w:after="0" w:line="240" w:lineRule="auto"/>
              <w:jc w:val="center"/>
              <w:rPr>
                <w:b/>
                <w:i/>
                <w:spacing w:val="-2"/>
              </w:rPr>
            </w:pPr>
            <w:r w:rsidRPr="000C67E1">
              <w:rPr>
                <w:i/>
                <w:spacing w:val="-2"/>
              </w:rPr>
              <w:t>Hải Phòng, ngày         tháng       năm 2026</w:t>
            </w:r>
          </w:p>
        </w:tc>
      </w:tr>
    </w:tbl>
    <w:p w:rsidR="00A2377E" w:rsidRPr="000C67E1" w:rsidRDefault="00A2377E" w:rsidP="00B072E9">
      <w:pPr>
        <w:widowControl w:val="0"/>
      </w:pPr>
    </w:p>
    <w:p w:rsidR="00A2377E" w:rsidRPr="000C67E1" w:rsidRDefault="00F26D01" w:rsidP="00B072E9">
      <w:pPr>
        <w:widowControl w:val="0"/>
        <w:spacing w:after="0" w:line="240" w:lineRule="auto"/>
        <w:jc w:val="center"/>
        <w:rPr>
          <w:spacing w:val="-2"/>
        </w:rPr>
      </w:pPr>
      <w:r w:rsidRPr="000C67E1">
        <w:rPr>
          <w:b/>
          <w:spacing w:val="-2"/>
          <w:sz w:val="30"/>
        </w:rPr>
        <w:t>QUYẾT ĐỊNH</w:t>
      </w:r>
    </w:p>
    <w:p w:rsidR="00A2377E" w:rsidRPr="000C67E1" w:rsidRDefault="00F26D01" w:rsidP="00B072E9">
      <w:pPr>
        <w:widowControl w:val="0"/>
        <w:spacing w:after="0" w:line="240" w:lineRule="auto"/>
        <w:jc w:val="center"/>
        <w:rPr>
          <w:b/>
          <w:spacing w:val="-2"/>
        </w:rPr>
      </w:pPr>
      <w:r w:rsidRPr="000C67E1">
        <w:rPr>
          <w:b/>
          <w:spacing w:val="-2"/>
        </w:rPr>
        <w:t>Quy định cơ cấu tổ chức, nguồn kinh phí và chế độ thù lao đối với lực lượng quản lý đê nhân dân; mức thù lao đối với lực lượng tuần tra, canh gác bảo vệ đê điều trong mùa lũ trên địa bàn thành phố Hải Phòng</w:t>
      </w:r>
    </w:p>
    <w:p w:rsidR="00B072E9" w:rsidRPr="000C67E1" w:rsidRDefault="00B072E9" w:rsidP="00B072E9">
      <w:pPr>
        <w:widowControl w:val="0"/>
        <w:spacing w:after="0" w:line="240" w:lineRule="auto"/>
        <w:jc w:val="center"/>
        <w:rPr>
          <w:spacing w:val="-2"/>
        </w:rPr>
      </w:pPr>
      <w:r w:rsidRPr="000C67E1">
        <w:rPr>
          <w:noProof/>
          <w:spacing w:val="-2"/>
        </w:rPr>
        <mc:AlternateContent>
          <mc:Choice Requires="wps">
            <w:drawing>
              <wp:anchor distT="0" distB="0" distL="114300" distR="114300" simplePos="0" relativeHeight="251659776" behindDoc="0" locked="0" layoutInCell="1" allowOverlap="1" wp14:anchorId="304B11E3" wp14:editId="4AFA04B6">
                <wp:simplePos x="0" y="0"/>
                <wp:positionH relativeFrom="column">
                  <wp:posOffset>2101215</wp:posOffset>
                </wp:positionH>
                <wp:positionV relativeFrom="paragraph">
                  <wp:posOffset>59055</wp:posOffset>
                </wp:positionV>
                <wp:extent cx="12573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57300" cy="0"/>
                        </a:xfrm>
                        <a:prstGeom prst="line">
                          <a:avLst/>
                        </a:prstGeom>
                        <a:ln w="9525">
                          <a:solidFill>
                            <a:schemeClr val="tx1"/>
                          </a:solidFill>
                        </a:ln>
                        <a:effectLst/>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7A899788" id="Straight Connector 3" o:spid="_x0000_s1026" style="position:absolute;z-index:251659776;visibility:visible;mso-wrap-style:square;mso-wrap-distance-left:9pt;mso-wrap-distance-top:0;mso-wrap-distance-right:9pt;mso-wrap-distance-bottom:0;mso-position-horizontal:absolute;mso-position-horizontal-relative:text;mso-position-vertical:absolute;mso-position-vertical-relative:text" from="165.45pt,4.65pt" to="264.4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" strokecolor="black [3213]"/>
            </w:pict>
          </mc:Fallback>
        </mc:AlternateContent>
      </w:r>
    </w:p>
    <w:p w:rsidR="00B072E9" w:rsidRPr="000C67E1" w:rsidRDefault="00B072E9" w:rsidP="00B072E9">
      <w:pPr>
        <w:widowControl w:val="0"/>
        <w:spacing w:after="0" w:line="240" w:lineRule="auto"/>
        <w:ind w:firstLine="567"/>
        <w:jc w:val="both"/>
        <w:rPr>
          <w:i/>
          <w:spacing w:val="-2"/>
        </w:rPr>
      </w:pPr>
    </w:p>
    <w:p w:rsidR="00A2377E" w:rsidRPr="000C67E1" w:rsidRDefault="00F26D01" w:rsidP="00B072E9">
      <w:pPr>
        <w:widowControl w:val="0"/>
        <w:spacing w:after="120" w:line="264" w:lineRule="auto"/>
        <w:ind w:firstLine="720"/>
        <w:jc w:val="both"/>
        <w:rPr>
          <w:spacing w:val="-2"/>
        </w:rPr>
      </w:pPr>
      <w:r w:rsidRPr="000C67E1">
        <w:rPr>
          <w:i/>
          <w:spacing w:val="-2"/>
        </w:rPr>
        <w:t>Căn cứ Luật Tổ chức chính quyền địa phương số 72/2025/QH15;</w:t>
      </w:r>
    </w:p>
    <w:p w:rsidR="00A2377E" w:rsidRPr="000C67E1" w:rsidRDefault="00F26D01" w:rsidP="00B072E9">
      <w:pPr>
        <w:widowControl w:val="0"/>
        <w:spacing w:after="120" w:line="264" w:lineRule="auto"/>
        <w:ind w:firstLine="720"/>
        <w:jc w:val="both"/>
        <w:rPr>
          <w:spacing w:val="-2"/>
        </w:rPr>
      </w:pPr>
      <w:r w:rsidRPr="000C67E1">
        <w:rPr>
          <w:i/>
          <w:spacing w:val="-2"/>
        </w:rPr>
        <w:t>Căn cứ Luật Ban hành văn bản quy phạm pháp luật số 64/2025/QH15 được sửa đổi, bổ sung bởi Luật số 87/2025/QH15;</w:t>
      </w:r>
    </w:p>
    <w:p w:rsidR="00A2377E" w:rsidRPr="000C67E1" w:rsidRDefault="00F26D01" w:rsidP="00B072E9">
      <w:pPr>
        <w:widowControl w:val="0"/>
        <w:spacing w:after="120" w:line="264" w:lineRule="auto"/>
        <w:ind w:firstLine="720"/>
        <w:jc w:val="both"/>
        <w:rPr>
          <w:spacing w:val="-2"/>
        </w:rPr>
      </w:pPr>
      <w:r w:rsidRPr="000C67E1">
        <w:rPr>
          <w:i/>
          <w:spacing w:val="-2"/>
        </w:rPr>
        <w:t>Căn cứ Luật Ngân sách nhà nước số 89/2025/QH15;</w:t>
      </w:r>
    </w:p>
    <w:p w:rsidR="00A2377E" w:rsidRPr="000C67E1" w:rsidRDefault="00F26D01" w:rsidP="00B072E9">
      <w:pPr>
        <w:widowControl w:val="0"/>
        <w:spacing w:after="120" w:line="264" w:lineRule="auto"/>
        <w:ind w:firstLine="720"/>
        <w:jc w:val="both"/>
        <w:rPr>
          <w:spacing w:val="-2"/>
        </w:rPr>
      </w:pPr>
      <w:r w:rsidRPr="000C67E1">
        <w:rPr>
          <w:i/>
          <w:spacing w:val="-2"/>
        </w:rPr>
        <w:t>Căn cứ Bộ luật Lao động số 45/2019/QH14;</w:t>
      </w:r>
    </w:p>
    <w:p w:rsidR="00A2377E" w:rsidRPr="000C67E1" w:rsidRDefault="00F26D01" w:rsidP="00B072E9">
      <w:pPr>
        <w:widowControl w:val="0"/>
        <w:spacing w:after="120" w:line="264" w:lineRule="auto"/>
        <w:ind w:firstLine="720"/>
        <w:jc w:val="both"/>
        <w:rPr>
          <w:spacing w:val="-2"/>
        </w:rPr>
      </w:pPr>
      <w:r w:rsidRPr="000C67E1">
        <w:rPr>
          <w:i/>
          <w:spacing w:val="-2"/>
        </w:rPr>
        <w:t>Căn cứ Luật Đê điều số 79/2006/QH11 được sửa đổi, bổ sung bởi Luật số 60/2020/QH14 và Luật số 146/2025/QH15;</w:t>
      </w:r>
    </w:p>
    <w:p w:rsidR="00A2377E" w:rsidRPr="000C67E1" w:rsidRDefault="00F26D01" w:rsidP="00B072E9">
      <w:pPr>
        <w:widowControl w:val="0"/>
        <w:spacing w:after="120" w:line="264" w:lineRule="auto"/>
        <w:ind w:firstLine="720"/>
        <w:jc w:val="both"/>
        <w:rPr>
          <w:spacing w:val="-2"/>
        </w:rPr>
      </w:pPr>
      <w:r w:rsidRPr="000C67E1">
        <w:rPr>
          <w:i/>
          <w:spacing w:val="-2"/>
        </w:rPr>
        <w:t>Căn cứ Luật Phòng, chống thiên tai số 33/2013/QH13 được sửa đổi, bổ sung bởi Luật số 60/2020/QH14;</w:t>
      </w:r>
    </w:p>
    <w:p w:rsidR="00A2377E" w:rsidRPr="000C67E1" w:rsidRDefault="00F26D01" w:rsidP="00B072E9">
      <w:pPr>
        <w:widowControl w:val="0"/>
        <w:spacing w:after="120" w:line="264" w:lineRule="auto"/>
        <w:ind w:firstLine="720"/>
        <w:jc w:val="both"/>
        <w:rPr>
          <w:spacing w:val="-2"/>
        </w:rPr>
      </w:pPr>
      <w:r w:rsidRPr="000C67E1">
        <w:rPr>
          <w:i/>
          <w:spacing w:val="-2"/>
        </w:rPr>
        <w:t>Căn cứ Nghị định số 113/2007/NĐ-CP ngày 28 tháng 6 năm 2007 của Chính phủ quy định chi tiết và hướng dẫn thi hành một số điều của Luật Đê điều;</w:t>
      </w:r>
    </w:p>
    <w:p w:rsidR="00A2377E" w:rsidRPr="000C67E1" w:rsidRDefault="00F26D01" w:rsidP="00B072E9">
      <w:pPr>
        <w:widowControl w:val="0"/>
        <w:spacing w:after="120" w:line="264" w:lineRule="auto"/>
        <w:ind w:firstLine="720"/>
        <w:jc w:val="both"/>
        <w:rPr>
          <w:spacing w:val="-2"/>
        </w:rPr>
      </w:pPr>
      <w:r w:rsidRPr="000C67E1">
        <w:rPr>
          <w:i/>
          <w:spacing w:val="-2"/>
        </w:rPr>
        <w:t>Căn cứ Nghị định số 66/2021/NĐ-CP ngày 06 tháng 7 năm 2021 của Chính phủ quy định chi tiết thi hành một số điều của Luật Phòng, chống thiên tai và Luật sửa đổi, bổ sung một số điều của Luật Phòng, chống thiên tai và Luật Đê điều;</w:t>
      </w:r>
    </w:p>
    <w:p w:rsidR="00A2377E" w:rsidRPr="000C67E1" w:rsidRDefault="00F26D01" w:rsidP="00B072E9">
      <w:pPr>
        <w:widowControl w:val="0"/>
        <w:spacing w:after="120" w:line="264" w:lineRule="auto"/>
        <w:ind w:firstLine="720"/>
        <w:jc w:val="both"/>
        <w:rPr>
          <w:spacing w:val="-2"/>
        </w:rPr>
      </w:pPr>
      <w:r w:rsidRPr="000C67E1">
        <w:rPr>
          <w:i/>
          <w:spacing w:val="-2"/>
        </w:rPr>
        <w:t>Căn cứ Nghị định số 53/2026/NĐ-CP ngày 05 tháng 02 năm 2026 của Chính phủ sửa đổi, bổ sung một số điều của các Nghị định trong lĩnh vực đê điều và phòng, chống thiên tai;</w:t>
      </w:r>
    </w:p>
    <w:p w:rsidR="008779C3" w:rsidRDefault="00F26D01" w:rsidP="00B072E9">
      <w:pPr>
        <w:widowControl w:val="0"/>
        <w:spacing w:after="120" w:line="264" w:lineRule="auto"/>
        <w:ind w:firstLine="720"/>
        <w:jc w:val="both"/>
        <w:rPr>
          <w:i/>
          <w:spacing w:val="-2"/>
        </w:rPr>
      </w:pPr>
      <w:r w:rsidRPr="000C67E1">
        <w:rPr>
          <w:i/>
          <w:spacing w:val="-2"/>
        </w:rPr>
        <w:t xml:space="preserve">Căn cứ Nghị định số 78/2021/NĐ-CP ngày 01 tháng 8 năm 2021 của Chính phủ về thành lập và quản lý Quỹ phòng, chống thiên tai; </w:t>
      </w:r>
    </w:p>
    <w:p w:rsidR="00A2377E" w:rsidRPr="000C67E1" w:rsidRDefault="008779C3" w:rsidP="00B072E9">
      <w:pPr>
        <w:widowControl w:val="0"/>
        <w:spacing w:after="120" w:line="264" w:lineRule="auto"/>
        <w:ind w:firstLine="720"/>
        <w:jc w:val="both"/>
        <w:rPr>
          <w:spacing w:val="-2"/>
        </w:rPr>
      </w:pPr>
      <w:r>
        <w:rPr>
          <w:i/>
          <w:spacing w:val="-2"/>
        </w:rPr>
        <w:t xml:space="preserve"> </w:t>
      </w:r>
      <w:r w:rsidRPr="008779C3">
        <w:rPr>
          <w:i/>
          <w:spacing w:val="-2"/>
        </w:rPr>
        <w:t xml:space="preserve">Căn cứ </w:t>
      </w:r>
      <w:r w:rsidR="00F26D01" w:rsidRPr="000C67E1">
        <w:rPr>
          <w:i/>
          <w:spacing w:val="-2"/>
        </w:rPr>
        <w:t>Nghị định số 63/2025/NĐ-CP ngày 05 tháng 3 năm 2025 của Chính phủ sửa đổi, bổ sung một số điều của Nghị định số 78/2021/NĐ-CP;</w:t>
      </w:r>
    </w:p>
    <w:p w:rsidR="00A2377E" w:rsidRPr="000C67E1" w:rsidRDefault="00F26D01" w:rsidP="00B072E9">
      <w:pPr>
        <w:widowControl w:val="0"/>
        <w:spacing w:after="120" w:line="264" w:lineRule="auto"/>
        <w:ind w:firstLine="720"/>
        <w:jc w:val="both"/>
        <w:rPr>
          <w:spacing w:val="-2"/>
        </w:rPr>
      </w:pPr>
      <w:r w:rsidRPr="000C67E1">
        <w:rPr>
          <w:i/>
          <w:spacing w:val="-2"/>
        </w:rPr>
        <w:t>Căn cứ Nghị định số 161/2026/NĐ-CP ngày 15 tháng 5 năm 2026 của Chính phủ quy định mức lương cơ sở và chế độ tiền thưởng đối với cán bộ, công chức, viên chức và lực lượng vũ trang;</w:t>
      </w:r>
    </w:p>
    <w:p w:rsidR="00A2377E" w:rsidRPr="000C67E1" w:rsidRDefault="00F26D01" w:rsidP="00B072E9">
      <w:pPr>
        <w:widowControl w:val="0"/>
        <w:spacing w:after="120" w:line="264" w:lineRule="auto"/>
        <w:ind w:firstLine="720"/>
        <w:jc w:val="both"/>
        <w:rPr>
          <w:spacing w:val="-2"/>
        </w:rPr>
      </w:pPr>
      <w:r w:rsidRPr="000C67E1">
        <w:rPr>
          <w:i/>
          <w:spacing w:val="-2"/>
        </w:rPr>
        <w:t xml:space="preserve">Căn cứ Thông tư số 01/2009/TT-BNN ngày 06 tháng 01 năm 2009 của Bộ </w:t>
      </w:r>
      <w:r w:rsidRPr="000C67E1">
        <w:rPr>
          <w:i/>
          <w:spacing w:val="-2"/>
        </w:rPr>
        <w:lastRenderedPageBreak/>
        <w:t>trưởng Bộ Nông nghiệp và Phát triển nông thôn hướng dẫn tuần tra, canh gác bảo vệ đê điều trong mùa lũ;</w:t>
      </w:r>
    </w:p>
    <w:p w:rsidR="00A2377E" w:rsidRPr="000C67E1" w:rsidRDefault="00F26D01" w:rsidP="00B072E9">
      <w:pPr>
        <w:widowControl w:val="0"/>
        <w:spacing w:after="120" w:line="264" w:lineRule="auto"/>
        <w:ind w:firstLine="720"/>
        <w:jc w:val="both"/>
        <w:rPr>
          <w:spacing w:val="-2"/>
        </w:rPr>
      </w:pPr>
      <w:r w:rsidRPr="000C67E1">
        <w:rPr>
          <w:i/>
          <w:spacing w:val="-2"/>
        </w:rPr>
        <w:t>Căn cứ Thông tư số 26/2009/TT-BNN ngày 11 tháng 5 năm 2009 của Bộ trưởng Bộ Nông nghiệp và Phát triển nông thôn hướng dẫn về cơ cấu tổ chức, nguồn kinh phí và chế độ thù lao đối với lực lượng quản lý đê nhân dân;</w:t>
      </w:r>
    </w:p>
    <w:p w:rsidR="00A2377E" w:rsidRPr="000C67E1" w:rsidRDefault="00F26D01" w:rsidP="00B072E9">
      <w:pPr>
        <w:widowControl w:val="0"/>
        <w:spacing w:after="120" w:line="264" w:lineRule="auto"/>
        <w:ind w:firstLine="720"/>
        <w:jc w:val="both"/>
        <w:rPr>
          <w:spacing w:val="-2"/>
        </w:rPr>
      </w:pPr>
      <w:r w:rsidRPr="000C67E1">
        <w:rPr>
          <w:i/>
          <w:spacing w:val="-2"/>
        </w:rPr>
        <w:t>Căn cứ Thông tư số 18/2025/TT-BNNMT ngày 19 tháng 6 năm 2025 của Bộ trưởng Bộ Nông nghiệp và Môi trường quy định chi tiết về phân quyền, phân cấp, phân định thẩm quyền quản lý nhà nước trong lĩnh vực đê điều và phòng, chống thiên tai;</w:t>
      </w:r>
    </w:p>
    <w:p w:rsidR="00A2377E" w:rsidRDefault="00F26D01" w:rsidP="00381033">
      <w:pPr>
        <w:widowControl w:val="0"/>
        <w:spacing w:after="120" w:line="264" w:lineRule="auto"/>
        <w:ind w:firstLine="720"/>
        <w:jc w:val="both"/>
        <w:rPr>
          <w:i/>
          <w:spacing w:val="-2"/>
        </w:rPr>
      </w:pPr>
      <w:r w:rsidRPr="000C67E1">
        <w:rPr>
          <w:i/>
          <w:spacing w:val="-2"/>
        </w:rPr>
        <w:t>Căn cứ Thông tư số 10/2026/TT-BNNMT ngày 06 tháng 02 năm 2026 của Bộ trưởng Bộ Nông nghiệp và Môi trường sửa đổi, bổ sung một số điều của các Thông tư trong lĩnh vực đê điều và phòng, chống thiên tai;</w:t>
      </w:r>
    </w:p>
    <w:p w:rsidR="00381033" w:rsidRPr="00381033" w:rsidRDefault="00381033" w:rsidP="00381033">
      <w:pPr>
        <w:pStyle w:val="Heading4"/>
        <w:shd w:val="clear" w:color="auto" w:fill="FFFFFF"/>
        <w:spacing w:before="0" w:after="120" w:line="264" w:lineRule="auto"/>
        <w:ind w:firstLine="720"/>
        <w:jc w:val="both"/>
        <w:rPr>
          <w:rFonts w:ascii="Times New Roman" w:eastAsia="Times New Roman" w:hAnsi="Times New Roman" w:cstheme="minorBidi"/>
          <w:b w:val="0"/>
          <w:bCs w:val="0"/>
          <w:iCs w:val="0"/>
          <w:color w:val="auto"/>
          <w:spacing w:val="-2"/>
        </w:rPr>
      </w:pPr>
      <w:r w:rsidRPr="00381033">
        <w:rPr>
          <w:rFonts w:ascii="Times New Roman" w:eastAsia="Times New Roman" w:hAnsi="Times New Roman" w:cstheme="minorBidi"/>
          <w:b w:val="0"/>
          <w:bCs w:val="0"/>
          <w:iCs w:val="0"/>
          <w:color w:val="auto"/>
          <w:spacing w:val="-2"/>
        </w:rPr>
        <w:t>Căn cứ Thông tư số 69/2026/TT-BTC</w:t>
      </w:r>
      <w:r>
        <w:rPr>
          <w:rFonts w:ascii="Times New Roman" w:eastAsia="Times New Roman" w:hAnsi="Times New Roman" w:cstheme="minorBidi"/>
          <w:b w:val="0"/>
          <w:bCs w:val="0"/>
          <w:iCs w:val="0"/>
          <w:color w:val="auto"/>
          <w:spacing w:val="-2"/>
        </w:rPr>
        <w:t xml:space="preserve"> </w:t>
      </w:r>
      <w:r w:rsidRPr="00381033">
        <w:rPr>
          <w:rFonts w:ascii="Times New Roman" w:eastAsia="Times New Roman" w:hAnsi="Times New Roman" w:cstheme="minorBidi"/>
          <w:b w:val="0"/>
          <w:bCs w:val="0"/>
          <w:iCs w:val="0"/>
          <w:color w:val="auto"/>
          <w:spacing w:val="-2"/>
        </w:rPr>
        <w:t>ngày 22 tháng 6 năm 2026 của Bộ trưởng</w:t>
      </w:r>
      <w:r>
        <w:rPr>
          <w:rFonts w:ascii="Times New Roman" w:eastAsia="Times New Roman" w:hAnsi="Times New Roman" w:cstheme="minorBidi"/>
          <w:b w:val="0"/>
          <w:bCs w:val="0"/>
          <w:iCs w:val="0"/>
          <w:color w:val="auto"/>
          <w:spacing w:val="-2"/>
        </w:rPr>
        <w:t xml:space="preserve"> </w:t>
      </w:r>
      <w:r w:rsidRPr="00381033">
        <w:rPr>
          <w:rFonts w:ascii="Times New Roman" w:eastAsia="Times New Roman" w:hAnsi="Times New Roman" w:cstheme="minorBidi"/>
          <w:b w:val="0"/>
          <w:bCs w:val="0"/>
          <w:iCs w:val="0"/>
          <w:color w:val="auto"/>
          <w:spacing w:val="-2"/>
        </w:rPr>
        <w:t>Bộ Tài chính: Hướng dẫn một số nội dung chi, mức chi đặc thù trong nội dung chi ngân sách cho hoạt động phòng thủ dân sự quy định tại Điều 41 Nghị định số 200/2025/NĐ-CP ngày 09 tháng 7 năm 2025 của Chính phủ quy định chi tiết một số điều của Luật Phòng thủ dân sự</w:t>
      </w:r>
      <w:r>
        <w:rPr>
          <w:rFonts w:ascii="Times New Roman" w:eastAsia="Times New Roman" w:hAnsi="Times New Roman" w:cstheme="minorBidi"/>
          <w:b w:val="0"/>
          <w:bCs w:val="0"/>
          <w:iCs w:val="0"/>
          <w:color w:val="auto"/>
          <w:spacing w:val="-2"/>
        </w:rPr>
        <w:t>;</w:t>
      </w:r>
    </w:p>
    <w:p w:rsidR="00A2377E" w:rsidRPr="000C67E1" w:rsidRDefault="00F26D01" w:rsidP="00381033">
      <w:pPr>
        <w:widowControl w:val="0"/>
        <w:spacing w:after="120" w:line="264" w:lineRule="auto"/>
        <w:ind w:firstLine="720"/>
        <w:jc w:val="both"/>
        <w:rPr>
          <w:spacing w:val="-2"/>
        </w:rPr>
      </w:pPr>
      <w:r w:rsidRPr="000C67E1">
        <w:rPr>
          <w:i/>
          <w:spacing w:val="-2"/>
        </w:rPr>
        <w:t>Theo đề nghị của Giám đốc Sở Nông nghiệp và Môi trường tại Tờ trình số        /TTr-SNNMT ngày      tháng      năm 2026; ý kiến thẩm định của Sở Tư pháp tại Báo cáo thẩm định số        /BC-STP ngày      tháng      năm 2026.</w:t>
      </w:r>
    </w:p>
    <w:p w:rsidR="00A2377E" w:rsidRPr="002B176C" w:rsidRDefault="00F26D01" w:rsidP="00381033">
      <w:pPr>
        <w:widowControl w:val="0"/>
        <w:spacing w:after="120" w:line="264" w:lineRule="auto"/>
        <w:ind w:firstLine="720"/>
        <w:jc w:val="both"/>
        <w:rPr>
          <w:color w:val="FF0000"/>
        </w:rPr>
      </w:pPr>
      <w:r w:rsidRPr="000C67E1">
        <w:rPr>
          <w:i/>
          <w:spacing w:val="-2"/>
        </w:rPr>
        <w:t xml:space="preserve">Ủy ban nhân dân thành phố Hải Phòng ban hành Quyết định </w:t>
      </w:r>
      <w:r w:rsidR="002B176C">
        <w:rPr>
          <w:i/>
          <w:spacing w:val="-2"/>
        </w:rPr>
        <w:t>q</w:t>
      </w:r>
      <w:r w:rsidRPr="000C67E1">
        <w:rPr>
          <w:i/>
          <w:spacing w:val="-2"/>
        </w:rPr>
        <w:t>uy định cơ cấu tổ chức, nguồn kinh phí và chế độ thù lao đối với lực lượng quản lý đê nhân dân; mức thù lao đối với lực lượng tuần tra, canh gác bảo vệ đê điều trong mùa lũ trên địa bàn thành phố Hải Phòng.</w:t>
      </w:r>
    </w:p>
    <w:p w:rsidR="00B072E9" w:rsidRPr="000C67E1" w:rsidRDefault="00B072E9" w:rsidP="00B072E9">
      <w:pPr>
        <w:widowControl w:val="0"/>
        <w:spacing w:after="0" w:line="240" w:lineRule="auto"/>
        <w:jc w:val="center"/>
        <w:rPr>
          <w:b/>
          <w:spacing w:val="-2"/>
        </w:rPr>
      </w:pPr>
    </w:p>
    <w:p w:rsidR="00A2377E" w:rsidRPr="000C67E1" w:rsidRDefault="00F26D01" w:rsidP="00B072E9">
      <w:pPr>
        <w:widowControl w:val="0"/>
        <w:spacing w:after="0" w:line="240" w:lineRule="auto"/>
        <w:jc w:val="center"/>
        <w:rPr>
          <w:spacing w:val="-2"/>
        </w:rPr>
      </w:pPr>
      <w:r w:rsidRPr="000C67E1">
        <w:rPr>
          <w:b/>
          <w:spacing w:val="-2"/>
        </w:rPr>
        <w:t>Chương I</w:t>
      </w:r>
    </w:p>
    <w:p w:rsidR="00A2377E" w:rsidRPr="000C67E1" w:rsidRDefault="00F26D01" w:rsidP="00B072E9">
      <w:pPr>
        <w:widowControl w:val="0"/>
        <w:spacing w:after="0" w:line="240" w:lineRule="auto"/>
        <w:jc w:val="center"/>
        <w:rPr>
          <w:spacing w:val="-2"/>
        </w:rPr>
      </w:pPr>
      <w:r w:rsidRPr="000C67E1">
        <w:rPr>
          <w:b/>
          <w:spacing w:val="-2"/>
        </w:rPr>
        <w:t>QUY ĐỊNH CHUNG</w:t>
      </w:r>
    </w:p>
    <w:p w:rsidR="00B072E9" w:rsidRPr="000C67E1" w:rsidRDefault="00B072E9" w:rsidP="00B072E9">
      <w:pPr>
        <w:widowControl w:val="0"/>
        <w:spacing w:after="120" w:line="264" w:lineRule="auto"/>
        <w:ind w:firstLine="720"/>
        <w:jc w:val="both"/>
        <w:rPr>
          <w:b/>
          <w:spacing w:val="-2"/>
        </w:rPr>
      </w:pPr>
    </w:p>
    <w:p w:rsidR="00A2377E" w:rsidRPr="000C67E1" w:rsidRDefault="00F26D01" w:rsidP="00B072E9">
      <w:pPr>
        <w:widowControl w:val="0"/>
        <w:spacing w:after="120" w:line="264" w:lineRule="auto"/>
        <w:ind w:firstLine="720"/>
        <w:jc w:val="both"/>
        <w:rPr>
          <w:spacing w:val="-2"/>
        </w:rPr>
      </w:pPr>
      <w:r w:rsidRPr="000C67E1">
        <w:rPr>
          <w:b/>
          <w:spacing w:val="-2"/>
        </w:rPr>
        <w:t>Điều 1.</w:t>
      </w:r>
      <w:r w:rsidRPr="000C67E1">
        <w:rPr>
          <w:spacing w:val="-2"/>
        </w:rPr>
        <w:t xml:space="preserve"> Phạm vi điều chỉnh</w:t>
      </w:r>
    </w:p>
    <w:p w:rsidR="00EA182B" w:rsidRDefault="00EA182B" w:rsidP="00EA182B">
      <w:pPr>
        <w:widowControl w:val="0"/>
        <w:spacing w:after="120" w:line="264" w:lineRule="auto"/>
        <w:ind w:firstLine="720"/>
        <w:jc w:val="both"/>
        <w:rPr>
          <w:rStyle w:val="fontstyle01"/>
          <w:rFonts w:eastAsiaTheme="majorEastAsia"/>
          <w:i w:val="0"/>
        </w:rPr>
      </w:pPr>
      <w:r w:rsidRPr="00EA182B">
        <w:rPr>
          <w:rStyle w:val="fontstyle01"/>
          <w:rFonts w:eastAsiaTheme="majorEastAsia"/>
          <w:i w:val="0"/>
        </w:rPr>
        <w:t>1. Quy định này quy định chi tiết khoản 2 Điều 24; khoản 3 Điều 37 Luật</w:t>
      </w:r>
      <w:r w:rsidRPr="00EA182B">
        <w:rPr>
          <w:i/>
          <w:iCs/>
          <w:color w:val="000000"/>
          <w:szCs w:val="28"/>
        </w:rPr>
        <w:br/>
      </w:r>
      <w:r w:rsidRPr="00EA182B">
        <w:rPr>
          <w:rStyle w:val="fontstyle01"/>
          <w:rFonts w:eastAsiaTheme="majorEastAsia"/>
          <w:i w:val="0"/>
        </w:rPr>
        <w:t>Đê điều số 79/2006/QH11 được sửa đổi, bổ sung bởi Luật số 146/2025/QH15 và</w:t>
      </w:r>
      <w:r w:rsidRPr="00EA182B">
        <w:rPr>
          <w:i/>
          <w:iCs/>
          <w:color w:val="000000"/>
          <w:szCs w:val="28"/>
        </w:rPr>
        <w:br/>
      </w:r>
      <w:r w:rsidRPr="00EA182B">
        <w:rPr>
          <w:rStyle w:val="fontstyle01"/>
          <w:rFonts w:eastAsiaTheme="majorEastAsia"/>
          <w:i w:val="0"/>
        </w:rPr>
        <w:t>khoản 1 Điều 14 Thông tư số 01/2009/TT-BNN hướng dẫn tuần tra, canh gác bảo vệ</w:t>
      </w:r>
      <w:r>
        <w:rPr>
          <w:rStyle w:val="fontstyle01"/>
          <w:rFonts w:eastAsiaTheme="majorEastAsia"/>
          <w:i w:val="0"/>
        </w:rPr>
        <w:t xml:space="preserve"> </w:t>
      </w:r>
      <w:r w:rsidRPr="00EA182B">
        <w:rPr>
          <w:rStyle w:val="fontstyle01"/>
          <w:rFonts w:eastAsiaTheme="majorEastAsia"/>
          <w:i w:val="0"/>
        </w:rPr>
        <w:t>đê điều trong mùa lũ được sửa đổi, bổ sung bởi Thông tư số 10/2026/TT-BNNMT về:</w:t>
      </w:r>
    </w:p>
    <w:p w:rsidR="00EA182B" w:rsidRDefault="00EA182B" w:rsidP="00EA182B">
      <w:pPr>
        <w:widowControl w:val="0"/>
        <w:spacing w:after="120" w:line="264" w:lineRule="auto"/>
        <w:ind w:firstLine="720"/>
        <w:jc w:val="both"/>
        <w:rPr>
          <w:rStyle w:val="fontstyle01"/>
          <w:rFonts w:eastAsiaTheme="majorEastAsia"/>
          <w:i w:val="0"/>
        </w:rPr>
      </w:pPr>
      <w:r w:rsidRPr="00EA182B">
        <w:rPr>
          <w:rStyle w:val="fontstyle01"/>
          <w:rFonts w:eastAsiaTheme="majorEastAsia"/>
          <w:i w:val="0"/>
        </w:rPr>
        <w:t>a) Cơ cấu tổ chức, nhiệm vụ, chế độ thông tin báo cáo, nguồn kinh phí và chế</w:t>
      </w:r>
      <w:r>
        <w:rPr>
          <w:rStyle w:val="fontstyle01"/>
          <w:rFonts w:eastAsiaTheme="majorEastAsia"/>
          <w:i w:val="0"/>
        </w:rPr>
        <w:t xml:space="preserve"> </w:t>
      </w:r>
      <w:r w:rsidRPr="00EA182B">
        <w:rPr>
          <w:rStyle w:val="fontstyle01"/>
          <w:rFonts w:eastAsiaTheme="majorEastAsia"/>
          <w:i w:val="0"/>
        </w:rPr>
        <w:t>độ thù lao đối với lực lượng quản lý đê nhân dân trên địa bàn thành phố Hải Phòng;</w:t>
      </w:r>
    </w:p>
    <w:p w:rsidR="00EA182B" w:rsidRDefault="00EA182B" w:rsidP="00EA182B">
      <w:pPr>
        <w:widowControl w:val="0"/>
        <w:spacing w:after="120" w:line="264" w:lineRule="auto"/>
        <w:ind w:firstLine="720"/>
        <w:jc w:val="both"/>
        <w:rPr>
          <w:rStyle w:val="fontstyle01"/>
          <w:rFonts w:eastAsiaTheme="majorEastAsia"/>
          <w:i w:val="0"/>
        </w:rPr>
      </w:pPr>
      <w:r w:rsidRPr="00EA182B">
        <w:rPr>
          <w:rStyle w:val="fontstyle01"/>
          <w:rFonts w:eastAsiaTheme="majorEastAsia"/>
          <w:i w:val="0"/>
        </w:rPr>
        <w:lastRenderedPageBreak/>
        <w:t>b) Mức thù lao, nguồn kinh phí chi trả thù lao đối với người tham gia lực</w:t>
      </w:r>
      <w:r w:rsidRPr="00EA182B">
        <w:rPr>
          <w:i/>
          <w:iCs/>
          <w:color w:val="000000"/>
          <w:szCs w:val="28"/>
        </w:rPr>
        <w:br/>
      </w:r>
      <w:r w:rsidRPr="00EA182B">
        <w:rPr>
          <w:rStyle w:val="fontstyle01"/>
          <w:rFonts w:eastAsiaTheme="majorEastAsia"/>
          <w:i w:val="0"/>
        </w:rPr>
        <w:t>lượng tuần tra, canh gác bảo vệ đê điều trong mùa lũ trên địa bàn thành phố</w:t>
      </w:r>
      <w:r w:rsidRPr="00EA182B">
        <w:rPr>
          <w:i/>
          <w:iCs/>
          <w:color w:val="000000"/>
          <w:szCs w:val="28"/>
        </w:rPr>
        <w:br/>
      </w:r>
      <w:r w:rsidRPr="00EA182B">
        <w:rPr>
          <w:rStyle w:val="fontstyle01"/>
          <w:rFonts w:eastAsiaTheme="majorEastAsia"/>
          <w:i w:val="0"/>
        </w:rPr>
        <w:t>Hải Phòng.</w:t>
      </w:r>
    </w:p>
    <w:p w:rsidR="00EA182B" w:rsidRPr="00EA182B" w:rsidRDefault="00EA182B" w:rsidP="00EA182B">
      <w:pPr>
        <w:widowControl w:val="0"/>
        <w:spacing w:after="120" w:line="264" w:lineRule="auto"/>
        <w:ind w:firstLine="720"/>
        <w:jc w:val="both"/>
        <w:rPr>
          <w:i/>
          <w:spacing w:val="-6"/>
        </w:rPr>
      </w:pPr>
      <w:r w:rsidRPr="00EA182B">
        <w:rPr>
          <w:rStyle w:val="fontstyle01"/>
          <w:rFonts w:eastAsiaTheme="majorEastAsia"/>
          <w:i w:val="0"/>
        </w:rPr>
        <w:t>2. Những nội dung không quy định tại quy định này được thực hiện theo</w:t>
      </w:r>
      <w:r w:rsidRPr="00EA182B">
        <w:rPr>
          <w:i/>
          <w:iCs/>
          <w:color w:val="000000"/>
          <w:szCs w:val="28"/>
        </w:rPr>
        <w:br/>
      </w:r>
      <w:r w:rsidRPr="00EA182B">
        <w:rPr>
          <w:rStyle w:val="fontstyle01"/>
          <w:rFonts w:eastAsiaTheme="majorEastAsia"/>
          <w:i w:val="0"/>
        </w:rPr>
        <w:t>quy định của pháp luật hiện hành</w:t>
      </w:r>
      <w:r w:rsidRPr="00EA182B">
        <w:rPr>
          <w:rStyle w:val="fontstyle21"/>
          <w:rFonts w:eastAsiaTheme="majorEastAsia"/>
          <w:i/>
        </w:rPr>
        <w:t>.</w:t>
      </w:r>
    </w:p>
    <w:p w:rsidR="00A2377E" w:rsidRPr="000C67E1" w:rsidRDefault="00F26D01" w:rsidP="00B072E9">
      <w:pPr>
        <w:widowControl w:val="0"/>
        <w:spacing w:after="120" w:line="264" w:lineRule="auto"/>
        <w:ind w:firstLine="720"/>
        <w:jc w:val="both"/>
        <w:rPr>
          <w:spacing w:val="-2"/>
        </w:rPr>
      </w:pPr>
      <w:r w:rsidRPr="000C67E1">
        <w:rPr>
          <w:b/>
          <w:spacing w:val="-2"/>
        </w:rPr>
        <w:t>Điều 2.</w:t>
      </w:r>
      <w:r w:rsidRPr="000C67E1">
        <w:rPr>
          <w:spacing w:val="-2"/>
        </w:rPr>
        <w:t xml:space="preserve"> Đối tượng áp dụng</w:t>
      </w:r>
    </w:p>
    <w:p w:rsidR="00A82AF8" w:rsidRPr="000C67E1" w:rsidRDefault="00F26D01" w:rsidP="00B072E9">
      <w:pPr>
        <w:widowControl w:val="0"/>
        <w:spacing w:after="120" w:line="264" w:lineRule="auto"/>
        <w:ind w:firstLine="720"/>
        <w:jc w:val="both"/>
        <w:rPr>
          <w:spacing w:val="-2"/>
        </w:rPr>
      </w:pPr>
      <w:r w:rsidRPr="000C67E1">
        <w:rPr>
          <w:spacing w:val="-2"/>
        </w:rPr>
        <w:t xml:space="preserve">1. </w:t>
      </w:r>
      <w:r w:rsidR="00A82AF8" w:rsidRPr="000C67E1">
        <w:rPr>
          <w:spacing w:val="-2"/>
        </w:rPr>
        <w:t>Các Sở, ngành thành phố.</w:t>
      </w:r>
    </w:p>
    <w:p w:rsidR="00A2377E" w:rsidRDefault="00A82AF8" w:rsidP="00B072E9">
      <w:pPr>
        <w:widowControl w:val="0"/>
        <w:spacing w:after="120" w:line="264" w:lineRule="auto"/>
        <w:ind w:firstLine="720"/>
        <w:jc w:val="both"/>
        <w:rPr>
          <w:spacing w:val="-2"/>
        </w:rPr>
      </w:pPr>
      <w:r w:rsidRPr="000C67E1">
        <w:rPr>
          <w:spacing w:val="-2"/>
        </w:rPr>
        <w:t xml:space="preserve">2. </w:t>
      </w:r>
      <w:r w:rsidR="00F26D01" w:rsidRPr="000C67E1">
        <w:rPr>
          <w:spacing w:val="-2"/>
        </w:rPr>
        <w:t>Ủy ban nhân dân các xã, phường, đặc khu có đê.</w:t>
      </w:r>
    </w:p>
    <w:p w:rsidR="000A25E9" w:rsidRPr="000C67E1" w:rsidRDefault="000A25E9" w:rsidP="00B072E9">
      <w:pPr>
        <w:widowControl w:val="0"/>
        <w:spacing w:after="120" w:line="264" w:lineRule="auto"/>
        <w:ind w:firstLine="720"/>
        <w:jc w:val="both"/>
        <w:rPr>
          <w:spacing w:val="-2"/>
        </w:rPr>
      </w:pPr>
      <w:r>
        <w:rPr>
          <w:rFonts w:cs="Times New Roman"/>
          <w:spacing w:val="-2"/>
          <w:szCs w:val="28"/>
        </w:rPr>
        <w:t xml:space="preserve">3. </w:t>
      </w:r>
      <w:r w:rsidRPr="00976EDF">
        <w:rPr>
          <w:rFonts w:cs="Times New Roman"/>
          <w:spacing w:val="-2"/>
          <w:szCs w:val="28"/>
        </w:rPr>
        <w:t>Chi cục Quản lý tài nguyên nước và Phòng, chống thiên tai</w:t>
      </w:r>
      <w:r w:rsidR="00B51F33">
        <w:rPr>
          <w:rFonts w:cs="Times New Roman"/>
          <w:spacing w:val="-2"/>
          <w:szCs w:val="28"/>
        </w:rPr>
        <w:t xml:space="preserve"> thuộc Sở Nông nghiệp và Môi trường</w:t>
      </w:r>
      <w:r>
        <w:rPr>
          <w:rFonts w:cs="Times New Roman"/>
          <w:spacing w:val="-2"/>
          <w:szCs w:val="28"/>
        </w:rPr>
        <w:t>.</w:t>
      </w:r>
    </w:p>
    <w:p w:rsidR="00A2377E" w:rsidRPr="000C67E1" w:rsidRDefault="000A25E9" w:rsidP="00B072E9">
      <w:pPr>
        <w:widowControl w:val="0"/>
        <w:spacing w:after="120" w:line="264" w:lineRule="auto"/>
        <w:ind w:firstLine="720"/>
        <w:jc w:val="both"/>
        <w:rPr>
          <w:spacing w:val="-2"/>
        </w:rPr>
      </w:pPr>
      <w:r>
        <w:rPr>
          <w:spacing w:val="-2"/>
        </w:rPr>
        <w:t>4</w:t>
      </w:r>
      <w:r w:rsidR="00F26D01" w:rsidRPr="000C67E1">
        <w:rPr>
          <w:spacing w:val="-2"/>
        </w:rPr>
        <w:t>. Lực lượng quản lý đê nhân dân.</w:t>
      </w:r>
    </w:p>
    <w:p w:rsidR="00A2377E" w:rsidRPr="000C67E1" w:rsidRDefault="000A25E9" w:rsidP="00B072E9">
      <w:pPr>
        <w:widowControl w:val="0"/>
        <w:spacing w:after="120" w:line="264" w:lineRule="auto"/>
        <w:ind w:firstLine="720"/>
        <w:jc w:val="both"/>
        <w:rPr>
          <w:spacing w:val="-2"/>
        </w:rPr>
      </w:pPr>
      <w:r>
        <w:rPr>
          <w:spacing w:val="-2"/>
        </w:rPr>
        <w:t>5</w:t>
      </w:r>
      <w:r w:rsidR="00F26D01" w:rsidRPr="000C67E1">
        <w:rPr>
          <w:spacing w:val="-2"/>
        </w:rPr>
        <w:t>. Người tham gia lực lượng tuần tra, canh gác bảo vệ đê điều trong mùa lũ theo quyết định thành lập, huy động của Ủy ban nhân dân cấp xã nơi có đê.</w:t>
      </w:r>
    </w:p>
    <w:p w:rsidR="00A2377E" w:rsidRPr="000C67E1" w:rsidRDefault="000A25E9" w:rsidP="00B072E9">
      <w:pPr>
        <w:widowControl w:val="0"/>
        <w:spacing w:after="120" w:line="264" w:lineRule="auto"/>
        <w:ind w:firstLine="720"/>
        <w:jc w:val="both"/>
        <w:rPr>
          <w:spacing w:val="-2"/>
        </w:rPr>
      </w:pPr>
      <w:r>
        <w:rPr>
          <w:spacing w:val="-2"/>
        </w:rPr>
        <w:t>6</w:t>
      </w:r>
      <w:r w:rsidR="00807CCC">
        <w:rPr>
          <w:spacing w:val="-2"/>
        </w:rPr>
        <w:t>.</w:t>
      </w:r>
      <w:r w:rsidR="00F26D01" w:rsidRPr="000C67E1">
        <w:rPr>
          <w:spacing w:val="-2"/>
        </w:rPr>
        <w:t xml:space="preserve"> Các tổ chức, cá nhân khác có liên quan đến công tác quản lý, bảo vệ đê điều, hộ đê và phòng, chống thiên tai trên địa bàn thành phố Hải Phòng.</w:t>
      </w:r>
    </w:p>
    <w:p w:rsidR="00A2377E" w:rsidRPr="000C67E1" w:rsidRDefault="00F26D01" w:rsidP="00B072E9">
      <w:pPr>
        <w:widowControl w:val="0"/>
        <w:spacing w:after="120" w:line="264" w:lineRule="auto"/>
        <w:ind w:firstLine="720"/>
        <w:jc w:val="both"/>
        <w:rPr>
          <w:spacing w:val="-2"/>
        </w:rPr>
      </w:pPr>
      <w:r w:rsidRPr="000C67E1">
        <w:rPr>
          <w:b/>
          <w:spacing w:val="-2"/>
        </w:rPr>
        <w:t>Điều 3.</w:t>
      </w:r>
      <w:r w:rsidRPr="000C67E1">
        <w:rPr>
          <w:spacing w:val="-2"/>
        </w:rPr>
        <w:t xml:space="preserve"> Nguyên tắc thực hiện</w:t>
      </w:r>
    </w:p>
    <w:p w:rsidR="00A2377E" w:rsidRPr="000C67E1" w:rsidRDefault="00F26D01" w:rsidP="00B072E9">
      <w:pPr>
        <w:widowControl w:val="0"/>
        <w:spacing w:after="120" w:line="264" w:lineRule="auto"/>
        <w:ind w:firstLine="720"/>
        <w:jc w:val="both"/>
        <w:rPr>
          <w:spacing w:val="-2"/>
        </w:rPr>
      </w:pPr>
      <w:r w:rsidRPr="000C67E1">
        <w:rPr>
          <w:spacing w:val="-2"/>
        </w:rPr>
        <w:t>1. Việc tổ chức lực lượng quản lý đê nhân dân và lực lượng tuần tra, canh gác bảo vệ đê điều trong mùa lũ phải bảo đảm đúng quy định của pháp luật về đê điều, phòng, chống thiên tai, ngân sách nhà nước và các quy định pháp luật có liên quan.</w:t>
      </w:r>
    </w:p>
    <w:p w:rsidR="00A2377E" w:rsidRPr="000C67E1" w:rsidRDefault="00F26D01" w:rsidP="00B072E9">
      <w:pPr>
        <w:widowControl w:val="0"/>
        <w:spacing w:after="120" w:line="264" w:lineRule="auto"/>
        <w:ind w:firstLine="720"/>
        <w:jc w:val="both"/>
        <w:rPr>
          <w:spacing w:val="-2"/>
        </w:rPr>
      </w:pPr>
      <w:r w:rsidRPr="000C67E1">
        <w:rPr>
          <w:spacing w:val="-2"/>
        </w:rPr>
        <w:t xml:space="preserve">2. </w:t>
      </w:r>
      <w:r w:rsidR="00A02B27" w:rsidRPr="000C67E1">
        <w:rPr>
          <w:spacing w:val="-2"/>
        </w:rPr>
        <w:t>Việc thành lập, tổ chức, quản lý, điều hành và hướng dẫn chuyên môn, kỹ thuật đối với lực lượng quản lý đê nhân dân và lực lượng tuần tra, canh gác bảo vệ đê điều trong mùa lũ thực hiện theo quy định của pháp luật về đê điều và phòng, chống thiên tai</w:t>
      </w:r>
      <w:r w:rsidRPr="000C67E1">
        <w:rPr>
          <w:spacing w:val="-2"/>
        </w:rPr>
        <w:t>.</w:t>
      </w:r>
    </w:p>
    <w:p w:rsidR="00A2377E" w:rsidRPr="000C67E1" w:rsidRDefault="00F26D01" w:rsidP="00B072E9">
      <w:pPr>
        <w:widowControl w:val="0"/>
        <w:spacing w:after="120" w:line="264" w:lineRule="auto"/>
        <w:ind w:firstLine="720"/>
        <w:jc w:val="both"/>
        <w:rPr>
          <w:spacing w:val="-2"/>
        </w:rPr>
      </w:pPr>
      <w:r w:rsidRPr="000C67E1">
        <w:rPr>
          <w:spacing w:val="-2"/>
        </w:rPr>
        <w:t>3. Việc chi trả thù lao phải đúng đối tượng, đúng thời gian thực tế tham gia nhiệm vụ, công khai, minh bạch, bảo đảm hồ sơ, chứng từ thanh toán, quyết toán theo quy định.</w:t>
      </w:r>
    </w:p>
    <w:p w:rsidR="00A2377E" w:rsidRPr="000C67E1" w:rsidRDefault="00F26D01" w:rsidP="00B072E9">
      <w:pPr>
        <w:widowControl w:val="0"/>
        <w:spacing w:after="120" w:line="264" w:lineRule="auto"/>
        <w:jc w:val="center"/>
        <w:rPr>
          <w:spacing w:val="-2"/>
        </w:rPr>
      </w:pPr>
      <w:r w:rsidRPr="000C67E1">
        <w:rPr>
          <w:b/>
          <w:spacing w:val="-2"/>
        </w:rPr>
        <w:t>Chương II</w:t>
      </w:r>
    </w:p>
    <w:p w:rsidR="00A2377E" w:rsidRPr="000C67E1" w:rsidRDefault="00F26D01" w:rsidP="00B072E9">
      <w:pPr>
        <w:widowControl w:val="0"/>
        <w:spacing w:after="120" w:line="264" w:lineRule="auto"/>
        <w:jc w:val="center"/>
        <w:rPr>
          <w:spacing w:val="-2"/>
        </w:rPr>
      </w:pPr>
      <w:r w:rsidRPr="000C67E1">
        <w:rPr>
          <w:b/>
          <w:spacing w:val="-2"/>
        </w:rPr>
        <w:t>CƠ CẤU TỔ CHỨC, NHIỆM VỤ, CHẾ ĐỘ THÙ LAO VÀ NGUỒN KINH PHÍ ĐỐI VỚI LỰC LƯỢNG QUẢN LÝ ĐÊ NHÂN DÂN</w:t>
      </w:r>
    </w:p>
    <w:p w:rsidR="00A2377E" w:rsidRPr="000C67E1" w:rsidRDefault="00F26D01" w:rsidP="00B072E9">
      <w:pPr>
        <w:widowControl w:val="0"/>
        <w:spacing w:after="120" w:line="264" w:lineRule="auto"/>
        <w:ind w:firstLine="720"/>
        <w:jc w:val="both"/>
        <w:rPr>
          <w:spacing w:val="-2"/>
        </w:rPr>
      </w:pPr>
      <w:r w:rsidRPr="000C67E1">
        <w:rPr>
          <w:b/>
          <w:spacing w:val="-2"/>
        </w:rPr>
        <w:t>Điều 4.</w:t>
      </w:r>
      <w:r w:rsidRPr="000C67E1">
        <w:rPr>
          <w:spacing w:val="-2"/>
        </w:rPr>
        <w:t xml:space="preserve"> Cơ cấu tổ chức của lực lượng quản lý đê nhân dân</w:t>
      </w:r>
    </w:p>
    <w:p w:rsidR="00A2377E" w:rsidRPr="000C67E1" w:rsidRDefault="00F26D01" w:rsidP="00B072E9">
      <w:pPr>
        <w:widowControl w:val="0"/>
        <w:spacing w:after="120" w:line="264" w:lineRule="auto"/>
        <w:ind w:firstLine="720"/>
        <w:jc w:val="both"/>
        <w:rPr>
          <w:spacing w:val="-2"/>
        </w:rPr>
      </w:pPr>
      <w:r w:rsidRPr="000C67E1">
        <w:rPr>
          <w:spacing w:val="-2"/>
        </w:rPr>
        <w:t>1. Lực lượng quản lý đê nhân dân do Ủy ban nhân dân thành phố thành lập, không thuộc biên chế nhà nước, được tổ chức theo địa bàn từng xã, phường, đặc khu ven đê và do Ủy ban nhân dân cấp xã trực tiếp quản lý.</w:t>
      </w:r>
    </w:p>
    <w:p w:rsidR="00A2377E" w:rsidRPr="000C67E1" w:rsidRDefault="00F26D01" w:rsidP="00B072E9">
      <w:pPr>
        <w:widowControl w:val="0"/>
        <w:spacing w:after="120" w:line="264" w:lineRule="auto"/>
        <w:ind w:firstLine="720"/>
        <w:jc w:val="both"/>
        <w:rPr>
          <w:spacing w:val="-2"/>
        </w:rPr>
      </w:pPr>
      <w:r w:rsidRPr="000C67E1">
        <w:rPr>
          <w:spacing w:val="-2"/>
        </w:rPr>
        <w:t xml:space="preserve">2. Căn cứ chiều dài tuyến đê, cấp đê, đặc điểm địa hình, số lượng công trình </w:t>
      </w:r>
      <w:r w:rsidRPr="000C67E1">
        <w:rPr>
          <w:spacing w:val="-2"/>
        </w:rPr>
        <w:lastRenderedPageBreak/>
        <w:t xml:space="preserve">trên tuyến đê, mức độ xung yếu, yêu cầu quản lý, bảo vệ đê điều và khả năng cân đối nguồn kinh phí, mỗi nhân viên quản lý đê nhân dân được giao quản lý </w:t>
      </w:r>
      <w:r w:rsidR="006B586A">
        <w:rPr>
          <w:spacing w:val="-2"/>
        </w:rPr>
        <w:t>không quá</w:t>
      </w:r>
      <w:r w:rsidRPr="000C67E1">
        <w:rPr>
          <w:spacing w:val="-2"/>
        </w:rPr>
        <w:t xml:space="preserve"> 03 km đê. </w:t>
      </w:r>
      <w:r w:rsidR="00774FEC" w:rsidRPr="00774FEC">
        <w:rPr>
          <w:spacing w:val="-2"/>
        </w:rPr>
        <w:t>Đối với khu vực xung yếu, trọng điểm, tuyến đê có nhiều cống qua đê, kè bảo vệ đê hoặc có yêu cầu quản lý đặc thù, việc bố trí nhân viên quản lý đê nhân dân phải phù hợp với điều kiện thực tế, bảo đảm không quá 03 km đê/người và đáp ứng yêu cầu quản lý, bảo vệ đê điều.</w:t>
      </w:r>
    </w:p>
    <w:p w:rsidR="00A2377E" w:rsidRPr="000C67E1" w:rsidRDefault="00BE0EF0" w:rsidP="00B072E9">
      <w:pPr>
        <w:widowControl w:val="0"/>
        <w:spacing w:after="120" w:line="264" w:lineRule="auto"/>
        <w:ind w:firstLine="720"/>
        <w:jc w:val="both"/>
        <w:rPr>
          <w:spacing w:val="-2"/>
        </w:rPr>
      </w:pPr>
      <w:r>
        <w:rPr>
          <w:spacing w:val="-2"/>
        </w:rPr>
        <w:t xml:space="preserve">3. </w:t>
      </w:r>
      <w:r w:rsidR="00F26D01" w:rsidRPr="000C67E1">
        <w:rPr>
          <w:spacing w:val="-2"/>
        </w:rPr>
        <w:t>Ủy ban nhân dân cấp xã nơi có đê rà soát nhu cầu, lập danh sách nhân viên quản lý đê nhân dân trên địa bàn, gửi Sở Nông nghiệp và Môi trường tổng hợp, báo cáo Ủy ban nhân dân thành phố xem xét thành lập, kiện toàn lực lượng quản lý đê nhân dân theo quy định.</w:t>
      </w:r>
    </w:p>
    <w:p w:rsidR="00A2377E" w:rsidRPr="000C67E1" w:rsidRDefault="00F26D01" w:rsidP="00B072E9">
      <w:pPr>
        <w:widowControl w:val="0"/>
        <w:spacing w:after="120" w:line="264" w:lineRule="auto"/>
        <w:ind w:firstLine="720"/>
        <w:jc w:val="both"/>
        <w:rPr>
          <w:spacing w:val="-2"/>
        </w:rPr>
      </w:pPr>
      <w:r w:rsidRPr="000C67E1">
        <w:rPr>
          <w:spacing w:val="-2"/>
        </w:rPr>
        <w:t>4. Trường hợp cần thay thế, bổ sung nhân viên quản lý đê nhân dân trong năm, Ủy ban nhân dân cấp xã gửi đề nghị về Sở Nông nghiệp và Môi trường để tổng hợp, báo cáo Ủy ban nhân dân thành phố xem xét, quyết định.</w:t>
      </w:r>
    </w:p>
    <w:p w:rsidR="00A2377E" w:rsidRPr="000C67E1" w:rsidRDefault="00F26D01" w:rsidP="00B072E9">
      <w:pPr>
        <w:widowControl w:val="0"/>
        <w:spacing w:after="120" w:line="264" w:lineRule="auto"/>
        <w:ind w:firstLine="720"/>
        <w:jc w:val="both"/>
        <w:rPr>
          <w:spacing w:val="-2"/>
        </w:rPr>
      </w:pPr>
      <w:r w:rsidRPr="000C67E1">
        <w:rPr>
          <w:b/>
          <w:spacing w:val="-2"/>
        </w:rPr>
        <w:t>Điều 5.</w:t>
      </w:r>
      <w:r w:rsidRPr="000C67E1">
        <w:rPr>
          <w:spacing w:val="-2"/>
        </w:rPr>
        <w:t xml:space="preserve"> Tiêu chuẩn của nhân viên quản lý đê nhân dân</w:t>
      </w:r>
    </w:p>
    <w:p w:rsidR="00A2377E" w:rsidRPr="000C67E1" w:rsidRDefault="00F26D01" w:rsidP="00B072E9">
      <w:pPr>
        <w:widowControl w:val="0"/>
        <w:spacing w:after="120" w:line="264" w:lineRule="auto"/>
        <w:ind w:firstLine="720"/>
        <w:jc w:val="both"/>
        <w:rPr>
          <w:spacing w:val="-2"/>
        </w:rPr>
      </w:pPr>
      <w:r w:rsidRPr="000C67E1">
        <w:rPr>
          <w:spacing w:val="-2"/>
        </w:rPr>
        <w:t>1. Là công dân Việt Nam, cư trú tại địa phương nơi có đê hoặc am hiểu địa bàn tuyến đê được giao quản lý.</w:t>
      </w:r>
    </w:p>
    <w:p w:rsidR="00A2377E" w:rsidRPr="000C67E1" w:rsidRDefault="00F26D01" w:rsidP="00B072E9">
      <w:pPr>
        <w:widowControl w:val="0"/>
        <w:spacing w:after="120" w:line="264" w:lineRule="auto"/>
        <w:ind w:firstLine="720"/>
        <w:jc w:val="both"/>
        <w:rPr>
          <w:spacing w:val="-2"/>
        </w:rPr>
      </w:pPr>
      <w:r w:rsidRPr="000C67E1">
        <w:rPr>
          <w:spacing w:val="-2"/>
        </w:rPr>
        <w:t>2. Có sức khỏe, tinh thần trách nhiệm, có khả năng thực hiện nhiệm vụ quản lý, bảo vệ đê điều, hộ đê, phòng, chống thiên tai.</w:t>
      </w:r>
    </w:p>
    <w:p w:rsidR="00A2377E" w:rsidRPr="000C67E1" w:rsidRDefault="00F26D01" w:rsidP="00B072E9">
      <w:pPr>
        <w:widowControl w:val="0"/>
        <w:spacing w:after="120" w:line="264" w:lineRule="auto"/>
        <w:ind w:firstLine="720"/>
        <w:jc w:val="both"/>
        <w:rPr>
          <w:spacing w:val="-2"/>
        </w:rPr>
      </w:pPr>
      <w:r w:rsidRPr="000C67E1">
        <w:rPr>
          <w:spacing w:val="-2"/>
        </w:rPr>
        <w:t>3. Có hiểu biết cơ bản về pháp luật đê điều, phòng, chống thiên tai; ưu tiên người có kinh nghiệm trong công tác quản lý, bảo vệ đê điều, thủy lợi, phòng, chống thiên tai tại địa phương.</w:t>
      </w:r>
    </w:p>
    <w:p w:rsidR="00A2377E" w:rsidRPr="000C67E1" w:rsidRDefault="00F26D01" w:rsidP="00B072E9">
      <w:pPr>
        <w:widowControl w:val="0"/>
        <w:spacing w:after="120" w:line="264" w:lineRule="auto"/>
        <w:ind w:firstLine="720"/>
        <w:jc w:val="both"/>
        <w:rPr>
          <w:spacing w:val="-2"/>
        </w:rPr>
      </w:pPr>
      <w:r w:rsidRPr="000C67E1">
        <w:rPr>
          <w:spacing w:val="-2"/>
        </w:rPr>
        <w:t>4. Tự nguyện tham gia lực lượng quản lý đê nhân dân và chấp hành sự phân công của Ủy ban nhân dân cấp xã, hướng dẫn chuyên môn, nghiệp vụ của cơ quan quản lý đê điều.</w:t>
      </w:r>
    </w:p>
    <w:p w:rsidR="00A2377E" w:rsidRPr="000C67E1" w:rsidRDefault="00F26D01" w:rsidP="00B072E9">
      <w:pPr>
        <w:widowControl w:val="0"/>
        <w:spacing w:after="120" w:line="264" w:lineRule="auto"/>
        <w:ind w:firstLine="720"/>
        <w:jc w:val="both"/>
        <w:rPr>
          <w:spacing w:val="-2"/>
        </w:rPr>
      </w:pPr>
      <w:r w:rsidRPr="000C67E1">
        <w:rPr>
          <w:b/>
          <w:spacing w:val="-2"/>
        </w:rPr>
        <w:t>Điều 6.</w:t>
      </w:r>
      <w:r w:rsidRPr="000C67E1">
        <w:rPr>
          <w:spacing w:val="-2"/>
        </w:rPr>
        <w:t xml:space="preserve"> Nhiệm vụ của nhân viên quản lý đê nhân dân</w:t>
      </w:r>
    </w:p>
    <w:p w:rsidR="00A2377E" w:rsidRPr="000C67E1" w:rsidRDefault="000E171C" w:rsidP="00B072E9">
      <w:pPr>
        <w:widowControl w:val="0"/>
        <w:spacing w:after="120" w:line="264" w:lineRule="auto"/>
        <w:ind w:firstLine="720"/>
        <w:jc w:val="both"/>
        <w:rPr>
          <w:spacing w:val="-2"/>
        </w:rPr>
      </w:pPr>
      <w:r w:rsidRPr="000C67E1">
        <w:rPr>
          <w:spacing w:val="-2"/>
        </w:rPr>
        <w:t>Nhân viên quản lý đê nhân dân thực hiện nhiệm vụ, quyền hạn theo Điều 41 Luật Đê điều và Điều 3 Thông tư số 26/2009/TT-BNN ngày 11 tháng 5 năm 2009 của Bộ trưởng Bộ Nông nghiệp và Phát triển nông thôn, được sửa đổi, bổ sung tại Thông tư số 18/2025/TT-BNNMT và Thông tư số 10/2026/TT-BNNMT.</w:t>
      </w:r>
    </w:p>
    <w:p w:rsidR="00A2377E" w:rsidRPr="000C67E1" w:rsidRDefault="00F26D01" w:rsidP="00B072E9">
      <w:pPr>
        <w:widowControl w:val="0"/>
        <w:spacing w:after="120" w:line="264" w:lineRule="auto"/>
        <w:ind w:firstLine="720"/>
        <w:jc w:val="both"/>
        <w:rPr>
          <w:spacing w:val="-2"/>
        </w:rPr>
      </w:pPr>
      <w:r w:rsidRPr="000C67E1">
        <w:rPr>
          <w:b/>
          <w:spacing w:val="-2"/>
        </w:rPr>
        <w:t>Điều 7.</w:t>
      </w:r>
      <w:r w:rsidRPr="000C67E1">
        <w:rPr>
          <w:spacing w:val="-2"/>
        </w:rPr>
        <w:t xml:space="preserve"> Chế độ thông tin, báo cáo</w:t>
      </w:r>
    </w:p>
    <w:p w:rsidR="00A2377E" w:rsidRPr="000C67E1" w:rsidRDefault="00963A7B" w:rsidP="00B072E9">
      <w:pPr>
        <w:widowControl w:val="0"/>
        <w:spacing w:after="120" w:line="264" w:lineRule="auto"/>
        <w:ind w:firstLine="720"/>
        <w:jc w:val="both"/>
        <w:rPr>
          <w:spacing w:val="-2"/>
        </w:rPr>
      </w:pPr>
      <w:r w:rsidRPr="000C67E1">
        <w:rPr>
          <w:spacing w:val="-2"/>
        </w:rPr>
        <w:t>Chế độ và nội dung báo cáo của nhân viên quản lý đê nhân dân, Ủy ban nhân dân cấp xã thực hiện theo Điều 4 Thông tư số 26/2009/TT-BNN, được sửa đổi, bổ sung tại Thông tư số 18/2025/TT-BNNMT và Thông tư số 10/2026/TT-BNNMT.</w:t>
      </w:r>
    </w:p>
    <w:p w:rsidR="00A2377E" w:rsidRPr="000C67E1" w:rsidRDefault="00F26D01" w:rsidP="00B072E9">
      <w:pPr>
        <w:widowControl w:val="0"/>
        <w:spacing w:after="120" w:line="264" w:lineRule="auto"/>
        <w:ind w:firstLine="720"/>
        <w:jc w:val="both"/>
        <w:rPr>
          <w:spacing w:val="-2"/>
        </w:rPr>
      </w:pPr>
      <w:r w:rsidRPr="000C67E1">
        <w:rPr>
          <w:b/>
          <w:spacing w:val="-2"/>
        </w:rPr>
        <w:t>Điều 8.</w:t>
      </w:r>
      <w:r w:rsidRPr="000C67E1">
        <w:rPr>
          <w:spacing w:val="-2"/>
        </w:rPr>
        <w:t xml:space="preserve"> Chế độ thù lao đối với lực lượng quản lý đê nhân dân</w:t>
      </w:r>
    </w:p>
    <w:p w:rsidR="00A2377E" w:rsidRPr="000C67E1" w:rsidRDefault="00F26D01" w:rsidP="00B072E9">
      <w:pPr>
        <w:widowControl w:val="0"/>
        <w:spacing w:after="120" w:line="264" w:lineRule="auto"/>
        <w:ind w:firstLine="720"/>
        <w:jc w:val="both"/>
        <w:rPr>
          <w:spacing w:val="-2"/>
        </w:rPr>
      </w:pPr>
      <w:r w:rsidRPr="000C67E1">
        <w:rPr>
          <w:spacing w:val="-2"/>
        </w:rPr>
        <w:t>1. Nhân viên quản lý đê nhân dân được hưởng thù lao hằng tháng.</w:t>
      </w:r>
    </w:p>
    <w:p w:rsidR="00A2377E" w:rsidRPr="00991EB8" w:rsidRDefault="00F26D01" w:rsidP="00391F95">
      <w:pPr>
        <w:widowControl w:val="0"/>
        <w:spacing w:after="120" w:line="264" w:lineRule="auto"/>
        <w:ind w:firstLine="720"/>
        <w:jc w:val="both"/>
        <w:rPr>
          <w:iCs/>
          <w:spacing w:val="-2"/>
        </w:rPr>
      </w:pPr>
      <w:r w:rsidRPr="000C67E1">
        <w:rPr>
          <w:spacing w:val="-2"/>
        </w:rPr>
        <w:t xml:space="preserve">2. Mức thù lao đối với nhân viên quản lý đê nhân dân bằng </w:t>
      </w:r>
      <w:r w:rsidRPr="009E777D">
        <w:rPr>
          <w:color w:val="0070C0"/>
          <w:spacing w:val="-2"/>
        </w:rPr>
        <w:t xml:space="preserve">01 lần </w:t>
      </w:r>
      <w:r w:rsidRPr="000C67E1">
        <w:rPr>
          <w:spacing w:val="-2"/>
        </w:rPr>
        <w:t xml:space="preserve">mức lương </w:t>
      </w:r>
      <w:r w:rsidRPr="000C67E1">
        <w:rPr>
          <w:spacing w:val="-2"/>
        </w:rPr>
        <w:lastRenderedPageBreak/>
        <w:t>cơ sở/người/tháng</w:t>
      </w:r>
      <w:r w:rsidR="00991EB8">
        <w:rPr>
          <w:spacing w:val="-2"/>
        </w:rPr>
        <w:t>.</w:t>
      </w:r>
      <w:r w:rsidR="00391F95">
        <w:rPr>
          <w:spacing w:val="-2"/>
        </w:rPr>
        <w:t xml:space="preserve"> </w:t>
      </w:r>
      <w:r w:rsidR="00991EB8">
        <w:rPr>
          <w:iCs/>
          <w:spacing w:val="-2"/>
        </w:rPr>
        <w:t>M</w:t>
      </w:r>
      <w:r w:rsidR="00391F95" w:rsidRPr="00391F95">
        <w:rPr>
          <w:iCs/>
          <w:spacing w:val="-2"/>
        </w:rPr>
        <w:t>ức lương cơ sở do Chính phủ quy định</w:t>
      </w:r>
      <w:r w:rsidR="00991EB8">
        <w:rPr>
          <w:iCs/>
          <w:spacing w:val="-2"/>
        </w:rPr>
        <w:t xml:space="preserve">, </w:t>
      </w:r>
      <w:r w:rsidR="00991EB8">
        <w:rPr>
          <w:spacing w:val="-2"/>
        </w:rPr>
        <w:t>m</w:t>
      </w:r>
      <w:r w:rsidR="00991EB8" w:rsidRPr="00991EB8">
        <w:rPr>
          <w:spacing w:val="-2"/>
        </w:rPr>
        <w:t>ức thù lao được điều chỉnh khi Chính phủ</w:t>
      </w:r>
      <w:r w:rsidR="00991EB8">
        <w:rPr>
          <w:spacing w:val="-2"/>
        </w:rPr>
        <w:t xml:space="preserve"> </w:t>
      </w:r>
      <w:r w:rsidR="00991EB8" w:rsidRPr="00991EB8">
        <w:rPr>
          <w:spacing w:val="-2"/>
        </w:rPr>
        <w:t>điều chỉnh mức lương cơ sở</w:t>
      </w:r>
      <w:r w:rsidR="00991EB8" w:rsidRPr="00991EB8">
        <w:rPr>
          <w:iCs/>
          <w:spacing w:val="-2"/>
        </w:rPr>
        <w:t>.</w:t>
      </w:r>
    </w:p>
    <w:p w:rsidR="00A2377E" w:rsidRPr="000C67E1" w:rsidRDefault="00F26D01" w:rsidP="00B072E9">
      <w:pPr>
        <w:widowControl w:val="0"/>
        <w:spacing w:after="120" w:line="264" w:lineRule="auto"/>
        <w:ind w:firstLine="720"/>
        <w:jc w:val="both"/>
        <w:rPr>
          <w:spacing w:val="-2"/>
        </w:rPr>
      </w:pPr>
      <w:r w:rsidRPr="000C67E1">
        <w:rPr>
          <w:spacing w:val="-2"/>
        </w:rPr>
        <w:t>3. Trường hợp người tham gia lực lượng quản lý đê nhân dân đồng thời thuộc đối tượng hưởng chế độ thù lao, hỗ trợ khác đối với cùng một nhiệm vụ thì chỉ được hưởng một chế độ có mức cao nhất; trường hợp đảm nhiệm nhiệm vụ khác nhau thì việc hưởng chế độ thực hiện theo quy định của pháp luật đối với từng nhiệm vụ, bảo đảm không chi trả trùng cho cùng một nhiệm vụ.</w:t>
      </w:r>
    </w:p>
    <w:p w:rsidR="00A2377E" w:rsidRPr="000C67E1" w:rsidRDefault="00F26D01" w:rsidP="00B072E9">
      <w:pPr>
        <w:widowControl w:val="0"/>
        <w:spacing w:after="120" w:line="264" w:lineRule="auto"/>
        <w:ind w:firstLine="720"/>
        <w:jc w:val="both"/>
        <w:rPr>
          <w:spacing w:val="-2"/>
        </w:rPr>
      </w:pPr>
      <w:r w:rsidRPr="000C67E1">
        <w:rPr>
          <w:spacing w:val="-2"/>
        </w:rPr>
        <w:t>4. Trường hợp nhân viên quản lý đê nhân dân không thực hiện nhiệm vụ hoặc thực hiện nhiệm vụ không đầy đủ theo phân công thì Ủy ban nhân dân cấp xã căn cứ thời gian, khối lượng công việc thực tế và mức độ hoàn thành nhiệm vụ để thực hiện chi trả thù lao theo quy định; trường hợp vi phạm nghiêm trọng thì đề nghị thay thế, chấm dứt tham gia lực lượng quản lý đê nhân dân.</w:t>
      </w:r>
    </w:p>
    <w:p w:rsidR="00A2377E" w:rsidRPr="000C67E1" w:rsidRDefault="00F26D01" w:rsidP="00B072E9">
      <w:pPr>
        <w:widowControl w:val="0"/>
        <w:spacing w:after="120" w:line="264" w:lineRule="auto"/>
        <w:ind w:firstLine="720"/>
        <w:jc w:val="both"/>
        <w:rPr>
          <w:spacing w:val="-2"/>
        </w:rPr>
      </w:pPr>
      <w:r w:rsidRPr="000C67E1">
        <w:rPr>
          <w:b/>
          <w:spacing w:val="-2"/>
        </w:rPr>
        <w:t>Điều 9.</w:t>
      </w:r>
      <w:r w:rsidRPr="000C67E1">
        <w:rPr>
          <w:spacing w:val="-2"/>
        </w:rPr>
        <w:t xml:space="preserve"> Nguồn kinh phí bảo đảm hoạt động của lực lượng quản lý đê nhân dân</w:t>
      </w:r>
    </w:p>
    <w:p w:rsidR="00A2377E" w:rsidRPr="000C67E1" w:rsidRDefault="00F26D01" w:rsidP="00963A7B">
      <w:pPr>
        <w:widowControl w:val="0"/>
        <w:spacing w:after="120" w:line="264" w:lineRule="auto"/>
        <w:ind w:firstLine="720"/>
        <w:jc w:val="both"/>
        <w:rPr>
          <w:spacing w:val="-2"/>
        </w:rPr>
      </w:pPr>
      <w:r w:rsidRPr="000C67E1">
        <w:rPr>
          <w:spacing w:val="-2"/>
        </w:rPr>
        <w:t>1. Nguồn kinh phí duy trì hoạt động của lực lượng quản lý đê nhân dân thực hiện theo khoản 4 Điều 5 Thông tư số 26/2009/TT-BNN, được sửa đổi, bổ sung tại Điều 7 Thông tư số 10/2026/TT-BNNMT.</w:t>
      </w:r>
    </w:p>
    <w:p w:rsidR="00B072E9" w:rsidRPr="00DB757C" w:rsidRDefault="007253F3" w:rsidP="00DB757C">
      <w:pPr>
        <w:widowControl w:val="0"/>
        <w:spacing w:after="120" w:line="264" w:lineRule="auto"/>
        <w:ind w:firstLine="720"/>
        <w:jc w:val="both"/>
        <w:rPr>
          <w:spacing w:val="-2"/>
        </w:rPr>
      </w:pPr>
      <w:r>
        <w:rPr>
          <w:spacing w:val="-2"/>
        </w:rPr>
        <w:t>2</w:t>
      </w:r>
      <w:r w:rsidR="00F26D01" w:rsidRPr="000C67E1">
        <w:rPr>
          <w:spacing w:val="-2"/>
        </w:rPr>
        <w:t>. Việc quản lý, sử dụng, thanh toán, quyết toán kinh phí thực hiện theo quy định của pháp luật về ngân sách nhà nước, pháp luật về Quỹ phòng, chống thiên tai và các quy định pháp luật có liên quan.</w:t>
      </w:r>
    </w:p>
    <w:p w:rsidR="00A2377E" w:rsidRPr="000C67E1" w:rsidRDefault="00F26D01" w:rsidP="00B072E9">
      <w:pPr>
        <w:widowControl w:val="0"/>
        <w:spacing w:after="120" w:line="264" w:lineRule="auto"/>
        <w:jc w:val="center"/>
        <w:rPr>
          <w:spacing w:val="-2"/>
        </w:rPr>
      </w:pPr>
      <w:r w:rsidRPr="000C67E1">
        <w:rPr>
          <w:b/>
          <w:spacing w:val="-2"/>
        </w:rPr>
        <w:t>Chương III</w:t>
      </w:r>
    </w:p>
    <w:p w:rsidR="00A2377E" w:rsidRPr="000C67E1" w:rsidRDefault="00F26D01" w:rsidP="00B072E9">
      <w:pPr>
        <w:widowControl w:val="0"/>
        <w:spacing w:after="120" w:line="264" w:lineRule="auto"/>
        <w:jc w:val="center"/>
        <w:rPr>
          <w:spacing w:val="-2"/>
        </w:rPr>
      </w:pPr>
      <w:r w:rsidRPr="000C67E1">
        <w:rPr>
          <w:b/>
          <w:spacing w:val="-2"/>
        </w:rPr>
        <w:t>MỨC THÙ LAO ĐỐI VỚI LỰC LƯỢNG TUẦN TRA, CANH GÁC BẢO VỆ ĐÊ ĐIỀU TRONG MÙA LŨ</w:t>
      </w:r>
    </w:p>
    <w:p w:rsidR="00A2377E" w:rsidRPr="000C67E1" w:rsidRDefault="00F26D01" w:rsidP="00B072E9">
      <w:pPr>
        <w:widowControl w:val="0"/>
        <w:spacing w:after="120" w:line="264" w:lineRule="auto"/>
        <w:ind w:firstLine="720"/>
        <w:jc w:val="both"/>
        <w:rPr>
          <w:spacing w:val="-2"/>
        </w:rPr>
      </w:pPr>
      <w:r w:rsidRPr="000C67E1">
        <w:rPr>
          <w:b/>
          <w:spacing w:val="-2"/>
        </w:rPr>
        <w:t>Điều 1</w:t>
      </w:r>
      <w:r w:rsidR="007548C3">
        <w:rPr>
          <w:b/>
          <w:spacing w:val="-2"/>
        </w:rPr>
        <w:t>0</w:t>
      </w:r>
      <w:r w:rsidRPr="000C67E1">
        <w:rPr>
          <w:b/>
          <w:spacing w:val="-2"/>
        </w:rPr>
        <w:t>.</w:t>
      </w:r>
      <w:r w:rsidRPr="000C67E1">
        <w:rPr>
          <w:spacing w:val="-2"/>
        </w:rPr>
        <w:t xml:space="preserve"> Mức thù lao đối với người tham gia tuần tra, canh gác bảo vệ đê điều trong mùa lũ</w:t>
      </w:r>
    </w:p>
    <w:p w:rsidR="00A2377E" w:rsidRPr="000C67E1" w:rsidRDefault="00F26D01" w:rsidP="00B072E9">
      <w:pPr>
        <w:widowControl w:val="0"/>
        <w:spacing w:after="120" w:line="264" w:lineRule="auto"/>
        <w:ind w:firstLine="720"/>
        <w:jc w:val="both"/>
        <w:rPr>
          <w:spacing w:val="-2"/>
        </w:rPr>
      </w:pPr>
      <w:r w:rsidRPr="000C67E1">
        <w:rPr>
          <w:spacing w:val="-2"/>
        </w:rPr>
        <w:t xml:space="preserve">1. Mức thù lao chi trả cho một người tham gia tuần tra, canh gác bảo vệ đê điều trong ca ban ngày (08 giờ/ca), gồm ca 1 từ 06 giờ đến 14 giờ và ca 2 từ 14 giờ đến 22 giờ, bằng </w:t>
      </w:r>
      <w:r w:rsidRPr="003C599F">
        <w:rPr>
          <w:color w:val="0070C0"/>
          <w:spacing w:val="-2"/>
        </w:rPr>
        <w:t xml:space="preserve">1,5 lần </w:t>
      </w:r>
      <w:r w:rsidRPr="000C67E1">
        <w:rPr>
          <w:spacing w:val="-2"/>
        </w:rPr>
        <w:t>mức ngày công lao động trung bình, tính trên cơ sở mức lương cơ sở do Chính phủ quy định</w:t>
      </w:r>
      <w:r w:rsidR="00991EB8">
        <w:rPr>
          <w:iCs/>
          <w:spacing w:val="-2"/>
        </w:rPr>
        <w:t xml:space="preserve">, </w:t>
      </w:r>
      <w:r w:rsidR="00991EB8">
        <w:rPr>
          <w:spacing w:val="-2"/>
        </w:rPr>
        <w:t>m</w:t>
      </w:r>
      <w:r w:rsidR="00991EB8" w:rsidRPr="00991EB8">
        <w:rPr>
          <w:spacing w:val="-2"/>
        </w:rPr>
        <w:t>ức thù lao được điều chỉnh khi Chính phủ</w:t>
      </w:r>
      <w:r w:rsidR="00991EB8">
        <w:rPr>
          <w:spacing w:val="-2"/>
        </w:rPr>
        <w:t xml:space="preserve"> </w:t>
      </w:r>
      <w:r w:rsidR="00991EB8" w:rsidRPr="00991EB8">
        <w:rPr>
          <w:spacing w:val="-2"/>
        </w:rPr>
        <w:t>điều chỉnh mức lương cơ sở</w:t>
      </w:r>
      <w:r w:rsidRPr="000C67E1">
        <w:rPr>
          <w:spacing w:val="-2"/>
        </w:rPr>
        <w:t>.</w:t>
      </w:r>
    </w:p>
    <w:p w:rsidR="00A2377E" w:rsidRPr="000C67E1" w:rsidRDefault="00F26D01" w:rsidP="00B072E9">
      <w:pPr>
        <w:widowControl w:val="0"/>
        <w:spacing w:after="120" w:line="264" w:lineRule="auto"/>
        <w:ind w:firstLine="720"/>
        <w:jc w:val="both"/>
        <w:rPr>
          <w:spacing w:val="-2"/>
        </w:rPr>
      </w:pPr>
      <w:r w:rsidRPr="000C67E1">
        <w:rPr>
          <w:spacing w:val="-2"/>
        </w:rPr>
        <w:t xml:space="preserve">2. Mức thù lao chi trả cho một người tham gia tuần tra, canh gác bảo vệ đê điều trong ca ban đêm (08 giờ/ca), từ 22 giờ ngày hôm trước đến 06 giờ ngày hôm sau, bằng </w:t>
      </w:r>
      <w:r w:rsidRPr="003C599F">
        <w:rPr>
          <w:color w:val="0070C0"/>
          <w:spacing w:val="-2"/>
        </w:rPr>
        <w:t xml:space="preserve">02 lần </w:t>
      </w:r>
      <w:r w:rsidRPr="000C67E1">
        <w:rPr>
          <w:spacing w:val="-2"/>
        </w:rPr>
        <w:t>mức ngày công lao động trung bình, tính trên cơ sở mức lương cơ sở do Chính phủ quy định tại thời điểm thực hiện nhiệm vụ.</w:t>
      </w:r>
    </w:p>
    <w:p w:rsidR="00A2377E" w:rsidRPr="000C67E1" w:rsidRDefault="00F26D01" w:rsidP="00B072E9">
      <w:pPr>
        <w:widowControl w:val="0"/>
        <w:spacing w:after="120" w:line="264" w:lineRule="auto"/>
        <w:ind w:firstLine="720"/>
        <w:jc w:val="both"/>
        <w:rPr>
          <w:spacing w:val="-2"/>
        </w:rPr>
      </w:pPr>
      <w:r w:rsidRPr="000C67E1">
        <w:rPr>
          <w:spacing w:val="-2"/>
        </w:rPr>
        <w:t>3. Mức ngày công lao động trung bình quy định tại khoản 1 và khoản 2 Điều này được xác định bằng mức lương cơ sở chia cho 26 ngày công/tháng.</w:t>
      </w:r>
    </w:p>
    <w:p w:rsidR="00A2377E" w:rsidRPr="000C67E1" w:rsidRDefault="00F26D01" w:rsidP="00B072E9">
      <w:pPr>
        <w:widowControl w:val="0"/>
        <w:spacing w:after="120" w:line="264" w:lineRule="auto"/>
        <w:ind w:firstLine="720"/>
        <w:jc w:val="both"/>
        <w:rPr>
          <w:spacing w:val="-2"/>
        </w:rPr>
      </w:pPr>
      <w:r w:rsidRPr="000C67E1">
        <w:rPr>
          <w:spacing w:val="-2"/>
        </w:rPr>
        <w:t xml:space="preserve">4. Trường hợp thời gian thực tế tham gia tuần tra, canh gác ít hơn 08 giờ/ca </w:t>
      </w:r>
      <w:r w:rsidRPr="000C67E1">
        <w:rPr>
          <w:spacing w:val="-2"/>
        </w:rPr>
        <w:lastRenderedPageBreak/>
        <w:t>thì mức thù lao được tính tương ứng theo số giờ thực tế tham gia nhiệm vụ trên cơ sở mức thù lao của ca quy định tại khoản 1 và khoản 2 Điều này.</w:t>
      </w:r>
    </w:p>
    <w:p w:rsidR="00A2377E" w:rsidRPr="000C67E1" w:rsidRDefault="00F26D01" w:rsidP="00B072E9">
      <w:pPr>
        <w:widowControl w:val="0"/>
        <w:spacing w:after="120" w:line="264" w:lineRule="auto"/>
        <w:ind w:firstLine="720"/>
        <w:jc w:val="both"/>
        <w:rPr>
          <w:spacing w:val="-2"/>
        </w:rPr>
      </w:pPr>
      <w:r w:rsidRPr="000C67E1">
        <w:rPr>
          <w:spacing w:val="-2"/>
        </w:rPr>
        <w:t>5. Trường hợp người tham gia tuần tra, canh gác đê đồng thời thuộc đối tượng được hưởng chế độ thù lao, hỗ trợ khác đối với cùng một nhiệm vụ thì chỉ được hưởng một chế độ có mức cao nhất, bảo đảm không chi trả trùng cho cùng một thời gian, cùng một nhiệm vụ theo quy định của pháp luật.</w:t>
      </w:r>
    </w:p>
    <w:p w:rsidR="00A2377E" w:rsidRPr="000C67E1" w:rsidRDefault="006F4A0E" w:rsidP="00074D85">
      <w:pPr>
        <w:widowControl w:val="0"/>
        <w:spacing w:after="120" w:line="264" w:lineRule="auto"/>
        <w:ind w:firstLine="720"/>
        <w:jc w:val="both"/>
        <w:rPr>
          <w:spacing w:val="-2"/>
        </w:rPr>
      </w:pPr>
      <w:r>
        <w:rPr>
          <w:spacing w:val="-2"/>
        </w:rPr>
        <w:t>6</w:t>
      </w:r>
      <w:r w:rsidR="00F26D01" w:rsidRPr="000C67E1">
        <w:rPr>
          <w:spacing w:val="-2"/>
        </w:rPr>
        <w:t xml:space="preserve">. </w:t>
      </w:r>
      <w:r w:rsidR="008A29F4">
        <w:rPr>
          <w:spacing w:val="-2"/>
        </w:rPr>
        <w:t>Kinh phí chi trả thù</w:t>
      </w:r>
      <w:r w:rsidR="001919F1">
        <w:rPr>
          <w:spacing w:val="-2"/>
        </w:rPr>
        <w:t xml:space="preserve"> lao</w:t>
      </w:r>
      <w:r w:rsidR="00F26D01" w:rsidRPr="000C67E1">
        <w:rPr>
          <w:spacing w:val="-2"/>
        </w:rPr>
        <w:t xml:space="preserve"> cho người tham gia tuần tra, canh gác bảo vệ đê điều trong mùa lũ được bảo đảm từ Quỹ phòng, chống thiên tai thành phố và ngân sách cấp xã </w:t>
      </w:r>
      <w:r w:rsidR="00FA5962">
        <w:rPr>
          <w:spacing w:val="-2"/>
        </w:rPr>
        <w:t>đảm bảo</w:t>
      </w:r>
      <w:r w:rsidR="00F26D01" w:rsidRPr="000C67E1">
        <w:rPr>
          <w:spacing w:val="-2"/>
        </w:rPr>
        <w:t xml:space="preserve"> cho công tác phòng, chống thiên tai theo quy định của Luật Ngân sách nhà nước và các quy định pháp luật có liên quan.</w:t>
      </w:r>
    </w:p>
    <w:p w:rsidR="00B072E9" w:rsidRPr="000C67E1" w:rsidRDefault="00B072E9" w:rsidP="00B072E9">
      <w:pPr>
        <w:widowControl w:val="0"/>
        <w:spacing w:after="120" w:line="264" w:lineRule="auto"/>
        <w:jc w:val="center"/>
        <w:rPr>
          <w:b/>
          <w:spacing w:val="-2"/>
        </w:rPr>
      </w:pPr>
    </w:p>
    <w:p w:rsidR="00A2377E" w:rsidRPr="000C67E1" w:rsidRDefault="00F26D01" w:rsidP="00B072E9">
      <w:pPr>
        <w:widowControl w:val="0"/>
        <w:spacing w:after="120" w:line="264" w:lineRule="auto"/>
        <w:jc w:val="center"/>
        <w:rPr>
          <w:spacing w:val="-2"/>
        </w:rPr>
      </w:pPr>
      <w:r w:rsidRPr="000C67E1">
        <w:rPr>
          <w:b/>
          <w:spacing w:val="-2"/>
        </w:rPr>
        <w:t>Chương IV</w:t>
      </w:r>
    </w:p>
    <w:p w:rsidR="00A2377E" w:rsidRPr="000C67E1" w:rsidRDefault="00F26D01" w:rsidP="00B072E9">
      <w:pPr>
        <w:widowControl w:val="0"/>
        <w:spacing w:after="120" w:line="264" w:lineRule="auto"/>
        <w:jc w:val="center"/>
        <w:rPr>
          <w:spacing w:val="-2"/>
        </w:rPr>
      </w:pPr>
      <w:r w:rsidRPr="000C67E1">
        <w:rPr>
          <w:b/>
          <w:spacing w:val="-2"/>
        </w:rPr>
        <w:t>TRÁCH NHIỆM TỔ CHỨC THỰC HIỆN</w:t>
      </w:r>
    </w:p>
    <w:p w:rsidR="00A2377E" w:rsidRPr="000C67E1" w:rsidRDefault="00F26D01" w:rsidP="00B072E9">
      <w:pPr>
        <w:widowControl w:val="0"/>
        <w:spacing w:after="120" w:line="264" w:lineRule="auto"/>
        <w:ind w:firstLine="720"/>
        <w:jc w:val="both"/>
        <w:rPr>
          <w:spacing w:val="-2"/>
        </w:rPr>
      </w:pPr>
      <w:r w:rsidRPr="000C67E1">
        <w:rPr>
          <w:b/>
          <w:spacing w:val="-2"/>
        </w:rPr>
        <w:t>Điều 1</w:t>
      </w:r>
      <w:r w:rsidR="006F4A0E">
        <w:rPr>
          <w:b/>
          <w:spacing w:val="-2"/>
        </w:rPr>
        <w:t>1</w:t>
      </w:r>
      <w:r w:rsidRPr="000C67E1">
        <w:rPr>
          <w:b/>
          <w:spacing w:val="-2"/>
        </w:rPr>
        <w:t>.</w:t>
      </w:r>
      <w:r w:rsidRPr="000C67E1">
        <w:rPr>
          <w:spacing w:val="-2"/>
        </w:rPr>
        <w:t xml:space="preserve"> Trách nhiệm của Sở Nông nghiệp và Môi trường</w:t>
      </w:r>
    </w:p>
    <w:p w:rsidR="00A2377E" w:rsidRPr="000C67E1" w:rsidRDefault="00F26D01" w:rsidP="00B072E9">
      <w:pPr>
        <w:widowControl w:val="0"/>
        <w:spacing w:after="120" w:line="264" w:lineRule="auto"/>
        <w:ind w:firstLine="720"/>
        <w:jc w:val="both"/>
        <w:rPr>
          <w:spacing w:val="-2"/>
        </w:rPr>
      </w:pPr>
      <w:r w:rsidRPr="000C67E1">
        <w:rPr>
          <w:spacing w:val="-2"/>
        </w:rPr>
        <w:t>1. Chủ trì, hướng dẫn, kiểm tra, đôn đốc việc thực hiện Quy định này.</w:t>
      </w:r>
    </w:p>
    <w:p w:rsidR="00A2377E" w:rsidRPr="000C67E1" w:rsidRDefault="00F26D01" w:rsidP="00B072E9">
      <w:pPr>
        <w:widowControl w:val="0"/>
        <w:spacing w:after="120" w:line="264" w:lineRule="auto"/>
        <w:ind w:firstLine="720"/>
        <w:jc w:val="both"/>
        <w:rPr>
          <w:spacing w:val="-2"/>
        </w:rPr>
      </w:pPr>
      <w:r w:rsidRPr="000C67E1">
        <w:rPr>
          <w:spacing w:val="-2"/>
        </w:rPr>
        <w:t>2. Tham mưu Ủy ban nhân dân thành phố thành lập, kiện toàn lực lượng quản lý đê nhân dân trên địa bàn thành phố.</w:t>
      </w:r>
    </w:p>
    <w:p w:rsidR="00A2377E" w:rsidRPr="000C67E1" w:rsidRDefault="00F26D01" w:rsidP="00B072E9">
      <w:pPr>
        <w:widowControl w:val="0"/>
        <w:spacing w:after="120" w:line="264" w:lineRule="auto"/>
        <w:ind w:firstLine="720"/>
        <w:jc w:val="both"/>
        <w:rPr>
          <w:spacing w:val="-2"/>
        </w:rPr>
      </w:pPr>
      <w:r w:rsidRPr="000C67E1">
        <w:rPr>
          <w:spacing w:val="-2"/>
        </w:rPr>
        <w:t>3. Chỉ đạo Chi cục Quản lý tài nguyên nước và Phòng, chống thiên tai, các Hạt Quản lý đê phối hợp với Ủy ban nhân dân cấp xã nơi có đê tổ chức hướng dẫn, tập huấn chuyên môn, nghiệp vụ về quản lý, bảo vệ đê điều, hộ đê, tuần tra, canh gác đê cho lực lượng quản lý đê nhân dân và lực lượng tuần tra, canh gác đê.</w:t>
      </w:r>
    </w:p>
    <w:p w:rsidR="00A2377E" w:rsidRPr="000C67E1" w:rsidRDefault="00F26D01" w:rsidP="00B072E9">
      <w:pPr>
        <w:widowControl w:val="0"/>
        <w:spacing w:after="120" w:line="264" w:lineRule="auto"/>
        <w:ind w:firstLine="720"/>
        <w:jc w:val="both"/>
        <w:rPr>
          <w:spacing w:val="-2"/>
        </w:rPr>
      </w:pPr>
      <w:r w:rsidRPr="000C67E1">
        <w:rPr>
          <w:spacing w:val="-2"/>
        </w:rPr>
        <w:t>4. Hướng dẫn mẫu sổ sách, phù hiệu, biểu mẫu báo cáo và các nội dung chuyên môn phục vụ hoạt động của lực lượng quản lý đê nhân dân và lực lượng tuần tra, canh gác bảo vệ đê điều trong mùa lũ.</w:t>
      </w:r>
    </w:p>
    <w:p w:rsidR="00A2377E" w:rsidRPr="000C67E1" w:rsidRDefault="00F26D01" w:rsidP="00B072E9">
      <w:pPr>
        <w:widowControl w:val="0"/>
        <w:spacing w:after="120" w:line="264" w:lineRule="auto"/>
        <w:ind w:firstLine="720"/>
        <w:jc w:val="both"/>
        <w:rPr>
          <w:spacing w:val="-2"/>
        </w:rPr>
      </w:pPr>
      <w:r w:rsidRPr="000C67E1">
        <w:rPr>
          <w:spacing w:val="-2"/>
        </w:rPr>
        <w:t>5. Tổng hợp khó khăn, vướng mắc trong quá trình thực hiện, báo cáo Ủy ban nhân dân thành phố xem xét, chỉ đạo.</w:t>
      </w:r>
    </w:p>
    <w:p w:rsidR="00A2377E" w:rsidRPr="000C67E1" w:rsidRDefault="00F26D01" w:rsidP="00B072E9">
      <w:pPr>
        <w:widowControl w:val="0"/>
        <w:spacing w:after="120" w:line="264" w:lineRule="auto"/>
        <w:ind w:firstLine="720"/>
        <w:jc w:val="both"/>
        <w:rPr>
          <w:spacing w:val="-2"/>
        </w:rPr>
      </w:pPr>
      <w:r w:rsidRPr="000C67E1">
        <w:rPr>
          <w:b/>
          <w:spacing w:val="-2"/>
        </w:rPr>
        <w:t>Điều 1</w:t>
      </w:r>
      <w:r w:rsidR="006F4A0E">
        <w:rPr>
          <w:b/>
          <w:spacing w:val="-2"/>
        </w:rPr>
        <w:t>2</w:t>
      </w:r>
      <w:r w:rsidRPr="000C67E1">
        <w:rPr>
          <w:b/>
          <w:spacing w:val="-2"/>
        </w:rPr>
        <w:t>.</w:t>
      </w:r>
      <w:r w:rsidRPr="000C67E1">
        <w:rPr>
          <w:spacing w:val="-2"/>
        </w:rPr>
        <w:t xml:space="preserve"> Trách nhiệm của Sở Tài chính</w:t>
      </w:r>
    </w:p>
    <w:p w:rsidR="00A2377E" w:rsidRDefault="006F4A0E" w:rsidP="00917F3E">
      <w:pPr>
        <w:widowControl w:val="0"/>
        <w:spacing w:after="120" w:line="264" w:lineRule="auto"/>
        <w:ind w:firstLine="720"/>
        <w:jc w:val="both"/>
        <w:rPr>
          <w:iCs/>
          <w:spacing w:val="-2"/>
        </w:rPr>
      </w:pPr>
      <w:r>
        <w:rPr>
          <w:iCs/>
          <w:spacing w:val="-2"/>
        </w:rPr>
        <w:t xml:space="preserve">1. </w:t>
      </w:r>
      <w:r w:rsidR="00917F3E" w:rsidRPr="00917F3E">
        <w:rPr>
          <w:iCs/>
          <w:spacing w:val="-2"/>
        </w:rPr>
        <w:t>Căn cứ đề xuất của Ủy ban nhân dân cấp xã, khả năng cân đối ngân sách</w:t>
      </w:r>
      <w:r w:rsidR="00917F3E" w:rsidRPr="00917F3E">
        <w:rPr>
          <w:spacing w:val="-2"/>
        </w:rPr>
        <w:br/>
      </w:r>
      <w:r w:rsidR="00917F3E" w:rsidRPr="00917F3E">
        <w:rPr>
          <w:iCs/>
          <w:spacing w:val="-2"/>
        </w:rPr>
        <w:t>và nguồn kinh phí từ Quỹ phòng, chống thiên tai</w:t>
      </w:r>
      <w:r w:rsidR="002E0389">
        <w:rPr>
          <w:iCs/>
          <w:spacing w:val="-2"/>
        </w:rPr>
        <w:t>;</w:t>
      </w:r>
      <w:r w:rsidR="00917F3E" w:rsidRPr="00917F3E">
        <w:rPr>
          <w:iCs/>
          <w:spacing w:val="-2"/>
        </w:rPr>
        <w:t xml:space="preserve"> Sở Tài chính tổng hợp, trình</w:t>
      </w:r>
      <w:r w:rsidR="00917F3E" w:rsidRPr="00917F3E">
        <w:rPr>
          <w:spacing w:val="-2"/>
        </w:rPr>
        <w:br/>
      </w:r>
      <w:r w:rsidR="00917F3E" w:rsidRPr="00917F3E">
        <w:rPr>
          <w:iCs/>
          <w:spacing w:val="-2"/>
        </w:rPr>
        <w:t>cấp có thẩm quyền bố trí kinh phí theo quy định tại Luật Ngân sách nhà nước,</w:t>
      </w:r>
      <w:r w:rsidR="00917F3E" w:rsidRPr="00917F3E">
        <w:rPr>
          <w:spacing w:val="-2"/>
        </w:rPr>
        <w:br/>
      </w:r>
      <w:r w:rsidR="00917F3E" w:rsidRPr="00917F3E">
        <w:rPr>
          <w:iCs/>
          <w:spacing w:val="-2"/>
        </w:rPr>
        <w:t>quy định về quản lý Quỹ và các văn bản có liên quan</w:t>
      </w:r>
      <w:r w:rsidR="00917F3E">
        <w:rPr>
          <w:iCs/>
          <w:spacing w:val="-2"/>
        </w:rPr>
        <w:t>.</w:t>
      </w:r>
    </w:p>
    <w:p w:rsidR="006F4A0E" w:rsidRPr="000C67E1" w:rsidRDefault="006F4A0E" w:rsidP="006F4A0E">
      <w:pPr>
        <w:widowControl w:val="0"/>
        <w:spacing w:after="120" w:line="264" w:lineRule="auto"/>
        <w:ind w:firstLine="720"/>
        <w:jc w:val="both"/>
        <w:rPr>
          <w:spacing w:val="-2"/>
        </w:rPr>
      </w:pPr>
      <w:r>
        <w:rPr>
          <w:spacing w:val="-2"/>
        </w:rPr>
        <w:t>2. C</w:t>
      </w:r>
      <w:r w:rsidRPr="000C67E1">
        <w:rPr>
          <w:spacing w:val="-2"/>
        </w:rPr>
        <w:t>hủ trì, phối hợp với Sở Nông nghiệp và Môi trường hướng dẫn việc lập dự toán, bố trí, quản lý, thanh toán, quyết toán kinh phí chi trả thù lao cho lực lượng tuần tra, canh gác bảo vệ đê điều trong mùa lũ.</w:t>
      </w:r>
    </w:p>
    <w:p w:rsidR="00A2377E" w:rsidRPr="000C67E1" w:rsidRDefault="00F26D01" w:rsidP="00B072E9">
      <w:pPr>
        <w:widowControl w:val="0"/>
        <w:spacing w:after="120" w:line="264" w:lineRule="auto"/>
        <w:ind w:firstLine="720"/>
        <w:jc w:val="both"/>
        <w:rPr>
          <w:spacing w:val="-2"/>
        </w:rPr>
      </w:pPr>
      <w:r w:rsidRPr="000C67E1">
        <w:rPr>
          <w:b/>
          <w:spacing w:val="-2"/>
        </w:rPr>
        <w:t>Điều 1</w:t>
      </w:r>
      <w:r w:rsidR="006F4A0E">
        <w:rPr>
          <w:b/>
          <w:spacing w:val="-2"/>
        </w:rPr>
        <w:t>3</w:t>
      </w:r>
      <w:r w:rsidRPr="000C67E1">
        <w:rPr>
          <w:b/>
          <w:spacing w:val="-2"/>
        </w:rPr>
        <w:t>.</w:t>
      </w:r>
      <w:r w:rsidRPr="000C67E1">
        <w:rPr>
          <w:spacing w:val="-2"/>
        </w:rPr>
        <w:t xml:space="preserve"> Trách nhiệm của Ủy ban nhân dân cấp xã nơi có đê</w:t>
      </w:r>
    </w:p>
    <w:p w:rsidR="00A2377E" w:rsidRPr="000C67E1" w:rsidRDefault="00F26D01" w:rsidP="00B072E9">
      <w:pPr>
        <w:widowControl w:val="0"/>
        <w:spacing w:after="120" w:line="264" w:lineRule="auto"/>
        <w:ind w:firstLine="720"/>
        <w:jc w:val="both"/>
        <w:rPr>
          <w:spacing w:val="-2"/>
        </w:rPr>
      </w:pPr>
      <w:r w:rsidRPr="000C67E1">
        <w:rPr>
          <w:spacing w:val="-2"/>
        </w:rPr>
        <w:lastRenderedPageBreak/>
        <w:t>1. Trực tiếp quản lý, chỉ đạo hoạt động của lực lượng quản lý đê nhân dân và lực lượng tuần tra, canh gác bảo vệ đê điều trong mùa lũ trên địa bàn.</w:t>
      </w:r>
    </w:p>
    <w:p w:rsidR="00A2377E" w:rsidRPr="000C67E1" w:rsidRDefault="00F26D01" w:rsidP="00B072E9">
      <w:pPr>
        <w:widowControl w:val="0"/>
        <w:spacing w:after="120" w:line="264" w:lineRule="auto"/>
        <w:ind w:firstLine="720"/>
        <w:jc w:val="both"/>
        <w:rPr>
          <w:spacing w:val="-2"/>
        </w:rPr>
      </w:pPr>
      <w:r w:rsidRPr="000C67E1">
        <w:rPr>
          <w:spacing w:val="-2"/>
        </w:rPr>
        <w:t>2. Rà soát, lập danh sách nhân viên quản lý đê nhân dân, báo cáo Sở Nông nghiệp và Môi trường tổng hợp, trình Ủy ban nhân dân thành phố thành lập, kiện toàn theo quy định.</w:t>
      </w:r>
    </w:p>
    <w:p w:rsidR="00A2377E" w:rsidRPr="000C67E1" w:rsidRDefault="00F26D01" w:rsidP="00072741">
      <w:pPr>
        <w:widowControl w:val="0"/>
        <w:spacing w:after="120" w:line="264" w:lineRule="auto"/>
        <w:ind w:firstLine="720"/>
        <w:jc w:val="both"/>
        <w:rPr>
          <w:spacing w:val="-2"/>
        </w:rPr>
      </w:pPr>
      <w:r w:rsidRPr="000C67E1">
        <w:rPr>
          <w:spacing w:val="-2"/>
        </w:rPr>
        <w:t>3. Thành lập đội tuần tra, canh gác bảo vệ đê điều trong mùa lũ; phân công đội trưởng, đội phó, thành viên; bố trí lực lượng trực, tuần tra, canh gác theo quy định khi có báo động lũ và khi có yêu cầu của cơ quan có thẩm quyền.</w:t>
      </w:r>
    </w:p>
    <w:p w:rsidR="00072741" w:rsidRPr="00072741" w:rsidRDefault="00072741" w:rsidP="00072741">
      <w:pPr>
        <w:pStyle w:val="NormalWeb"/>
        <w:spacing w:before="0" w:beforeAutospacing="0" w:after="120" w:afterAutospacing="0" w:line="264" w:lineRule="auto"/>
        <w:ind w:firstLine="720"/>
        <w:jc w:val="both"/>
        <w:rPr>
          <w:sz w:val="28"/>
          <w:szCs w:val="28"/>
        </w:rPr>
      </w:pPr>
      <w:r w:rsidRPr="00072741">
        <w:rPr>
          <w:sz w:val="28"/>
          <w:szCs w:val="28"/>
        </w:rPr>
        <w:t>4. Tổ chức lập, quản lý, lưu giữ hồ sơ về lực lượng quản lý đê nhân dân và lực lượng tuần tra, canh gác bảo vệ đê điều trong mùa lũ; bảng phân công nhiệm vụ, sổ nhật ký tuần tra, bảng chấm công và các hồ sơ có liên quan theo quy định.</w:t>
      </w:r>
    </w:p>
    <w:p w:rsidR="00072741" w:rsidRPr="00072741" w:rsidRDefault="00072741" w:rsidP="00072741">
      <w:pPr>
        <w:pStyle w:val="NormalWeb"/>
        <w:spacing w:before="0" w:beforeAutospacing="0" w:after="120" w:afterAutospacing="0" w:line="264" w:lineRule="auto"/>
        <w:ind w:firstLine="720"/>
        <w:jc w:val="both"/>
        <w:rPr>
          <w:sz w:val="28"/>
          <w:szCs w:val="28"/>
        </w:rPr>
      </w:pPr>
      <w:r w:rsidRPr="00072741">
        <w:rPr>
          <w:sz w:val="28"/>
          <w:szCs w:val="28"/>
        </w:rPr>
        <w:t xml:space="preserve">5. </w:t>
      </w:r>
      <w:r w:rsidR="00313BC8">
        <w:rPr>
          <w:sz w:val="28"/>
          <w:szCs w:val="28"/>
        </w:rPr>
        <w:t>Hằng năm l</w:t>
      </w:r>
      <w:bookmarkStart w:id="0" w:name="_GoBack"/>
      <w:bookmarkEnd w:id="0"/>
      <w:r w:rsidRPr="00072741">
        <w:rPr>
          <w:sz w:val="28"/>
          <w:szCs w:val="28"/>
        </w:rPr>
        <w:t>ập dự toán kinh phí; tổ chức chi trả thù lao trên cơ sở số lượng người, thời gian thực tế tham gia nhiệm vụ và mức thù lao theo quy định; thực hiện thanh toán, quyết toán kinh phí theo quy định của pháp luật.</w:t>
      </w:r>
    </w:p>
    <w:p w:rsidR="00A2377E" w:rsidRPr="000C67E1" w:rsidRDefault="006F4A0E" w:rsidP="00B072E9">
      <w:pPr>
        <w:widowControl w:val="0"/>
        <w:spacing w:after="120" w:line="264" w:lineRule="auto"/>
        <w:ind w:firstLine="720"/>
        <w:jc w:val="both"/>
        <w:rPr>
          <w:spacing w:val="-2"/>
        </w:rPr>
      </w:pPr>
      <w:r w:rsidRPr="00072741">
        <w:rPr>
          <w:spacing w:val="-2"/>
          <w:szCs w:val="28"/>
        </w:rPr>
        <w:t>6</w:t>
      </w:r>
      <w:r w:rsidR="00F26D01" w:rsidRPr="00072741">
        <w:rPr>
          <w:spacing w:val="-2"/>
          <w:szCs w:val="28"/>
        </w:rPr>
        <w:t>. Phối hợp với Hạt Quản lý đê</w:t>
      </w:r>
      <w:r w:rsidR="00EE35C4" w:rsidRPr="000C67E1">
        <w:rPr>
          <w:spacing w:val="-2"/>
        </w:rPr>
        <w:t xml:space="preserve"> điều</w:t>
      </w:r>
      <w:r w:rsidR="00F26D01" w:rsidRPr="000C67E1">
        <w:rPr>
          <w:spacing w:val="-2"/>
        </w:rPr>
        <w:t>, cơ quan chuyên môn thực hiện nhiệm vụ quản lý nhà nước về đê điều và phòng, chống thiên tai thuộc Sở Nông nghiệp và Môi trường tổ chức tập huấn, hướng dẫn nghiệp vụ, kiểm tra hoạt động của lực lượng quản lý đê nhân dân và lực lượng tuần tra, canh gác đê.</w:t>
      </w:r>
    </w:p>
    <w:p w:rsidR="00A2377E" w:rsidRPr="000C67E1" w:rsidRDefault="006F4A0E" w:rsidP="00B072E9">
      <w:pPr>
        <w:widowControl w:val="0"/>
        <w:spacing w:after="120" w:line="264" w:lineRule="auto"/>
        <w:ind w:firstLine="720"/>
        <w:jc w:val="both"/>
        <w:rPr>
          <w:spacing w:val="-2"/>
        </w:rPr>
      </w:pPr>
      <w:r>
        <w:rPr>
          <w:spacing w:val="-2"/>
        </w:rPr>
        <w:t>7</w:t>
      </w:r>
      <w:r w:rsidR="00F26D01" w:rsidRPr="000C67E1">
        <w:rPr>
          <w:spacing w:val="-2"/>
        </w:rPr>
        <w:t>. Chịu trách nhiệm trước Ủy ban nhân dân thành phố nếu không tổ chức, quản lý, chỉ đạo lực lượng quản lý đê nhân dân, lực lượng tuần tra, canh gác đê theo quy định, làm ảnh hưởng đến công tác quản lý, bảo vệ đê điều, hộ đê và phòng, chống thiên tai trên địa bàn.</w:t>
      </w:r>
    </w:p>
    <w:p w:rsidR="00A2377E" w:rsidRPr="000C67E1" w:rsidRDefault="00F26D01" w:rsidP="00B072E9">
      <w:pPr>
        <w:widowControl w:val="0"/>
        <w:spacing w:after="120" w:line="264" w:lineRule="auto"/>
        <w:ind w:firstLine="720"/>
        <w:jc w:val="both"/>
        <w:rPr>
          <w:spacing w:val="-2"/>
        </w:rPr>
      </w:pPr>
      <w:r w:rsidRPr="000C67E1">
        <w:rPr>
          <w:b/>
          <w:spacing w:val="-2"/>
        </w:rPr>
        <w:t>Điều 1</w:t>
      </w:r>
      <w:r w:rsidR="006F4A0E">
        <w:rPr>
          <w:b/>
          <w:spacing w:val="-2"/>
        </w:rPr>
        <w:t>4</w:t>
      </w:r>
      <w:r w:rsidRPr="000C67E1">
        <w:rPr>
          <w:b/>
          <w:spacing w:val="-2"/>
        </w:rPr>
        <w:t>.</w:t>
      </w:r>
      <w:r w:rsidRPr="000C67E1">
        <w:rPr>
          <w:spacing w:val="-2"/>
        </w:rPr>
        <w:t xml:space="preserve"> </w:t>
      </w:r>
      <w:r w:rsidR="002E0389">
        <w:rPr>
          <w:spacing w:val="-2"/>
        </w:rPr>
        <w:t>Quy định</w:t>
      </w:r>
      <w:r w:rsidRPr="000C67E1">
        <w:rPr>
          <w:spacing w:val="-2"/>
        </w:rPr>
        <w:t xml:space="preserve"> chuyển tiếp</w:t>
      </w:r>
    </w:p>
    <w:p w:rsidR="002E0389" w:rsidRPr="000C67E1" w:rsidRDefault="002E0389" w:rsidP="00B072E9">
      <w:pPr>
        <w:widowControl w:val="0"/>
        <w:spacing w:after="120" w:line="264" w:lineRule="auto"/>
        <w:ind w:firstLine="720"/>
        <w:jc w:val="both"/>
        <w:rPr>
          <w:spacing w:val="-2"/>
        </w:rPr>
      </w:pPr>
      <w:r>
        <w:t>Đối với thù lao, kinh phí phát sinh trước ngày Quyết định này có hiệu lực thi hành thì thực hiện theo văn bản có hiệu lực tại thời điểm phát sinh và quy định của pháp luật có liên quan.</w:t>
      </w:r>
    </w:p>
    <w:p w:rsidR="002B176C" w:rsidRPr="002B176C" w:rsidRDefault="002B176C" w:rsidP="002B176C">
      <w:pPr>
        <w:widowControl w:val="0"/>
        <w:spacing w:after="120" w:line="264" w:lineRule="auto"/>
        <w:ind w:firstLine="720"/>
        <w:jc w:val="both"/>
        <w:rPr>
          <w:spacing w:val="-2"/>
        </w:rPr>
      </w:pPr>
      <w:r w:rsidRPr="002B176C">
        <w:rPr>
          <w:b/>
          <w:spacing w:val="-2"/>
        </w:rPr>
        <w:t>Điều 1</w:t>
      </w:r>
      <w:r w:rsidR="006F4A0E">
        <w:rPr>
          <w:b/>
          <w:spacing w:val="-2"/>
        </w:rPr>
        <w:t>5</w:t>
      </w:r>
      <w:r w:rsidRPr="002B176C">
        <w:rPr>
          <w:b/>
          <w:spacing w:val="-2"/>
        </w:rPr>
        <w:t>.</w:t>
      </w:r>
      <w:r w:rsidRPr="002B176C">
        <w:rPr>
          <w:spacing w:val="-2"/>
        </w:rPr>
        <w:t xml:space="preserve"> Hiệu lực thi hành</w:t>
      </w:r>
    </w:p>
    <w:p w:rsidR="002B176C" w:rsidRPr="002B176C" w:rsidRDefault="002B176C" w:rsidP="002B176C">
      <w:pPr>
        <w:widowControl w:val="0"/>
        <w:spacing w:after="120" w:line="264" w:lineRule="auto"/>
        <w:ind w:firstLine="720"/>
        <w:jc w:val="both"/>
        <w:rPr>
          <w:spacing w:val="-2"/>
        </w:rPr>
      </w:pPr>
      <w:r w:rsidRPr="002B176C">
        <w:rPr>
          <w:spacing w:val="-2"/>
        </w:rPr>
        <w:t>1. Quyết định này có hiệu lực thi hành kể từ ngày      tháng      năm 2026.</w:t>
      </w:r>
    </w:p>
    <w:p w:rsidR="002B176C" w:rsidRPr="002B176C" w:rsidRDefault="002B176C" w:rsidP="002B176C">
      <w:pPr>
        <w:widowControl w:val="0"/>
        <w:spacing w:after="120" w:line="264" w:lineRule="auto"/>
        <w:ind w:firstLine="720"/>
        <w:jc w:val="both"/>
        <w:rPr>
          <w:bCs/>
          <w:spacing w:val="-2"/>
        </w:rPr>
      </w:pPr>
      <w:r w:rsidRPr="002B176C">
        <w:rPr>
          <w:bCs/>
          <w:spacing w:val="-2"/>
        </w:rPr>
        <w:t>2. Bãi bỏ các quyết định:</w:t>
      </w:r>
    </w:p>
    <w:p w:rsidR="002B176C" w:rsidRPr="002B176C" w:rsidRDefault="002B176C" w:rsidP="002B176C">
      <w:pPr>
        <w:widowControl w:val="0"/>
        <w:spacing w:after="120" w:line="264" w:lineRule="auto"/>
        <w:ind w:firstLine="720"/>
        <w:jc w:val="both"/>
        <w:rPr>
          <w:spacing w:val="-2"/>
        </w:rPr>
      </w:pPr>
      <w:r w:rsidRPr="002B176C">
        <w:rPr>
          <w:spacing w:val="-2"/>
        </w:rPr>
        <w:t>a) Quyết định số 684/2011/QĐ-UBND ngày 06 tháng 5 năm 2011 của Ủy ban nhân dân thành phố Hải Phòng ban hành Quy định về tổ chức, hoạt động và chế độ chính sách của lực lượng quản lý đê nhân dân thành phố Hải Phòng.</w:t>
      </w:r>
    </w:p>
    <w:p w:rsidR="002B176C" w:rsidRPr="002B176C" w:rsidRDefault="002B176C" w:rsidP="002B176C">
      <w:pPr>
        <w:widowControl w:val="0"/>
        <w:spacing w:after="120" w:line="264" w:lineRule="auto"/>
        <w:ind w:firstLine="720"/>
        <w:jc w:val="both"/>
        <w:rPr>
          <w:spacing w:val="-2"/>
        </w:rPr>
      </w:pPr>
      <w:r w:rsidRPr="002B176C">
        <w:rPr>
          <w:spacing w:val="-2"/>
        </w:rPr>
        <w:t>b) Quyết định số 10/2019/QĐ-UBND ngày 11 tháng 4 năm 2019 của Ủy ban nhân dân tỉnh Hải Dương quy định mức thù lao cho lực lượng tuần tra, canh gác đê trong mùa mưa lũ trên địa bàn tỉnh Hải Dương.</w:t>
      </w:r>
    </w:p>
    <w:p w:rsidR="002B176C" w:rsidRPr="002B176C" w:rsidRDefault="002B176C" w:rsidP="002B176C">
      <w:pPr>
        <w:widowControl w:val="0"/>
        <w:spacing w:after="120" w:line="264" w:lineRule="auto"/>
        <w:ind w:firstLine="720"/>
        <w:jc w:val="both"/>
        <w:rPr>
          <w:spacing w:val="-2"/>
        </w:rPr>
      </w:pPr>
      <w:r w:rsidRPr="002B176C">
        <w:rPr>
          <w:b/>
          <w:spacing w:val="-2"/>
        </w:rPr>
        <w:t xml:space="preserve">Điều </w:t>
      </w:r>
      <w:r w:rsidR="006F4A0E">
        <w:rPr>
          <w:b/>
          <w:spacing w:val="-2"/>
        </w:rPr>
        <w:t>16</w:t>
      </w:r>
      <w:r w:rsidRPr="002B176C">
        <w:rPr>
          <w:b/>
          <w:spacing w:val="-2"/>
        </w:rPr>
        <w:t>.</w:t>
      </w:r>
      <w:r w:rsidRPr="002B176C">
        <w:rPr>
          <w:spacing w:val="-2"/>
        </w:rPr>
        <w:t xml:space="preserve"> Chánh Văn phòng Ủy ban nhân dân thành phố; Giám đốc các Sở: </w:t>
      </w:r>
      <w:r w:rsidRPr="002B176C">
        <w:rPr>
          <w:spacing w:val="-2"/>
        </w:rPr>
        <w:lastRenderedPageBreak/>
        <w:t>Nông nghiệp và Môi trường, Tài chính; Giám đốc Kho bạc Nhà nước khu vực; Chủ tịch Ủy ban nhân dân các xã, phường, đặc khu có đê; Chi cục trưởng Chi cục Quản lý tài nguyên nước và Phòng, chống thiên tai; Thủ trưởng các cơ quan, đơn vị và tổ chức, cá nhân có liên quan chịu trách nhiệm thi hành Quyết định này./.</w:t>
      </w:r>
    </w:p>
    <w:tbl>
      <w:tblPr>
        <w:tblW w:w="0" w:type="auto"/>
        <w:jc w:val="center"/>
        <w:tblLook w:val="04A0" w:firstRow="1" w:lastRow="0" w:firstColumn="1" w:lastColumn="0" w:noHBand="0" w:noVBand="1"/>
      </w:tblPr>
      <w:tblGrid>
        <w:gridCol w:w="4535"/>
        <w:gridCol w:w="4535"/>
      </w:tblGrid>
      <w:tr w:rsidR="002B176C" w:rsidRPr="002B176C" w:rsidTr="00DE6DEF">
        <w:trPr>
          <w:jc w:val="center"/>
        </w:trPr>
        <w:tc>
          <w:tcPr>
            <w:tcW w:w="4535" w:type="dxa"/>
            <w:tcBorders>
              <w:top w:val="nil"/>
              <w:left w:val="nil"/>
              <w:bottom w:val="nil"/>
              <w:right w:val="nil"/>
            </w:tcBorders>
          </w:tcPr>
          <w:p w:rsidR="002B176C" w:rsidRPr="002B176C" w:rsidRDefault="002B176C" w:rsidP="00DE6DEF">
            <w:pPr>
              <w:widowControl w:val="0"/>
              <w:spacing w:after="0" w:line="240" w:lineRule="auto"/>
              <w:rPr>
                <w:spacing w:val="-2"/>
                <w:sz w:val="24"/>
                <w:szCs w:val="24"/>
              </w:rPr>
            </w:pPr>
            <w:r w:rsidRPr="002B176C">
              <w:rPr>
                <w:b/>
                <w:i/>
                <w:spacing w:val="-2"/>
                <w:sz w:val="24"/>
                <w:szCs w:val="24"/>
              </w:rPr>
              <w:t>Nơi nhận:</w:t>
            </w:r>
          </w:p>
          <w:p w:rsidR="002B176C" w:rsidRPr="002B176C" w:rsidRDefault="002B176C" w:rsidP="00DE6DEF">
            <w:pPr>
              <w:widowControl w:val="0"/>
              <w:spacing w:after="0" w:line="240" w:lineRule="auto"/>
              <w:rPr>
                <w:spacing w:val="-2"/>
              </w:rPr>
            </w:pPr>
            <w:r w:rsidRPr="002B176C">
              <w:rPr>
                <w:spacing w:val="-2"/>
                <w:sz w:val="22"/>
              </w:rPr>
              <w:t>- Văn phòng Chính phủ;</w:t>
            </w:r>
          </w:p>
          <w:p w:rsidR="002B176C" w:rsidRPr="002B176C" w:rsidRDefault="002B176C" w:rsidP="00DE6DEF">
            <w:pPr>
              <w:widowControl w:val="0"/>
              <w:spacing w:after="0" w:line="240" w:lineRule="auto"/>
              <w:rPr>
                <w:spacing w:val="-2"/>
              </w:rPr>
            </w:pPr>
            <w:r w:rsidRPr="002B176C">
              <w:rPr>
                <w:spacing w:val="-2"/>
                <w:sz w:val="22"/>
              </w:rPr>
              <w:t>- Bộ Nông nghiệp và Môi trường;</w:t>
            </w:r>
          </w:p>
          <w:p w:rsidR="002B176C" w:rsidRPr="002B176C" w:rsidRDefault="002B176C" w:rsidP="00DE6DEF">
            <w:pPr>
              <w:widowControl w:val="0"/>
              <w:spacing w:after="0" w:line="240" w:lineRule="auto"/>
              <w:rPr>
                <w:spacing w:val="-2"/>
              </w:rPr>
            </w:pPr>
            <w:r w:rsidRPr="002B176C">
              <w:rPr>
                <w:spacing w:val="-2"/>
                <w:sz w:val="22"/>
              </w:rPr>
              <w:t>- Bộ Tài chính;</w:t>
            </w:r>
          </w:p>
          <w:p w:rsidR="002B176C" w:rsidRPr="00EA182B" w:rsidRDefault="002B176C" w:rsidP="00DE6DEF">
            <w:pPr>
              <w:widowControl w:val="0"/>
              <w:spacing w:after="0" w:line="240" w:lineRule="auto"/>
              <w:rPr>
                <w:spacing w:val="-2"/>
                <w:sz w:val="22"/>
              </w:rPr>
            </w:pPr>
            <w:r w:rsidRPr="002B176C">
              <w:rPr>
                <w:spacing w:val="-2"/>
                <w:sz w:val="22"/>
              </w:rPr>
              <w:t xml:space="preserve">- </w:t>
            </w:r>
            <w:r w:rsidR="00EA182B" w:rsidRPr="00EA182B">
              <w:rPr>
                <w:spacing w:val="-2"/>
                <w:sz w:val="22"/>
              </w:rPr>
              <w:t>Cục Kiểm tra văn bản và Tổ chức thi hành pháp luật</w:t>
            </w:r>
            <w:r w:rsidRPr="002B176C">
              <w:rPr>
                <w:spacing w:val="-2"/>
                <w:sz w:val="22"/>
              </w:rPr>
              <w:t xml:space="preserve"> - Bộ Tư pháp;</w:t>
            </w:r>
          </w:p>
          <w:p w:rsidR="002B176C" w:rsidRPr="002B176C" w:rsidRDefault="002B176C" w:rsidP="00DE6DEF">
            <w:pPr>
              <w:widowControl w:val="0"/>
              <w:spacing w:after="0" w:line="240" w:lineRule="auto"/>
              <w:rPr>
                <w:spacing w:val="-2"/>
              </w:rPr>
            </w:pPr>
            <w:r w:rsidRPr="002B176C">
              <w:rPr>
                <w:spacing w:val="-2"/>
                <w:sz w:val="22"/>
              </w:rPr>
              <w:t>- Thường trực Thành ủy;</w:t>
            </w:r>
          </w:p>
          <w:p w:rsidR="002B176C" w:rsidRPr="002B176C" w:rsidRDefault="002B176C" w:rsidP="00DE6DEF">
            <w:pPr>
              <w:widowControl w:val="0"/>
              <w:spacing w:after="0" w:line="240" w:lineRule="auto"/>
              <w:rPr>
                <w:spacing w:val="-2"/>
              </w:rPr>
            </w:pPr>
            <w:r w:rsidRPr="002B176C">
              <w:rPr>
                <w:spacing w:val="-2"/>
                <w:sz w:val="22"/>
              </w:rPr>
              <w:t>- Thường trực HĐND thành phố;</w:t>
            </w:r>
          </w:p>
          <w:p w:rsidR="002B176C" w:rsidRPr="002B176C" w:rsidRDefault="002B176C" w:rsidP="00DE6DEF">
            <w:pPr>
              <w:widowControl w:val="0"/>
              <w:spacing w:after="0" w:line="240" w:lineRule="auto"/>
              <w:rPr>
                <w:spacing w:val="-2"/>
              </w:rPr>
            </w:pPr>
            <w:r w:rsidRPr="002B176C">
              <w:rPr>
                <w:spacing w:val="-2"/>
                <w:sz w:val="22"/>
              </w:rPr>
              <w:t>- Chủ tịch, các Phó Chủ tịch UBND thành phố;</w:t>
            </w:r>
          </w:p>
          <w:p w:rsidR="002B176C" w:rsidRPr="002B176C" w:rsidRDefault="002B176C" w:rsidP="00DE6DEF">
            <w:pPr>
              <w:widowControl w:val="0"/>
              <w:spacing w:after="0" w:line="240" w:lineRule="auto"/>
              <w:rPr>
                <w:spacing w:val="-2"/>
                <w:sz w:val="22"/>
              </w:rPr>
            </w:pPr>
            <w:r w:rsidRPr="002B176C">
              <w:rPr>
                <w:spacing w:val="-2"/>
                <w:sz w:val="22"/>
              </w:rPr>
              <w:t>- Ủy ban MTTQ Việt Nam thành phố;</w:t>
            </w:r>
          </w:p>
          <w:p w:rsidR="002B176C" w:rsidRPr="002B176C" w:rsidRDefault="002B176C" w:rsidP="00DE6DEF">
            <w:pPr>
              <w:widowControl w:val="0"/>
              <w:spacing w:after="0" w:line="240" w:lineRule="auto"/>
              <w:rPr>
                <w:spacing w:val="-2"/>
              </w:rPr>
            </w:pPr>
            <w:r w:rsidRPr="002B176C">
              <w:rPr>
                <w:spacing w:val="-2"/>
                <w:sz w:val="22"/>
              </w:rPr>
              <w:t>- Sở Tư pháp;</w:t>
            </w:r>
          </w:p>
          <w:p w:rsidR="002B176C" w:rsidRDefault="002B176C" w:rsidP="00DE6DEF">
            <w:pPr>
              <w:widowControl w:val="0"/>
              <w:spacing w:after="0" w:line="240" w:lineRule="auto"/>
              <w:rPr>
                <w:spacing w:val="-2"/>
                <w:sz w:val="22"/>
              </w:rPr>
            </w:pPr>
            <w:r w:rsidRPr="002B176C">
              <w:rPr>
                <w:spacing w:val="-2"/>
                <w:sz w:val="22"/>
              </w:rPr>
              <w:t xml:space="preserve">- Như Điều </w:t>
            </w:r>
            <w:r w:rsidR="008A29F4">
              <w:rPr>
                <w:spacing w:val="-2"/>
                <w:sz w:val="22"/>
              </w:rPr>
              <w:t>16</w:t>
            </w:r>
            <w:r w:rsidRPr="002B176C">
              <w:rPr>
                <w:spacing w:val="-2"/>
                <w:sz w:val="22"/>
              </w:rPr>
              <w:t>;</w:t>
            </w:r>
          </w:p>
          <w:p w:rsidR="00381033" w:rsidRPr="00381033" w:rsidRDefault="00381033" w:rsidP="00DE6DEF">
            <w:pPr>
              <w:widowControl w:val="0"/>
              <w:spacing w:after="0" w:line="240" w:lineRule="auto"/>
              <w:rPr>
                <w:spacing w:val="-2"/>
                <w:sz w:val="22"/>
              </w:rPr>
            </w:pPr>
            <w:r>
              <w:rPr>
                <w:spacing w:val="-2"/>
                <w:sz w:val="22"/>
              </w:rPr>
              <w:t xml:space="preserve">- </w:t>
            </w:r>
            <w:r w:rsidRPr="00381033">
              <w:rPr>
                <w:spacing w:val="-2"/>
                <w:sz w:val="22"/>
              </w:rPr>
              <w:t>Báo và Phát thanh truyền hình Hải Phòng;</w:t>
            </w:r>
          </w:p>
          <w:p w:rsidR="002B176C" w:rsidRPr="002B176C" w:rsidRDefault="002B176C" w:rsidP="00DE6DEF">
            <w:pPr>
              <w:widowControl w:val="0"/>
              <w:spacing w:after="0" w:line="240" w:lineRule="auto"/>
              <w:rPr>
                <w:spacing w:val="-2"/>
              </w:rPr>
            </w:pPr>
            <w:r w:rsidRPr="002B176C">
              <w:rPr>
                <w:spacing w:val="-2"/>
                <w:sz w:val="22"/>
              </w:rPr>
              <w:t>- Công báo thành phố;</w:t>
            </w:r>
          </w:p>
          <w:p w:rsidR="002B176C" w:rsidRPr="002B176C" w:rsidRDefault="002B176C" w:rsidP="00DE6DEF">
            <w:pPr>
              <w:widowControl w:val="0"/>
              <w:spacing w:after="0" w:line="240" w:lineRule="auto"/>
              <w:rPr>
                <w:spacing w:val="-2"/>
              </w:rPr>
            </w:pPr>
            <w:r w:rsidRPr="002B176C">
              <w:rPr>
                <w:spacing w:val="-2"/>
                <w:sz w:val="22"/>
              </w:rPr>
              <w:t>- Cổng Thông tin điện tử thành phố;</w:t>
            </w:r>
          </w:p>
          <w:p w:rsidR="002B176C" w:rsidRPr="002B176C" w:rsidRDefault="002B176C" w:rsidP="00DE6DEF">
            <w:pPr>
              <w:widowControl w:val="0"/>
              <w:spacing w:after="0" w:line="240" w:lineRule="auto"/>
              <w:rPr>
                <w:spacing w:val="-2"/>
              </w:rPr>
            </w:pPr>
            <w:r w:rsidRPr="002B176C">
              <w:rPr>
                <w:spacing w:val="-2"/>
                <w:sz w:val="22"/>
              </w:rPr>
              <w:t>- Lưu: VT, NNMT.</w:t>
            </w:r>
          </w:p>
        </w:tc>
        <w:tc>
          <w:tcPr>
            <w:tcW w:w="4535" w:type="dxa"/>
            <w:tcBorders>
              <w:top w:val="nil"/>
              <w:left w:val="nil"/>
              <w:bottom w:val="nil"/>
              <w:right w:val="nil"/>
            </w:tcBorders>
          </w:tcPr>
          <w:p w:rsidR="002B176C" w:rsidRPr="002B176C" w:rsidRDefault="002B176C" w:rsidP="00DE6DEF">
            <w:pPr>
              <w:widowControl w:val="0"/>
              <w:spacing w:after="0" w:line="240" w:lineRule="auto"/>
              <w:jc w:val="center"/>
              <w:rPr>
                <w:spacing w:val="-2"/>
              </w:rPr>
            </w:pPr>
            <w:r w:rsidRPr="002B176C">
              <w:rPr>
                <w:b/>
                <w:spacing w:val="-2"/>
              </w:rPr>
              <w:t>TM. ỦY BAN NHÂN DÂN</w:t>
            </w:r>
          </w:p>
          <w:p w:rsidR="002B176C" w:rsidRPr="002B176C" w:rsidRDefault="002B176C" w:rsidP="00DE6DEF">
            <w:pPr>
              <w:widowControl w:val="0"/>
              <w:spacing w:after="0" w:line="240" w:lineRule="auto"/>
              <w:jc w:val="center"/>
              <w:rPr>
                <w:spacing w:val="-2"/>
              </w:rPr>
            </w:pPr>
            <w:r w:rsidRPr="002B176C">
              <w:rPr>
                <w:b/>
                <w:spacing w:val="-2"/>
              </w:rPr>
              <w:t>CHỦ TỊCH</w:t>
            </w:r>
          </w:p>
          <w:p w:rsidR="002B176C" w:rsidRPr="002B176C" w:rsidRDefault="002B176C" w:rsidP="00DE6DEF">
            <w:pPr>
              <w:widowControl w:val="0"/>
              <w:spacing w:after="0" w:line="240" w:lineRule="auto"/>
              <w:jc w:val="center"/>
              <w:rPr>
                <w:spacing w:val="-2"/>
              </w:rPr>
            </w:pPr>
          </w:p>
          <w:p w:rsidR="002B176C" w:rsidRPr="002B176C" w:rsidRDefault="002B176C" w:rsidP="00DE6DEF">
            <w:pPr>
              <w:widowControl w:val="0"/>
              <w:spacing w:after="0" w:line="240" w:lineRule="auto"/>
              <w:jc w:val="center"/>
              <w:rPr>
                <w:spacing w:val="-2"/>
              </w:rPr>
            </w:pPr>
          </w:p>
          <w:p w:rsidR="002B176C" w:rsidRPr="002B176C" w:rsidRDefault="002B176C" w:rsidP="00DE6DEF">
            <w:pPr>
              <w:widowControl w:val="0"/>
              <w:spacing w:after="0" w:line="240" w:lineRule="auto"/>
              <w:jc w:val="center"/>
              <w:rPr>
                <w:spacing w:val="-2"/>
              </w:rPr>
            </w:pPr>
          </w:p>
          <w:p w:rsidR="002B176C" w:rsidRPr="002B176C" w:rsidRDefault="002B176C" w:rsidP="00DE6DEF">
            <w:pPr>
              <w:widowControl w:val="0"/>
              <w:spacing w:after="0" w:line="240" w:lineRule="auto"/>
              <w:jc w:val="center"/>
              <w:rPr>
                <w:spacing w:val="-2"/>
              </w:rPr>
            </w:pPr>
          </w:p>
          <w:p w:rsidR="002B176C" w:rsidRPr="002B176C" w:rsidRDefault="002B176C" w:rsidP="00DE6DEF">
            <w:pPr>
              <w:widowControl w:val="0"/>
              <w:spacing w:after="0" w:line="240" w:lineRule="auto"/>
              <w:jc w:val="center"/>
              <w:rPr>
                <w:spacing w:val="-2"/>
              </w:rPr>
            </w:pPr>
          </w:p>
          <w:p w:rsidR="002B176C" w:rsidRPr="002B176C" w:rsidRDefault="002B176C" w:rsidP="00DE6DEF">
            <w:pPr>
              <w:widowControl w:val="0"/>
              <w:spacing w:after="0" w:line="240" w:lineRule="auto"/>
              <w:jc w:val="center"/>
              <w:rPr>
                <w:spacing w:val="-2"/>
              </w:rPr>
            </w:pPr>
          </w:p>
          <w:p w:rsidR="002B176C" w:rsidRPr="002B176C" w:rsidRDefault="002B176C" w:rsidP="00DE6DEF">
            <w:pPr>
              <w:widowControl w:val="0"/>
              <w:spacing w:after="0" w:line="240" w:lineRule="auto"/>
              <w:jc w:val="center"/>
              <w:rPr>
                <w:spacing w:val="-2"/>
              </w:rPr>
            </w:pPr>
          </w:p>
          <w:p w:rsidR="002B176C" w:rsidRPr="002B176C" w:rsidRDefault="002B176C" w:rsidP="00DE6DEF">
            <w:pPr>
              <w:widowControl w:val="0"/>
              <w:spacing w:after="0" w:line="240" w:lineRule="auto"/>
              <w:jc w:val="center"/>
              <w:rPr>
                <w:b/>
                <w:spacing w:val="-2"/>
              </w:rPr>
            </w:pPr>
            <w:r w:rsidRPr="002B176C">
              <w:rPr>
                <w:b/>
                <w:spacing w:val="-2"/>
              </w:rPr>
              <w:t>Đỗ Thành Trung</w:t>
            </w:r>
          </w:p>
        </w:tc>
      </w:tr>
    </w:tbl>
    <w:p w:rsidR="002B176C" w:rsidRPr="000C67E1" w:rsidRDefault="002B176C" w:rsidP="00B072E9">
      <w:pPr>
        <w:widowControl w:val="0"/>
        <w:spacing w:after="120" w:line="264" w:lineRule="auto"/>
        <w:ind w:firstLine="720"/>
        <w:jc w:val="both"/>
        <w:rPr>
          <w:spacing w:val="-2"/>
        </w:rPr>
      </w:pPr>
    </w:p>
    <w:sectPr w:rsidR="002B176C" w:rsidRPr="000C67E1" w:rsidSect="00B072E9">
      <w:headerReference w:type="default" r:id="rId8"/>
      <w:pgSz w:w="11906" w:h="16838" w:code="9"/>
      <w:pgMar w:top="1134" w:right="1134" w:bottom="1134" w:left="1701" w:header="720" w:footer="720" w:gutter="0"/>
      <w:cols w:space="720"/>
      <w:titlePg/>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54233" w:rsidRDefault="00754233" w:rsidP="00B072E9">
      <w:pPr>
        <w:spacing w:after="0" w:line="240" w:lineRule="auto"/>
      </w:pPr>
      <w:r>
        <w:separator/>
      </w:r>
    </w:p>
  </w:endnote>
  <w:endnote w:type="continuationSeparator" w:id="0">
    <w:p w:rsidR="00754233" w:rsidRDefault="00754233" w:rsidP="00B072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54233" w:rsidRDefault="00754233" w:rsidP="00B072E9">
      <w:pPr>
        <w:spacing w:after="0" w:line="240" w:lineRule="auto"/>
      </w:pPr>
      <w:r>
        <w:separator/>
      </w:r>
    </w:p>
  </w:footnote>
  <w:footnote w:type="continuationSeparator" w:id="0">
    <w:p w:rsidR="00754233" w:rsidRDefault="00754233" w:rsidP="00B072E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9633830"/>
      <w:docPartObj>
        <w:docPartGallery w:val="Page Numbers (Top of Page)"/>
        <w:docPartUnique/>
      </w:docPartObj>
    </w:sdtPr>
    <w:sdtEndPr>
      <w:rPr>
        <w:noProof/>
        <w:sz w:val="26"/>
        <w:szCs w:val="26"/>
      </w:rPr>
    </w:sdtEndPr>
    <w:sdtContent>
      <w:p w:rsidR="006F384F" w:rsidRPr="00B072E9" w:rsidRDefault="006F384F" w:rsidP="00B072E9">
        <w:pPr>
          <w:pStyle w:val="Header"/>
          <w:jc w:val="center"/>
          <w:rPr>
            <w:sz w:val="26"/>
            <w:szCs w:val="26"/>
          </w:rPr>
        </w:pPr>
        <w:r w:rsidRPr="00B072E9">
          <w:rPr>
            <w:sz w:val="26"/>
            <w:szCs w:val="26"/>
          </w:rPr>
          <w:fldChar w:fldCharType="begin"/>
        </w:r>
        <w:r w:rsidRPr="00B072E9">
          <w:rPr>
            <w:sz w:val="26"/>
            <w:szCs w:val="26"/>
          </w:rPr>
          <w:instrText xml:space="preserve"> PAGE   \* MERGEFORMAT </w:instrText>
        </w:r>
        <w:r w:rsidRPr="00B072E9">
          <w:rPr>
            <w:sz w:val="26"/>
            <w:szCs w:val="26"/>
          </w:rPr>
          <w:fldChar w:fldCharType="separate"/>
        </w:r>
        <w:r w:rsidR="00313BC8">
          <w:rPr>
            <w:noProof/>
            <w:sz w:val="26"/>
            <w:szCs w:val="26"/>
          </w:rPr>
          <w:t>6</w:t>
        </w:r>
        <w:r w:rsidRPr="00B072E9">
          <w:rPr>
            <w:noProof/>
            <w:sz w:val="26"/>
            <w:szCs w:val="26"/>
          </w:rPr>
          <w:fldChar w:fldCharType="end"/>
        </w:r>
      </w:p>
    </w:sdtContent>
  </w:sdt>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47730"/>
    <w:rsid w:val="00007AAD"/>
    <w:rsid w:val="00034616"/>
    <w:rsid w:val="0006063C"/>
    <w:rsid w:val="00072741"/>
    <w:rsid w:val="00074D85"/>
    <w:rsid w:val="000A25E9"/>
    <w:rsid w:val="000C67E1"/>
    <w:rsid w:val="000E171C"/>
    <w:rsid w:val="0015074B"/>
    <w:rsid w:val="001919F1"/>
    <w:rsid w:val="001C17FF"/>
    <w:rsid w:val="002073E0"/>
    <w:rsid w:val="002167D7"/>
    <w:rsid w:val="00275E83"/>
    <w:rsid w:val="00281340"/>
    <w:rsid w:val="0029639D"/>
    <w:rsid w:val="002A151B"/>
    <w:rsid w:val="002B176C"/>
    <w:rsid w:val="002E0389"/>
    <w:rsid w:val="00313BC8"/>
    <w:rsid w:val="00326F90"/>
    <w:rsid w:val="00350037"/>
    <w:rsid w:val="00352509"/>
    <w:rsid w:val="003654F8"/>
    <w:rsid w:val="00381033"/>
    <w:rsid w:val="00391F95"/>
    <w:rsid w:val="003931DD"/>
    <w:rsid w:val="003C599F"/>
    <w:rsid w:val="003E1DA5"/>
    <w:rsid w:val="004257AC"/>
    <w:rsid w:val="00464B8F"/>
    <w:rsid w:val="00473DE4"/>
    <w:rsid w:val="004E46A8"/>
    <w:rsid w:val="0053074C"/>
    <w:rsid w:val="00604CA9"/>
    <w:rsid w:val="00674214"/>
    <w:rsid w:val="006B586A"/>
    <w:rsid w:val="006F384F"/>
    <w:rsid w:val="006F4A0E"/>
    <w:rsid w:val="007019D9"/>
    <w:rsid w:val="007253F3"/>
    <w:rsid w:val="00754233"/>
    <w:rsid w:val="007548C3"/>
    <w:rsid w:val="00774FEC"/>
    <w:rsid w:val="00807CCC"/>
    <w:rsid w:val="008265DB"/>
    <w:rsid w:val="008409DD"/>
    <w:rsid w:val="008541AF"/>
    <w:rsid w:val="008779C3"/>
    <w:rsid w:val="008A0D5C"/>
    <w:rsid w:val="008A29F4"/>
    <w:rsid w:val="00912E62"/>
    <w:rsid w:val="00917F3E"/>
    <w:rsid w:val="0092273D"/>
    <w:rsid w:val="00963A7B"/>
    <w:rsid w:val="00965EA7"/>
    <w:rsid w:val="00991EB8"/>
    <w:rsid w:val="009A6CA4"/>
    <w:rsid w:val="009C7357"/>
    <w:rsid w:val="009E777D"/>
    <w:rsid w:val="00A02B27"/>
    <w:rsid w:val="00A2377E"/>
    <w:rsid w:val="00A82AF8"/>
    <w:rsid w:val="00AA1D8D"/>
    <w:rsid w:val="00AC7C68"/>
    <w:rsid w:val="00B072E9"/>
    <w:rsid w:val="00B47730"/>
    <w:rsid w:val="00B51F33"/>
    <w:rsid w:val="00B8394C"/>
    <w:rsid w:val="00BD43AC"/>
    <w:rsid w:val="00BE0EF0"/>
    <w:rsid w:val="00C956E0"/>
    <w:rsid w:val="00CB0664"/>
    <w:rsid w:val="00D47C72"/>
    <w:rsid w:val="00D52CDB"/>
    <w:rsid w:val="00DB05BC"/>
    <w:rsid w:val="00DB757C"/>
    <w:rsid w:val="00DF3DD8"/>
    <w:rsid w:val="00E26138"/>
    <w:rsid w:val="00E8516A"/>
    <w:rsid w:val="00EA182B"/>
    <w:rsid w:val="00EE35C4"/>
    <w:rsid w:val="00F1097B"/>
    <w:rsid w:val="00F26D01"/>
    <w:rsid w:val="00F56176"/>
    <w:rsid w:val="00FA5962"/>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6936F71"/>
  <w14:defaultImageDpi w14:val="300"/>
  <w15:docId w15:val="{4FCF2D11-FBCB-43BC-8FDF-AA06652692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C693F"/>
    <w:rPr>
      <w:rFonts w:ascii="Times New Roman" w:eastAsia="Times New Roman" w:hAnsi="Times New Roman"/>
      <w:sz w:val="28"/>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customStyle="1" w:styleId="fontstyle01">
    <w:name w:val="fontstyle01"/>
    <w:basedOn w:val="DefaultParagraphFont"/>
    <w:rsid w:val="00912E62"/>
    <w:rPr>
      <w:rFonts w:ascii="Times New Roman" w:hAnsi="Times New Roman" w:cs="Times New Roman" w:hint="default"/>
      <w:b w:val="0"/>
      <w:bCs w:val="0"/>
      <w:i/>
      <w:iCs/>
      <w:color w:val="000000"/>
      <w:sz w:val="28"/>
      <w:szCs w:val="28"/>
    </w:rPr>
  </w:style>
  <w:style w:type="character" w:customStyle="1" w:styleId="fontstyle21">
    <w:name w:val="fontstyle21"/>
    <w:basedOn w:val="DefaultParagraphFont"/>
    <w:rsid w:val="00EA182B"/>
    <w:rPr>
      <w:rFonts w:ascii="Times New Roman" w:hAnsi="Times New Roman" w:cs="Times New Roman" w:hint="default"/>
      <w:b w:val="0"/>
      <w:bCs w:val="0"/>
      <w:i w:val="0"/>
      <w:iCs w:val="0"/>
      <w:color w:val="000000"/>
      <w:sz w:val="28"/>
      <w:szCs w:val="28"/>
    </w:rPr>
  </w:style>
  <w:style w:type="paragraph" w:styleId="NormalWeb">
    <w:name w:val="Normal (Web)"/>
    <w:basedOn w:val="Normal"/>
    <w:uiPriority w:val="99"/>
    <w:semiHidden/>
    <w:unhideWhenUsed/>
    <w:rsid w:val="00072741"/>
    <w:pPr>
      <w:spacing w:before="100" w:beforeAutospacing="1" w:after="100" w:afterAutospacing="1" w:line="240" w:lineRule="auto"/>
    </w:pPr>
    <w:rPr>
      <w:rFonts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06373117">
      <w:bodyDiv w:val="1"/>
      <w:marLeft w:val="0"/>
      <w:marRight w:val="0"/>
      <w:marTop w:val="0"/>
      <w:marBottom w:val="0"/>
      <w:divBdr>
        <w:top w:val="none" w:sz="0" w:space="0" w:color="auto"/>
        <w:left w:val="none" w:sz="0" w:space="0" w:color="auto"/>
        <w:bottom w:val="none" w:sz="0" w:space="0" w:color="auto"/>
        <w:right w:val="none" w:sz="0" w:space="0" w:color="auto"/>
      </w:divBdr>
    </w:div>
    <w:div w:id="177848201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F17367-E8D1-40BA-BAAB-586A30E457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669</TotalTime>
  <Pages>8</Pages>
  <Words>2400</Words>
  <Characters>13682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16050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Admin</cp:lastModifiedBy>
  <cp:revision>40</cp:revision>
  <dcterms:created xsi:type="dcterms:W3CDTF">2026-08-03T01:44:00Z</dcterms:created>
  <dcterms:modified xsi:type="dcterms:W3CDTF">2026-10-30T02:12:00Z</dcterms:modified>
  <cp:category/>
</cp:coreProperties>
</file>